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53" w:type="dxa"/>
        <w:jc w:val="center"/>
        <w:tblLayout w:type="fixed"/>
        <w:tblLook w:val="04A0" w:firstRow="1" w:lastRow="0" w:firstColumn="1" w:lastColumn="0" w:noHBand="0" w:noVBand="1"/>
      </w:tblPr>
      <w:tblGrid>
        <w:gridCol w:w="9953"/>
      </w:tblGrid>
      <w:tr w:rsidR="00CD0442" w:rsidTr="007A26BB">
        <w:trPr>
          <w:trHeight w:hRule="exact" w:val="13558"/>
          <w:jc w:val="center"/>
        </w:trPr>
        <w:tc>
          <w:tcPr>
            <w:tcW w:w="9953" w:type="dxa"/>
            <w:tcBorders>
              <w:top w:val="double" w:sz="10" w:space="5" w:color="1A1A1A"/>
              <w:left w:val="double" w:sz="10" w:space="5" w:color="1A1A1A"/>
              <w:bottom w:val="double" w:sz="10" w:space="5" w:color="1A1A1A"/>
              <w:right w:val="double" w:sz="10" w:space="5" w:color="1A1A1A"/>
            </w:tcBorders>
            <w:tcMar>
              <w:top w:w="180" w:type="dxa"/>
              <w:left w:w="240" w:type="dxa"/>
              <w:bottom w:w="160" w:type="dxa"/>
              <w:right w:w="240" w:type="dxa"/>
            </w:tcMar>
            <w:vAlign w:val="center"/>
          </w:tcPr>
          <w:p w:rsidR="00CD0442" w:rsidRPr="00E21F28" w:rsidRDefault="00000000">
            <w:pPr>
              <w:spacing w:after="120"/>
              <w:jc w:val="center"/>
              <w:rPr>
                <w:sz w:val="48"/>
                <w:szCs w:val="48"/>
              </w:rPr>
            </w:pPr>
            <w:r w:rsidRPr="00E21F28">
              <w:rPr>
                <w:b/>
                <w:caps/>
                <w:color w:val="333333"/>
                <w:sz w:val="48"/>
                <w:szCs w:val="48"/>
              </w:rPr>
              <w:t>STUDENT ACTIVITY GUIDE</w:t>
            </w:r>
          </w:p>
          <w:p w:rsidR="00CD0442" w:rsidRDefault="00000000">
            <w:pPr>
              <w:spacing w:after="20"/>
              <w:jc w:val="center"/>
            </w:pPr>
            <w:r>
              <w:rPr>
                <w:noProof/>
                <w:sz w:val="18"/>
              </w:rPr>
              <w:drawing>
                <wp:inline distT="0" distB="0" distL="0" distR="0">
                  <wp:extent cx="2072640" cy="3108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ke_detective_student_v2.png"/>
                          <pic:cNvPicPr/>
                        </pic:nvPicPr>
                        <pic:blipFill>
                          <a:blip r:embed="rId8"/>
                          <a:stretch>
                            <a:fillRect/>
                          </a:stretch>
                        </pic:blipFill>
                        <pic:spPr>
                          <a:xfrm>
                            <a:off x="0" y="0"/>
                            <a:ext cx="2072640" cy="3108960"/>
                          </a:xfrm>
                          <a:prstGeom prst="rect">
                            <a:avLst/>
                          </a:prstGeom>
                        </pic:spPr>
                      </pic:pic>
                    </a:graphicData>
                  </a:graphic>
                </wp:inline>
              </w:drawing>
            </w:r>
          </w:p>
          <w:p w:rsidR="00CD0442" w:rsidRDefault="00000000">
            <w:pPr>
              <w:spacing w:before="40" w:line="221" w:lineRule="auto"/>
              <w:jc w:val="center"/>
            </w:pPr>
            <w:r>
              <w:rPr>
                <w:b/>
                <w:color w:val="111111"/>
                <w:sz w:val="72"/>
              </w:rPr>
              <w:t>JOKE BOOK</w:t>
            </w:r>
          </w:p>
          <w:p w:rsidR="00CD0442" w:rsidRDefault="00000000">
            <w:pPr>
              <w:spacing w:after="200" w:line="221" w:lineRule="auto"/>
              <w:jc w:val="center"/>
            </w:pPr>
            <w:r>
              <w:rPr>
                <w:b/>
                <w:color w:val="111111"/>
                <w:sz w:val="72"/>
              </w:rPr>
              <w:t>READING ADVENTURE</w:t>
            </w:r>
          </w:p>
          <w:p w:rsidR="00CD0442" w:rsidRDefault="00000000">
            <w:pPr>
              <w:spacing w:after="180"/>
              <w:jc w:val="center"/>
            </w:pPr>
            <w:r>
              <w:rPr>
                <w:color w:val="555555"/>
                <w:sz w:val="20"/>
              </w:rPr>
              <w:t>────────  ◆  ────────</w:t>
            </w:r>
          </w:p>
          <w:p w:rsidR="00CD0442" w:rsidRPr="00E21F28" w:rsidRDefault="00000000">
            <w:pPr>
              <w:spacing w:after="40" w:line="252" w:lineRule="auto"/>
              <w:jc w:val="center"/>
              <w:rPr>
                <w:sz w:val="40"/>
                <w:szCs w:val="40"/>
              </w:rPr>
            </w:pPr>
            <w:r w:rsidRPr="00E21F28">
              <w:rPr>
                <w:i/>
                <w:color w:val="222222"/>
                <w:sz w:val="40"/>
                <w:szCs w:val="40"/>
              </w:rPr>
              <w:t>A Detective's Guide to</w:t>
            </w:r>
          </w:p>
          <w:p w:rsidR="00CD0442" w:rsidRPr="00E21F28" w:rsidRDefault="00000000">
            <w:pPr>
              <w:spacing w:after="300" w:line="252" w:lineRule="auto"/>
              <w:jc w:val="center"/>
              <w:rPr>
                <w:sz w:val="48"/>
                <w:szCs w:val="48"/>
              </w:rPr>
            </w:pPr>
            <w:r w:rsidRPr="00E21F28">
              <w:rPr>
                <w:b/>
                <w:i/>
                <w:color w:val="222222"/>
                <w:sz w:val="48"/>
                <w:szCs w:val="48"/>
              </w:rPr>
              <w:t>Reading Between the Laughs</w:t>
            </w:r>
          </w:p>
          <w:tbl>
            <w:tblPr>
              <w:tblW w:w="0" w:type="auto"/>
              <w:jc w:val="center"/>
              <w:tblLayout w:type="fixed"/>
              <w:tblLook w:val="04A0" w:firstRow="1" w:lastRow="0" w:firstColumn="1" w:lastColumn="0" w:noHBand="0" w:noVBand="1"/>
            </w:tblPr>
            <w:tblGrid>
              <w:gridCol w:w="4867"/>
            </w:tblGrid>
            <w:tr w:rsidR="00CD0442" w:rsidTr="007A26BB">
              <w:trPr>
                <w:trHeight w:val="1095"/>
                <w:jc w:val="center"/>
              </w:trPr>
              <w:tc>
                <w:tcPr>
                  <w:tcW w:w="4867" w:type="dxa"/>
                  <w:tcBorders>
                    <w:top w:val="single" w:sz="8" w:space="0" w:color="777777"/>
                    <w:left w:val="single" w:sz="8" w:space="0" w:color="777777"/>
                    <w:bottom w:val="single" w:sz="8" w:space="0" w:color="777777"/>
                    <w:right w:val="single" w:sz="8" w:space="0" w:color="777777"/>
                  </w:tcBorders>
                  <w:shd w:val="clear" w:color="auto" w:fill="F2F2F2"/>
                  <w:vAlign w:val="center"/>
                </w:tcPr>
                <w:p w:rsidR="00CD0442" w:rsidRPr="00E21F28" w:rsidRDefault="00000000">
                  <w:pPr>
                    <w:spacing w:before="80" w:after="80"/>
                    <w:jc w:val="center"/>
                    <w:rPr>
                      <w:sz w:val="36"/>
                      <w:szCs w:val="36"/>
                    </w:rPr>
                  </w:pPr>
                  <w:r w:rsidRPr="00E21F28">
                    <w:rPr>
                      <w:b/>
                      <w:color w:val="222222"/>
                      <w:sz w:val="36"/>
                      <w:szCs w:val="36"/>
                    </w:rPr>
                    <w:t>Student Activity Guide - Volume 1</w:t>
                  </w:r>
                </w:p>
              </w:tc>
            </w:tr>
          </w:tbl>
          <w:p w:rsidR="00CD0442" w:rsidRDefault="00CD0442"/>
          <w:p w:rsidR="00CD0442" w:rsidRDefault="00000000">
            <w:pPr>
              <w:spacing w:before="340" w:after="60"/>
              <w:jc w:val="center"/>
            </w:pPr>
            <w:r>
              <w:rPr>
                <w:b/>
                <w:color w:val="333333"/>
                <w:sz w:val="27"/>
              </w:rPr>
              <w:t xml:space="preserve">FOR GRADES </w:t>
            </w:r>
            <w:r w:rsidR="00E21F28">
              <w:rPr>
                <w:b/>
                <w:color w:val="333333"/>
                <w:sz w:val="27"/>
              </w:rPr>
              <w:t>3</w:t>
            </w:r>
            <w:r>
              <w:rPr>
                <w:b/>
                <w:color w:val="333333"/>
                <w:sz w:val="27"/>
              </w:rPr>
              <w:t xml:space="preserve"> THROUGH HIGH SCHOOL</w:t>
            </w:r>
          </w:p>
          <w:p w:rsidR="00CD0442" w:rsidRPr="00E21F28" w:rsidRDefault="00000000">
            <w:pPr>
              <w:spacing w:before="40"/>
              <w:jc w:val="center"/>
              <w:rPr>
                <w:sz w:val="24"/>
                <w:szCs w:val="24"/>
              </w:rPr>
            </w:pPr>
            <w:r w:rsidRPr="00E21F28">
              <w:rPr>
                <w:color w:val="444444"/>
                <w:sz w:val="24"/>
                <w:szCs w:val="24"/>
              </w:rPr>
              <w:t xml:space="preserve">Observe </w:t>
            </w:r>
            <w:proofErr w:type="gramStart"/>
            <w:r w:rsidRPr="00E21F28">
              <w:rPr>
                <w:color w:val="444444"/>
                <w:sz w:val="24"/>
                <w:szCs w:val="24"/>
              </w:rPr>
              <w:t>clues  •</w:t>
            </w:r>
            <w:proofErr w:type="gramEnd"/>
            <w:r w:rsidRPr="00E21F28">
              <w:rPr>
                <w:color w:val="444444"/>
                <w:sz w:val="24"/>
                <w:szCs w:val="24"/>
              </w:rPr>
              <w:t xml:space="preserve">  Think carefully  •  Solve the joke</w:t>
            </w:r>
          </w:p>
        </w:tc>
      </w:tr>
    </w:tbl>
    <w:p w:rsidR="00B63F71" w:rsidRDefault="00B63F71">
      <w:pPr>
        <w:sectPr w:rsidR="00B63F71">
          <w:footerReference w:type="default" r:id="rId9"/>
          <w:pgSz w:w="12240" w:h="15840"/>
          <w:pgMar w:top="835" w:right="1037" w:bottom="835" w:left="1037" w:header="432" w:footer="432" w:gutter="0"/>
          <w:cols w:space="720"/>
          <w:docGrid w:linePitch="360"/>
        </w:sectPr>
      </w:pPr>
    </w:p>
    <w:p w:rsidR="00000000" w:rsidRDefault="00000000">
      <w:pPr>
        <w:spacing w:after="20"/>
        <w:jc w:val="center"/>
      </w:pPr>
      <w:r>
        <w:rPr>
          <w:rFonts w:ascii="Calibri" w:hAnsi="Calibri"/>
          <w:b/>
          <w:color w:val="187C80"/>
          <w:sz w:val="20"/>
        </w:rPr>
        <w:lastRenderedPageBreak/>
        <w:t>JOKE BOOK READING ADVENTURE</w:t>
      </w:r>
    </w:p>
    <w:p w:rsidR="00000000" w:rsidRDefault="00000000">
      <w:pPr>
        <w:spacing w:after="20"/>
        <w:jc w:val="center"/>
      </w:pPr>
      <w:r>
        <w:rPr>
          <w:rFonts w:ascii="Calibri" w:hAnsi="Calibri"/>
          <w:b/>
          <w:color w:val="173B57"/>
          <w:sz w:val="20"/>
        </w:rPr>
        <w:t>Table of Contents</w:t>
      </w:r>
    </w:p>
    <w:p w:rsidR="00000000" w:rsidRDefault="00000000">
      <w:pPr>
        <w:spacing w:after="140"/>
        <w:jc w:val="center"/>
      </w:pPr>
      <w:r>
        <w:rPr>
          <w:rFonts w:ascii="Calibri" w:hAnsi="Calibri"/>
          <w:i/>
          <w:color w:val="60727F"/>
          <w:sz w:val="20"/>
        </w:rPr>
        <w:t>A Detective's Guide to Reading Between the Laughs</w:t>
      </w:r>
    </w:p>
    <w:tbl>
      <w:tblPr>
        <w:tblW w:w="8440" w:type="dxa"/>
        <w:jc w:val="center"/>
        <w:tblBorders>
          <w:top w:val="single" w:sz="6" w:space="0" w:color="C9D9DD"/>
          <w:left w:val="single" w:sz="6" w:space="0" w:color="C9D9DD"/>
          <w:bottom w:val="single" w:sz="6" w:space="0" w:color="C9D9DD"/>
          <w:right w:val="single" w:sz="6" w:space="0" w:color="C9D9DD"/>
          <w:insideH w:val="single" w:sz="6" w:space="0" w:color="C9D9DD"/>
          <w:insideV w:val="single" w:sz="6" w:space="0" w:color="C9D9DD"/>
        </w:tblBorders>
        <w:tblLayout w:type="fixed"/>
        <w:tblLook w:val="04A0" w:firstRow="1" w:lastRow="0" w:firstColumn="1" w:lastColumn="0" w:noHBand="0" w:noVBand="1"/>
      </w:tblPr>
      <w:tblGrid>
        <w:gridCol w:w="620"/>
        <w:gridCol w:w="4100"/>
        <w:gridCol w:w="2570"/>
        <w:gridCol w:w="1150"/>
      </w:tblGrid>
      <w:tr w:rsidR="0050198A" w:rsidTr="00C0587A">
        <w:trPr>
          <w:jc w:val="center"/>
        </w:trPr>
        <w:tc>
          <w:tcPr>
            <w:tcW w:w="620" w:type="dxa"/>
            <w:shd w:val="clear" w:color="auto" w:fill="173B57"/>
            <w:tcMar>
              <w:top w:w="58" w:type="dxa"/>
              <w:left w:w="90" w:type="dxa"/>
              <w:bottom w:w="58" w:type="dxa"/>
              <w:right w:w="90" w:type="dxa"/>
            </w:tcMar>
            <w:vAlign w:val="center"/>
          </w:tcPr>
          <w:p w:rsidR="00000000" w:rsidRPr="009F0DFD" w:rsidRDefault="00000000">
            <w:pPr>
              <w:spacing w:line="240" w:lineRule="auto"/>
              <w:jc w:val="center"/>
              <w:rPr>
                <w:rFonts w:ascii="Calibri" w:hAnsi="Calibri"/>
                <w:sz w:val="18"/>
                <w:szCs w:val="18"/>
              </w:rPr>
            </w:pPr>
            <w:r w:rsidRPr="009F0DFD">
              <w:rPr>
                <w:rFonts w:ascii="Calibri" w:hAnsi="Calibri"/>
                <w:b/>
                <w:color w:val="FFFFFF"/>
                <w:sz w:val="18"/>
                <w:szCs w:val="18"/>
              </w:rPr>
              <w:t>PAGE</w:t>
            </w:r>
          </w:p>
        </w:tc>
        <w:tc>
          <w:tcPr>
            <w:tcW w:w="4100" w:type="dxa"/>
            <w:shd w:val="clear" w:color="auto" w:fill="173B57"/>
            <w:tcMar>
              <w:top w:w="58" w:type="dxa"/>
              <w:left w:w="90" w:type="dxa"/>
              <w:bottom w:w="58" w:type="dxa"/>
              <w:right w:w="90" w:type="dxa"/>
            </w:tcMar>
            <w:vAlign w:val="center"/>
          </w:tcPr>
          <w:p w:rsidR="00000000" w:rsidRPr="00C0587A" w:rsidRDefault="00000000">
            <w:pPr>
              <w:spacing w:line="240" w:lineRule="auto"/>
              <w:rPr>
                <w:rFonts w:ascii="Calibri" w:hAnsi="Calibri"/>
                <w:sz w:val="20"/>
                <w:szCs w:val="20"/>
              </w:rPr>
            </w:pPr>
            <w:r w:rsidRPr="00C0587A">
              <w:rPr>
                <w:rFonts w:ascii="Calibri" w:hAnsi="Calibri"/>
                <w:b/>
                <w:color w:val="FFFFFF"/>
                <w:sz w:val="20"/>
                <w:szCs w:val="20"/>
              </w:rPr>
              <w:t>ACTIVITY</w:t>
            </w:r>
          </w:p>
        </w:tc>
        <w:tc>
          <w:tcPr>
            <w:tcW w:w="2570" w:type="dxa"/>
            <w:shd w:val="clear" w:color="auto" w:fill="173B57"/>
            <w:tcMar>
              <w:top w:w="58" w:type="dxa"/>
              <w:left w:w="90" w:type="dxa"/>
              <w:bottom w:w="58" w:type="dxa"/>
              <w:right w:w="90" w:type="dxa"/>
            </w:tcMar>
            <w:vAlign w:val="center"/>
          </w:tcPr>
          <w:p w:rsidR="00000000" w:rsidRPr="00C0587A" w:rsidRDefault="00000000">
            <w:pPr>
              <w:spacing w:line="240" w:lineRule="auto"/>
              <w:jc w:val="center"/>
              <w:rPr>
                <w:rFonts w:ascii="Calibri" w:hAnsi="Calibri"/>
                <w:sz w:val="20"/>
                <w:szCs w:val="21"/>
              </w:rPr>
            </w:pPr>
            <w:r w:rsidRPr="00C0587A">
              <w:rPr>
                <w:rFonts w:ascii="Calibri" w:hAnsi="Calibri"/>
                <w:b/>
                <w:color w:val="FFFFFF"/>
                <w:sz w:val="20"/>
                <w:szCs w:val="21"/>
              </w:rPr>
              <w:t>READING SKILL</w:t>
            </w:r>
          </w:p>
        </w:tc>
        <w:tc>
          <w:tcPr>
            <w:tcW w:w="1150" w:type="dxa"/>
            <w:shd w:val="clear" w:color="auto" w:fill="173B57"/>
            <w:tcMar>
              <w:top w:w="58" w:type="dxa"/>
              <w:left w:w="90" w:type="dxa"/>
              <w:bottom w:w="58" w:type="dxa"/>
              <w:right w:w="90" w:type="dxa"/>
            </w:tcMar>
            <w:vAlign w:val="center"/>
          </w:tcPr>
          <w:p w:rsidR="00000000" w:rsidRPr="00C0587A" w:rsidRDefault="00000000">
            <w:pPr>
              <w:spacing w:line="240" w:lineRule="auto"/>
              <w:jc w:val="center"/>
              <w:rPr>
                <w:rFonts w:ascii="Calibri" w:hAnsi="Calibri"/>
                <w:sz w:val="20"/>
                <w:szCs w:val="21"/>
              </w:rPr>
            </w:pPr>
            <w:r w:rsidRPr="00C0587A">
              <w:rPr>
                <w:rFonts w:ascii="Calibri" w:hAnsi="Calibri"/>
                <w:b/>
                <w:color w:val="FFFFFF"/>
                <w:sz w:val="20"/>
                <w:szCs w:val="21"/>
              </w:rPr>
              <w:t>CODE</w:t>
            </w:r>
          </w:p>
        </w:tc>
      </w:tr>
      <w:tr w:rsidR="0050198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pPr>
              <w:spacing w:line="228" w:lineRule="auto"/>
              <w:jc w:val="center"/>
              <w:rPr>
                <w:rFonts w:ascii="Calibri" w:hAnsi="Calibri"/>
                <w:sz w:val="20"/>
                <w:szCs w:val="20"/>
              </w:rPr>
            </w:pPr>
            <w:r w:rsidRPr="00C0587A">
              <w:rPr>
                <w:rFonts w:ascii="Calibri" w:hAnsi="Calibri"/>
                <w:b/>
                <w:color w:val="173B57"/>
                <w:sz w:val="20"/>
                <w:szCs w:val="20"/>
              </w:rPr>
              <w:t>1</w:t>
            </w:r>
          </w:p>
        </w:tc>
        <w:tc>
          <w:tcPr>
            <w:tcW w:w="4100" w:type="dxa"/>
            <w:shd w:val="clear" w:color="auto" w:fill="EAF5F4"/>
            <w:tcMar>
              <w:top w:w="55" w:type="dxa"/>
              <w:left w:w="95" w:type="dxa"/>
              <w:bottom w:w="55" w:type="dxa"/>
              <w:right w:w="95" w:type="dxa"/>
            </w:tcMar>
            <w:vAlign w:val="center"/>
          </w:tcPr>
          <w:p w:rsidR="00000000" w:rsidRPr="00C0587A" w:rsidRDefault="00000000">
            <w:pPr>
              <w:spacing w:line="228" w:lineRule="auto"/>
              <w:rPr>
                <w:rFonts w:ascii="Calibri" w:hAnsi="Calibri"/>
                <w:sz w:val="20"/>
                <w:szCs w:val="20"/>
              </w:rPr>
            </w:pPr>
            <w:r w:rsidRPr="00C0587A">
              <w:rPr>
                <w:rFonts w:ascii="Calibri" w:hAnsi="Calibri"/>
                <w:color w:val="263746"/>
                <w:sz w:val="20"/>
                <w:szCs w:val="20"/>
              </w:rPr>
              <w:t>Cover</w:t>
            </w:r>
          </w:p>
        </w:tc>
        <w:tc>
          <w:tcPr>
            <w:tcW w:w="2570" w:type="dxa"/>
            <w:shd w:val="clear" w:color="auto" w:fill="EAF5F4"/>
            <w:tcMar>
              <w:top w:w="55" w:type="dxa"/>
              <w:left w:w="95" w:type="dxa"/>
              <w:bottom w:w="55" w:type="dxa"/>
              <w:right w:w="95" w:type="dxa"/>
            </w:tcMar>
            <w:vAlign w:val="center"/>
          </w:tcPr>
          <w:p w:rsidR="00000000" w:rsidRPr="00C0587A" w:rsidRDefault="00000000">
            <w:pPr>
              <w:spacing w:line="228" w:lineRule="auto"/>
              <w:rPr>
                <w:rFonts w:ascii="Calibri" w:hAnsi="Calibri"/>
                <w:sz w:val="20"/>
                <w:szCs w:val="21"/>
              </w:rPr>
            </w:pPr>
            <w:r w:rsidRPr="00C0587A">
              <w:rPr>
                <w:rFonts w:ascii="Calibri" w:hAnsi="Calibri"/>
                <w:color w:val="263746"/>
                <w:sz w:val="20"/>
                <w:szCs w:val="21"/>
              </w:rPr>
              <w:t>—</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color w:val="173B57"/>
                <w:sz w:val="20"/>
                <w:szCs w:val="21"/>
              </w:rPr>
              <w:t>—</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2</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Table of Contents</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Overview</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color w:val="173B57"/>
                <w:sz w:val="20"/>
                <w:szCs w:val="21"/>
              </w:rPr>
              <w:t>—</w:t>
            </w:r>
          </w:p>
        </w:tc>
      </w:tr>
      <w:tr w:rsidR="0050198A" w:rsidRPr="00C0587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3</w:t>
            </w:r>
          </w:p>
        </w:tc>
        <w:tc>
          <w:tcPr>
            <w:tcW w:w="410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Welcome to Your Joke Book Adventure</w:t>
            </w:r>
          </w:p>
        </w:tc>
        <w:tc>
          <w:tcPr>
            <w:tcW w:w="257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Introduction</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JBRA-S01</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4</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Predict the Punchline</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Prediction</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JBRA-S02</w:t>
            </w:r>
          </w:p>
        </w:tc>
      </w:tr>
      <w:tr w:rsidR="0050198A" w:rsidRPr="00C0587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5</w:t>
            </w:r>
          </w:p>
        </w:tc>
        <w:tc>
          <w:tcPr>
            <w:tcW w:w="410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Find the Hidden Clue</w:t>
            </w:r>
          </w:p>
        </w:tc>
        <w:tc>
          <w:tcPr>
            <w:tcW w:w="257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Looking for clues</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JBRA-S03</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6</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Words with Two Meanings (Wordplay)</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Wordplay</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JBRA-S04</w:t>
            </w:r>
          </w:p>
        </w:tc>
      </w:tr>
      <w:tr w:rsidR="0050198A" w:rsidRPr="00C0587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7</w:t>
            </w:r>
          </w:p>
        </w:tc>
        <w:tc>
          <w:tcPr>
            <w:tcW w:w="410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Background Knowledge</w:t>
            </w:r>
          </w:p>
        </w:tc>
        <w:tc>
          <w:tcPr>
            <w:tcW w:w="257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Prior knowledge</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JBRA-S05</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8</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Visual Clues</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Visual literacy</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JBRA-S06</w:t>
            </w:r>
          </w:p>
        </w:tc>
      </w:tr>
      <w:tr w:rsidR="0050198A" w:rsidRPr="00C0587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9</w:t>
            </w:r>
          </w:p>
        </w:tc>
        <w:tc>
          <w:tcPr>
            <w:tcW w:w="410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Match the Joke to the Book</w:t>
            </w:r>
          </w:p>
        </w:tc>
        <w:tc>
          <w:tcPr>
            <w:tcW w:w="257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Theme &amp; categorizing</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JBRA-S07</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10</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Which Joke Doesn't Belong?</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Compare &amp; categorize</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JBRA-S08</w:t>
            </w:r>
          </w:p>
        </w:tc>
      </w:tr>
      <w:tr w:rsidR="0050198A" w:rsidRPr="00C0587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11</w:t>
            </w:r>
          </w:p>
        </w:tc>
        <w:tc>
          <w:tcPr>
            <w:tcW w:w="410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Picture It!</w:t>
            </w:r>
          </w:p>
        </w:tc>
        <w:tc>
          <w:tcPr>
            <w:tcW w:w="257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Visualization</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JBRA-S09</w:t>
            </w:r>
          </w:p>
        </w:tc>
      </w:tr>
      <w:tr w:rsidR="0050198A" w:rsidRPr="00C0587A" w:rsidTr="00C0587A">
        <w:trPr>
          <w:jc w:val="center"/>
        </w:trPr>
        <w:tc>
          <w:tcPr>
            <w:tcW w:w="62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12</w:t>
            </w:r>
          </w:p>
        </w:tc>
        <w:tc>
          <w:tcPr>
            <w:tcW w:w="410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Solve the Joke!</w:t>
            </w:r>
          </w:p>
        </w:tc>
        <w:tc>
          <w:tcPr>
            <w:tcW w:w="257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rPr>
                <w:rFonts w:ascii="Calibri" w:hAnsi="Calibri"/>
                <w:sz w:val="20"/>
                <w:szCs w:val="21"/>
              </w:rPr>
            </w:pPr>
            <w:r w:rsidRPr="00C0587A">
              <w:rPr>
                <w:rFonts w:ascii="Calibri" w:hAnsi="Calibri"/>
                <w:color w:val="263746"/>
                <w:sz w:val="20"/>
                <w:szCs w:val="21"/>
              </w:rPr>
              <w:t>Strategies together</w:t>
            </w:r>
          </w:p>
        </w:tc>
        <w:tc>
          <w:tcPr>
            <w:tcW w:w="1150" w:type="dxa"/>
            <w:shd w:val="clear" w:color="auto" w:fill="FFFFFF"/>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b/>
                <w:color w:val="173B57"/>
                <w:sz w:val="20"/>
                <w:szCs w:val="21"/>
              </w:rPr>
              <w:t>JBRA-S10</w:t>
            </w:r>
          </w:p>
        </w:tc>
      </w:tr>
      <w:tr w:rsidR="0050198A" w:rsidTr="00C0587A">
        <w:trPr>
          <w:jc w:val="center"/>
        </w:trPr>
        <w:tc>
          <w:tcPr>
            <w:tcW w:w="620" w:type="dxa"/>
            <w:shd w:val="clear" w:color="auto" w:fill="EAF5F4"/>
            <w:tcMar>
              <w:top w:w="55" w:type="dxa"/>
              <w:left w:w="95" w:type="dxa"/>
              <w:bottom w:w="55" w:type="dxa"/>
              <w:right w:w="95" w:type="dxa"/>
            </w:tcMar>
            <w:vAlign w:val="center"/>
          </w:tcPr>
          <w:p w:rsidR="00000000" w:rsidRPr="00C0587A" w:rsidRDefault="00000000">
            <w:pPr>
              <w:spacing w:line="228" w:lineRule="auto"/>
              <w:jc w:val="center"/>
              <w:rPr>
                <w:rFonts w:ascii="Calibri" w:hAnsi="Calibri"/>
                <w:sz w:val="20"/>
                <w:szCs w:val="20"/>
              </w:rPr>
            </w:pPr>
            <w:r w:rsidRPr="00C0587A">
              <w:rPr>
                <w:rFonts w:ascii="Calibri" w:hAnsi="Calibri"/>
                <w:b/>
                <w:color w:val="173B57"/>
                <w:sz w:val="20"/>
                <w:szCs w:val="20"/>
              </w:rPr>
              <w:t>13</w:t>
            </w:r>
          </w:p>
        </w:tc>
        <w:tc>
          <w:tcPr>
            <w:tcW w:w="4100" w:type="dxa"/>
            <w:shd w:val="clear" w:color="auto" w:fill="EAF5F4"/>
            <w:tcMar>
              <w:top w:w="55" w:type="dxa"/>
              <w:left w:w="95" w:type="dxa"/>
              <w:bottom w:w="55" w:type="dxa"/>
              <w:right w:w="95" w:type="dxa"/>
            </w:tcMar>
            <w:vAlign w:val="center"/>
          </w:tcPr>
          <w:p w:rsidR="00000000" w:rsidRPr="00C0587A" w:rsidRDefault="00000000">
            <w:pPr>
              <w:spacing w:line="228" w:lineRule="auto"/>
              <w:rPr>
                <w:rFonts w:ascii="Calibri" w:hAnsi="Calibri"/>
                <w:sz w:val="20"/>
                <w:szCs w:val="20"/>
              </w:rPr>
            </w:pPr>
            <w:r w:rsidRPr="00C0587A">
              <w:rPr>
                <w:rFonts w:ascii="Calibri" w:hAnsi="Calibri"/>
                <w:color w:val="263746"/>
                <w:sz w:val="20"/>
                <w:szCs w:val="20"/>
              </w:rPr>
              <w:t>Keep Reading!</w:t>
            </w:r>
          </w:p>
        </w:tc>
        <w:tc>
          <w:tcPr>
            <w:tcW w:w="2570" w:type="dxa"/>
            <w:shd w:val="clear" w:color="auto" w:fill="EAF5F4"/>
            <w:tcMar>
              <w:top w:w="55" w:type="dxa"/>
              <w:left w:w="95" w:type="dxa"/>
              <w:bottom w:w="55" w:type="dxa"/>
              <w:right w:w="95" w:type="dxa"/>
            </w:tcMar>
            <w:vAlign w:val="center"/>
          </w:tcPr>
          <w:p w:rsidR="00000000" w:rsidRPr="00C0587A" w:rsidRDefault="00000000">
            <w:pPr>
              <w:spacing w:line="228" w:lineRule="auto"/>
              <w:rPr>
                <w:rFonts w:ascii="Calibri" w:hAnsi="Calibri"/>
                <w:sz w:val="20"/>
                <w:szCs w:val="21"/>
              </w:rPr>
            </w:pPr>
            <w:r w:rsidRPr="00C0587A">
              <w:rPr>
                <w:rFonts w:ascii="Calibri" w:hAnsi="Calibri"/>
                <w:color w:val="263746"/>
                <w:sz w:val="20"/>
                <w:szCs w:val="21"/>
              </w:rPr>
              <w:t>Reflection &amp; next steps</w:t>
            </w:r>
          </w:p>
        </w:tc>
        <w:tc>
          <w:tcPr>
            <w:tcW w:w="1150" w:type="dxa"/>
            <w:shd w:val="clear" w:color="auto" w:fill="EAF5F4"/>
            <w:tcMar>
              <w:top w:w="55" w:type="dxa"/>
              <w:left w:w="95" w:type="dxa"/>
              <w:bottom w:w="55" w:type="dxa"/>
              <w:right w:w="95" w:type="dxa"/>
            </w:tcMar>
            <w:vAlign w:val="center"/>
          </w:tcPr>
          <w:p w:rsidR="00000000" w:rsidRPr="00C0587A" w:rsidRDefault="00000000" w:rsidP="00C0587A">
            <w:pPr>
              <w:spacing w:line="360" w:lineRule="auto"/>
              <w:jc w:val="center"/>
              <w:rPr>
                <w:rFonts w:ascii="Calibri" w:hAnsi="Calibri"/>
                <w:sz w:val="20"/>
                <w:szCs w:val="21"/>
              </w:rPr>
            </w:pPr>
            <w:r w:rsidRPr="00C0587A">
              <w:rPr>
                <w:rFonts w:ascii="Calibri" w:hAnsi="Calibri"/>
                <w:color w:val="173B57"/>
                <w:sz w:val="20"/>
                <w:szCs w:val="21"/>
              </w:rPr>
              <w:t>—</w:t>
            </w:r>
          </w:p>
        </w:tc>
      </w:tr>
    </w:tbl>
    <w:p w:rsidR="00000000" w:rsidRDefault="00000000" w:rsidP="00C0587A">
      <w:pPr>
        <w:spacing w:before="140" w:after="60" w:line="360" w:lineRule="auto"/>
        <w:rPr>
          <w:rFonts w:ascii="Calibri" w:hAnsi="Calibri"/>
          <w:b/>
          <w:color w:val="187C80"/>
          <w:sz w:val="20"/>
          <w:szCs w:val="28"/>
        </w:rPr>
      </w:pPr>
    </w:p>
    <w:p w:rsidR="00000000" w:rsidRDefault="00000000" w:rsidP="00C0587A">
      <w:pPr>
        <w:spacing w:before="140" w:after="60" w:line="360" w:lineRule="auto"/>
        <w:jc w:val="center"/>
      </w:pPr>
      <w:r w:rsidRPr="00C0587A">
        <w:rPr>
          <w:rFonts w:ascii="Calibri" w:hAnsi="Calibri"/>
          <w:b/>
          <w:color w:val="187C80"/>
          <w:sz w:val="20"/>
          <w:szCs w:val="28"/>
        </w:rPr>
        <w:t>YOUR READING ADVENTURE</w:t>
      </w:r>
      <w:r>
        <w:rPr>
          <w:rFonts w:ascii="Calibri" w:hAnsi="Calibri"/>
          <w:color w:val="60727F"/>
          <w:sz w:val="20"/>
        </w:rPr>
        <w:t xml:space="preserve">   </w:t>
      </w:r>
      <w:r w:rsidRPr="00C0587A">
        <w:rPr>
          <w:rFonts w:ascii="Calibri" w:hAnsi="Calibri"/>
          <w:color w:val="60727F"/>
          <w:sz w:val="20"/>
          <w:szCs w:val="24"/>
        </w:rPr>
        <w:t>Check off each activity as you complete it.</w:t>
      </w:r>
    </w:p>
    <w:tbl>
      <w:tblPr>
        <w:tblW w:w="8840" w:type="dxa"/>
        <w:jc w:val="center"/>
        <w:tblBorders>
          <w:top w:val="single" w:sz="5" w:space="0" w:color="B9D4D3"/>
          <w:left w:val="single" w:sz="5" w:space="0" w:color="B9D4D3"/>
          <w:bottom w:val="single" w:sz="5" w:space="0" w:color="B9D4D3"/>
          <w:right w:val="single" w:sz="5" w:space="0" w:color="B9D4D3"/>
          <w:insideH w:val="single" w:sz="5" w:space="0" w:color="B9D4D3"/>
          <w:insideV w:val="single" w:sz="5" w:space="0" w:color="B9D4D3"/>
        </w:tblBorders>
        <w:tblLayout w:type="fixed"/>
        <w:tblLook w:val="04A0" w:firstRow="1" w:lastRow="0" w:firstColumn="1" w:lastColumn="0" w:noHBand="0" w:noVBand="1"/>
      </w:tblPr>
      <w:tblGrid>
        <w:gridCol w:w="4420"/>
        <w:gridCol w:w="4420"/>
      </w:tblGrid>
      <w:tr w:rsidR="0050198A" w:rsidTr="00C0587A">
        <w:trPr>
          <w:jc w:val="center"/>
        </w:trPr>
        <w:tc>
          <w:tcPr>
            <w:tcW w:w="4420" w:type="dxa"/>
            <w:shd w:val="clear" w:color="auto" w:fill="FFF7E3"/>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-S01</w:t>
            </w:r>
            <w:r w:rsidRPr="00C0587A">
              <w:rPr>
                <w:rFonts w:ascii="Calibri" w:hAnsi="Calibri"/>
                <w:color w:val="263746"/>
                <w:sz w:val="20"/>
                <w:szCs w:val="21"/>
              </w:rPr>
              <w:t xml:space="preserve">  Welcome to Your Joke Book Adventure</w:t>
            </w:r>
          </w:p>
        </w:tc>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-S06</w:t>
            </w:r>
            <w:r w:rsidRPr="00C0587A">
              <w:rPr>
                <w:rFonts w:ascii="Calibri" w:hAnsi="Calibri"/>
                <w:color w:val="263746"/>
                <w:sz w:val="20"/>
                <w:szCs w:val="21"/>
              </w:rPr>
              <w:t xml:space="preserve">  Visual Clues</w:t>
            </w:r>
          </w:p>
        </w:tc>
      </w:tr>
      <w:tr w:rsidR="0050198A" w:rsidTr="00C0587A">
        <w:trPr>
          <w:jc w:val="center"/>
        </w:trPr>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-S02</w:t>
            </w:r>
            <w:r w:rsidRPr="00C0587A">
              <w:rPr>
                <w:rFonts w:ascii="Calibri" w:hAnsi="Calibri"/>
                <w:color w:val="263746"/>
                <w:sz w:val="20"/>
                <w:szCs w:val="21"/>
              </w:rPr>
              <w:t xml:space="preserve">  Predict the Punchline</w:t>
            </w:r>
          </w:p>
        </w:tc>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-S07</w:t>
            </w:r>
            <w:r w:rsidRPr="00C0587A">
              <w:rPr>
                <w:rFonts w:ascii="Calibri" w:hAnsi="Calibri"/>
                <w:color w:val="263746"/>
                <w:sz w:val="20"/>
                <w:szCs w:val="21"/>
              </w:rPr>
              <w:t xml:space="preserve">  Match the Joke to the Book</w:t>
            </w:r>
          </w:p>
        </w:tc>
      </w:tr>
      <w:tr w:rsidR="0050198A" w:rsidTr="00C0587A">
        <w:trPr>
          <w:jc w:val="center"/>
        </w:trPr>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-S03</w:t>
            </w:r>
            <w:r w:rsidRPr="00C0587A">
              <w:rPr>
                <w:rFonts w:ascii="Calibri" w:hAnsi="Calibri"/>
                <w:color w:val="263746"/>
                <w:sz w:val="20"/>
                <w:szCs w:val="21"/>
              </w:rPr>
              <w:t xml:space="preserve">  Find the Hidden Clue</w:t>
            </w:r>
          </w:p>
        </w:tc>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-S08</w:t>
            </w:r>
            <w:r w:rsidRPr="00C0587A">
              <w:rPr>
                <w:rFonts w:ascii="Calibri" w:hAnsi="Calibri"/>
                <w:color w:val="263746"/>
                <w:sz w:val="20"/>
                <w:szCs w:val="21"/>
              </w:rPr>
              <w:t xml:space="preserve">  Which Joke Doesn't Belong?</w:t>
            </w:r>
          </w:p>
        </w:tc>
      </w:tr>
      <w:tr w:rsidR="0050198A" w:rsidTr="00C0587A">
        <w:trPr>
          <w:jc w:val="center"/>
        </w:trPr>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-S04</w:t>
            </w:r>
            <w:r w:rsidRPr="00C0587A">
              <w:rPr>
                <w:rFonts w:ascii="Calibri" w:hAnsi="Calibri"/>
                <w:color w:val="263746"/>
                <w:sz w:val="20"/>
                <w:szCs w:val="21"/>
              </w:rPr>
              <w:t xml:space="preserve">  Words with Two Meanings</w:t>
            </w:r>
          </w:p>
        </w:tc>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-S09</w:t>
            </w:r>
            <w:r w:rsidRPr="00C0587A">
              <w:rPr>
                <w:rFonts w:ascii="Calibri" w:hAnsi="Calibri"/>
                <w:color w:val="263746"/>
                <w:sz w:val="20"/>
                <w:szCs w:val="21"/>
              </w:rPr>
              <w:t xml:space="preserve">  Picture It!</w:t>
            </w:r>
          </w:p>
        </w:tc>
      </w:tr>
      <w:tr w:rsidR="0050198A" w:rsidTr="00C0587A">
        <w:trPr>
          <w:jc w:val="center"/>
        </w:trPr>
        <w:tc>
          <w:tcPr>
            <w:tcW w:w="4420" w:type="dxa"/>
            <w:shd w:val="clear" w:color="auto" w:fill="FFFFFF"/>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-S05</w:t>
            </w:r>
            <w:r w:rsidRPr="00C0587A">
              <w:rPr>
                <w:rFonts w:ascii="Calibri" w:hAnsi="Calibri"/>
                <w:color w:val="263746"/>
                <w:sz w:val="20"/>
                <w:szCs w:val="21"/>
              </w:rPr>
              <w:t xml:space="preserve">  Background Knowledge</w:t>
            </w:r>
          </w:p>
        </w:tc>
        <w:tc>
          <w:tcPr>
            <w:tcW w:w="4420" w:type="dxa"/>
            <w:shd w:val="clear" w:color="auto" w:fill="FFF7E3"/>
            <w:tcMar>
              <w:top w:w="65" w:type="dxa"/>
              <w:left w:w="110" w:type="dxa"/>
              <w:bottom w:w="65" w:type="dxa"/>
              <w:right w:w="110" w:type="dxa"/>
            </w:tcMar>
            <w:vAlign w:val="center"/>
          </w:tcPr>
          <w:p w:rsidR="00000000" w:rsidRPr="00C0587A" w:rsidRDefault="00000000" w:rsidP="00C0587A">
            <w:pPr>
              <w:spacing w:line="240" w:lineRule="auto"/>
              <w:rPr>
                <w:rFonts w:ascii="Calibri" w:hAnsi="Calibri"/>
                <w:sz w:val="20"/>
                <w:szCs w:val="21"/>
              </w:rPr>
            </w:pPr>
            <w:proofErr w:type="gramStart"/>
            <w:r w:rsidRPr="00C0587A">
              <w:rPr>
                <w:rFonts w:ascii="Calibri" w:hAnsi="Calibri"/>
                <w:color w:val="187C80"/>
                <w:sz w:val="20"/>
                <w:szCs w:val="21"/>
              </w:rPr>
              <w:t xml:space="preserve">☐  </w:t>
            </w:r>
            <w:r w:rsidRPr="00C0587A">
              <w:rPr>
                <w:rFonts w:ascii="Calibri" w:hAnsi="Calibri"/>
                <w:b/>
                <w:color w:val="173B57"/>
                <w:sz w:val="20"/>
                <w:szCs w:val="21"/>
              </w:rPr>
              <w:t>JBRA</w:t>
            </w:r>
            <w:proofErr w:type="gramEnd"/>
            <w:r w:rsidRPr="00C0587A">
              <w:rPr>
                <w:rFonts w:ascii="Calibri" w:hAnsi="Calibri"/>
                <w:b/>
                <w:color w:val="173B57"/>
                <w:sz w:val="20"/>
                <w:szCs w:val="21"/>
              </w:rPr>
              <w:t>-S10</w:t>
            </w:r>
            <w:r w:rsidRPr="00C0587A">
              <w:rPr>
                <w:rFonts w:ascii="Calibri" w:hAnsi="Calibri"/>
                <w:color w:val="263746"/>
                <w:sz w:val="20"/>
                <w:szCs w:val="21"/>
              </w:rPr>
              <w:t xml:space="preserve">  Solve the Joke!</w:t>
            </w:r>
          </w:p>
        </w:tc>
      </w:tr>
    </w:tbl>
    <w:p w:rsidR="00000000" w:rsidRDefault="00000000">
      <w:pPr>
        <w:spacing w:before="80"/>
        <w:jc w:val="center"/>
        <w:rPr>
          <w:rFonts w:ascii="Calibri" w:hAnsi="Calibri"/>
          <w:b/>
          <w:color w:val="173B57"/>
          <w:sz w:val="20"/>
          <w:szCs w:val="24"/>
        </w:rPr>
      </w:pPr>
    </w:p>
    <w:p w:rsidR="00000000" w:rsidRPr="00C0587A" w:rsidRDefault="00000000">
      <w:pPr>
        <w:spacing w:before="80"/>
        <w:jc w:val="center"/>
        <w:rPr>
          <w:rFonts w:ascii="Calibri" w:hAnsi="Calibri"/>
          <w:sz w:val="20"/>
          <w:szCs w:val="24"/>
        </w:rPr>
      </w:pPr>
      <w:r w:rsidRPr="00C0587A">
        <w:rPr>
          <w:rFonts w:ascii="Calibri" w:hAnsi="Calibri"/>
          <w:b/>
          <w:color w:val="173B57"/>
          <w:sz w:val="20"/>
          <w:szCs w:val="24"/>
        </w:rPr>
        <w:t>Every activity makes you a stronger Joke Detective—and an even better reader!</w:t>
      </w:r>
    </w:p>
    <w:p w:rsidR="00B63F71" w:rsidRDefault="00000000">
      <w:pPr>
        <w:spacing w:line="20" w:lineRule="exact"/>
      </w:pPr>
      <w:r>
        <w:rPr>
          <w:sz w:val="2"/>
        </w:rPr>
        <w:br w:type="page"/>
      </w:r>
    </w:p>
    <w:p w:rsidR="00000000" w:rsidRDefault="00000000">
      <w:pPr>
        <w:spacing w:after="94"/>
        <w:ind w:left="-120" w:right="-120"/>
      </w:pPr>
      <w:r>
        <w:rPr>
          <w:rFonts w:eastAsia="Arial" w:cs="Arial"/>
          <w:noProof/>
          <w:color w:val="000000"/>
          <w:sz w:val="21"/>
        </w:rPr>
        <w:lastRenderedPageBreak/>
        <mc:AlternateContent>
          <mc:Choice Requires="wps">
            <w:drawing>
              <wp:anchor distT="0" distB="0" distL="114300" distR="114300" simplePos="0" relativeHeight="251659264" behindDoc="0" locked="0" layoutInCell="1" allowOverlap="1">
                <wp:simplePos x="0" y="0"/>
                <wp:positionH relativeFrom="column">
                  <wp:posOffset>4514215</wp:posOffset>
                </wp:positionH>
                <wp:positionV relativeFrom="paragraph">
                  <wp:posOffset>958216</wp:posOffset>
                </wp:positionV>
                <wp:extent cx="1640205" cy="443684"/>
                <wp:effectExtent l="0" t="0" r="10795" b="13970"/>
                <wp:wrapNone/>
                <wp:docPr id="2" name="Text Box 1"/>
                <wp:cNvGraphicFramePr/>
                <a:graphic xmlns:a="http://schemas.openxmlformats.org/drawingml/2006/main">
                  <a:graphicData uri="http://schemas.microsoft.com/office/word/2010/wordprocessingShape">
                    <wps:wsp>
                      <wps:cNvSpPr txBox="1"/>
                      <wps:spPr>
                        <a:xfrm>
                          <a:off x="0" y="0"/>
                          <a:ext cx="1640205" cy="443684"/>
                        </a:xfrm>
                        <a:prstGeom prst="rect">
                          <a:avLst/>
                        </a:prstGeom>
                        <a:solidFill>
                          <a:schemeClr val="lt1"/>
                        </a:solidFill>
                        <a:ln w="6350">
                          <a:solidFill>
                            <a:prstClr val="black"/>
                          </a:solidFill>
                        </a:ln>
                      </wps:spPr>
                      <wps:txbx>
                        <w:txbxContent>
                          <w:p w:rsidR="00000000" w:rsidRDefault="00000000" w:rsidP="001370A9">
                            <w:pPr>
                              <w:spacing w:after="60"/>
                              <w:ind w:left="10" w:hanging="10"/>
                              <w:jc w:val="center"/>
                            </w:pPr>
                            <w:r>
                              <w:rPr>
                                <w:rFonts w:eastAsia="Arial" w:cs="Arial"/>
                                <w:b/>
                                <w:color w:val="000000"/>
                                <w:sz w:val="21"/>
                              </w:rPr>
                              <w:t>Student Introduction</w:t>
                            </w:r>
                          </w:p>
                          <w:p w:rsidR="00000000" w:rsidRDefault="00000000" w:rsidP="009F0DFD">
                            <w:pPr>
                              <w:spacing w:after="116" w:line="259" w:lineRule="auto"/>
                              <w:jc w:val="center"/>
                            </w:pPr>
                            <w:r>
                              <w:rPr>
                                <w:rFonts w:eastAsia="Arial" w:cs="Arial"/>
                                <w:b/>
                                <w:color w:val="000000"/>
                                <w:sz w:val="21"/>
                              </w:rPr>
                              <w:t xml:space="preserve">ACTIVITY </w:t>
                            </w:r>
                            <w:proofErr w:type="gramStart"/>
                            <w:r>
                              <w:rPr>
                                <w:rFonts w:eastAsia="Arial" w:cs="Arial"/>
                                <w:b/>
                                <w:color w:val="000000"/>
                                <w:sz w:val="21"/>
                              </w:rPr>
                              <w:t>CODE  JBRA</w:t>
                            </w:r>
                            <w:proofErr w:type="gramEnd"/>
                            <w:r>
                              <w:rPr>
                                <w:rFonts w:eastAsia="Arial" w:cs="Arial"/>
                                <w:b/>
                                <w:color w:val="000000"/>
                                <w:sz w:val="21"/>
                              </w:rPr>
                              <w:t>-S01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5.45pt;margin-top:75.45pt;width:129.15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" fillcolor="white [3201]" strokeweight=".5pt">
                <v:textbox>
                  <w:txbxContent>
                    <w:p w:rsidR="00000000" w:rsidRDefault="00000000" w:rsidP="001370A9">
                      <w:pPr>
                        <w:spacing w:after="60"/>
                        <w:ind w:left="10" w:hanging="10"/>
                        <w:jc w:val="center"/>
                      </w:pPr>
                      <w:r>
                        <w:rPr>
                          <w:rFonts w:eastAsia="Arial" w:cs="Arial"/>
                          <w:b/>
                          <w:color w:val="000000"/>
                          <w:sz w:val="21"/>
                        </w:rPr>
                        <w:t>Student Introduction</w:t>
                      </w:r>
                    </w:p>
                    <w:p w:rsidR="00000000" w:rsidRDefault="00000000" w:rsidP="009F0DFD">
                      <w:pPr>
                        <w:spacing w:after="116" w:line="259" w:lineRule="auto"/>
                        <w:jc w:val="center"/>
                      </w:pPr>
                      <w:r>
                        <w:rPr>
                          <w:rFonts w:eastAsia="Arial" w:cs="Arial"/>
                          <w:b/>
                          <w:color w:val="000000"/>
                          <w:sz w:val="21"/>
                        </w:rPr>
                        <w:t xml:space="preserve">ACTIVITY </w:t>
                      </w:r>
                      <w:proofErr w:type="gramStart"/>
                      <w:r>
                        <w:rPr>
                          <w:rFonts w:eastAsia="Arial" w:cs="Arial"/>
                          <w:b/>
                          <w:color w:val="000000"/>
                          <w:sz w:val="21"/>
                        </w:rPr>
                        <w:t>CODE  JBRA</w:t>
                      </w:r>
                      <w:proofErr w:type="gramEnd"/>
                      <w:r>
                        <w:rPr>
                          <w:rFonts w:eastAsia="Arial" w:cs="Arial"/>
                          <w:b/>
                          <w:color w:val="000000"/>
                          <w:sz w:val="21"/>
                        </w:rPr>
                        <w:t>-S01</w:t>
                      </w:r>
                    </w:p>
                  </w:txbxContent>
                </v:textbox>
              </v:shape>
            </w:pict>
          </mc:Fallback>
        </mc:AlternateContent>
      </w:r>
      <w:r>
        <w:rPr>
          <w:rFonts w:eastAsia="Arial" w:cs="Arial"/>
          <w:noProof/>
          <w:color w:val="000000"/>
          <w:sz w:val="21"/>
        </w:rPr>
        <mc:AlternateContent>
          <mc:Choice Requires="wpg">
            <w:drawing>
              <wp:inline distT="0" distB="0" distL="0" distR="0">
                <wp:extent cx="6236208" cy="1345105"/>
                <wp:effectExtent l="12700" t="0" r="12700" b="0"/>
                <wp:docPr id="3" name="Group 645"/>
                <wp:cNvGraphicFramePr/>
                <a:graphic xmlns:a="http://schemas.openxmlformats.org/drawingml/2006/main">
                  <a:graphicData uri="http://schemas.microsoft.com/office/word/2010/wordprocessingGroup">
                    <wpg:wgp>
                      <wpg:cNvGrpSpPr/>
                      <wpg:grpSpPr>
                        <a:xfrm>
                          <a:off x="0" y="0"/>
                          <a:ext cx="6236208" cy="1345105"/>
                          <a:chOff x="0" y="0"/>
                          <a:chExt cx="6236208" cy="1399160"/>
                        </a:xfrm>
                      </wpg:grpSpPr>
                      <wps:wsp>
                        <wps:cNvPr id="7" name="Rectangle 7"/>
                        <wps:cNvSpPr/>
                        <wps:spPr>
                          <a:xfrm>
                            <a:off x="0" y="205093"/>
                            <a:ext cx="1613631" cy="148429"/>
                          </a:xfrm>
                          <a:prstGeom prst="rect">
                            <a:avLst/>
                          </a:prstGeom>
                          <a:ln>
                            <a:noFill/>
                          </a:ln>
                        </wps:spPr>
                        <wps:txbx>
                          <w:txbxContent>
                            <w:p w:rsidR="00000000" w:rsidRDefault="00000000">
                              <w:pPr>
                                <w:spacing w:after="160"/>
                              </w:pPr>
                              <w:r>
                                <w:rPr>
                                  <w:rFonts w:eastAsia="Arial" w:cs="Arial"/>
                                  <w:b/>
                                  <w:color w:val="000000"/>
                                  <w:sz w:val="21"/>
                                </w:rPr>
                                <w:t>WELCOME TO YOUR</w:t>
                              </w:r>
                            </w:p>
                          </w:txbxContent>
                        </wps:txbx>
                        <wps:bodyPr horzOverflow="overflow" vert="horz" lIns="0" tIns="0" rIns="0" bIns="0" rtlCol="0">
                          <a:noAutofit/>
                        </wps:bodyPr>
                      </wps:wsp>
                      <wps:wsp>
                        <wps:cNvPr id="8" name="Rectangle 8"/>
                        <wps:cNvSpPr/>
                        <wps:spPr>
                          <a:xfrm>
                            <a:off x="0" y="394119"/>
                            <a:ext cx="3854180" cy="335920"/>
                          </a:xfrm>
                          <a:prstGeom prst="rect">
                            <a:avLst/>
                          </a:prstGeom>
                          <a:ln>
                            <a:noFill/>
                          </a:ln>
                        </wps:spPr>
                        <wps:txbx>
                          <w:txbxContent>
                            <w:p w:rsidR="00000000" w:rsidRDefault="00000000">
                              <w:pPr>
                                <w:spacing w:after="160"/>
                              </w:pPr>
                              <w:r>
                                <w:rPr>
                                  <w:rFonts w:eastAsia="Arial" w:cs="Arial"/>
                                  <w:b/>
                                  <w:color w:val="000000"/>
                                  <w:sz w:val="21"/>
                                </w:rPr>
                                <w:t>Joke Book Adventure!</w:t>
                              </w:r>
                            </w:p>
                          </w:txbxContent>
                        </wps:txbx>
                        <wps:bodyPr horzOverflow="overflow" vert="horz" lIns="0" tIns="0" rIns="0" bIns="0" rtlCol="0">
                          <a:noAutofit/>
                        </wps:bodyPr>
                      </wps:wsp>
                      <wps:wsp>
                        <wps:cNvPr id="9" name="Rectangle 9"/>
                        <wps:cNvSpPr/>
                        <wps:spPr>
                          <a:xfrm>
                            <a:off x="0" y="681426"/>
                            <a:ext cx="2438426" cy="195741"/>
                          </a:xfrm>
                          <a:prstGeom prst="rect">
                            <a:avLst/>
                          </a:prstGeom>
                          <a:ln>
                            <a:noFill/>
                          </a:ln>
                        </wps:spPr>
                        <wps:txbx>
                          <w:txbxContent>
                            <w:p w:rsidR="00000000" w:rsidRDefault="00000000">
                              <w:pPr>
                                <w:spacing w:after="160"/>
                              </w:pPr>
                              <w:r>
                                <w:rPr>
                                  <w:rFonts w:eastAsia="Arial" w:cs="Arial"/>
                                  <w:b/>
                                  <w:color w:val="000000"/>
                                  <w:sz w:val="21"/>
                                </w:rPr>
                                <w:t>READ | PREDICT | DISCOVER | LAUGH</w:t>
                              </w:r>
                            </w:p>
                          </w:txbxContent>
                        </wps:txbx>
                        <wps:bodyPr horzOverflow="overflow" vert="horz" lIns="0" tIns="0" rIns="0" bIns="0" rtlCol="0">
                          <a:noAutofit/>
                        </wps:bodyPr>
                      </wps:wsp>
                      <pic:pic xmlns:pic="http://schemas.openxmlformats.org/drawingml/2006/picture">
                        <pic:nvPicPr>
                          <pic:cNvPr id="509388103" name="Picture 11"/>
                          <pic:cNvPicPr/>
                        </pic:nvPicPr>
                        <pic:blipFill>
                          <a:blip r:embed="rId10"/>
                          <a:stretch>
                            <a:fillRect/>
                          </a:stretch>
                        </pic:blipFill>
                        <pic:spPr>
                          <a:xfrm>
                            <a:off x="4818888" y="0"/>
                            <a:ext cx="1417320" cy="932688"/>
                          </a:xfrm>
                          <a:prstGeom prst="rect">
                            <a:avLst/>
                          </a:prstGeom>
                        </pic:spPr>
                      </pic:pic>
                      <wps:wsp>
                        <wps:cNvPr id="12" name="Shape 12"/>
                        <wps:cNvSpPr/>
                        <wps:spPr>
                          <a:xfrm>
                            <a:off x="0" y="958088"/>
                            <a:ext cx="6236208" cy="0"/>
                          </a:xfrm>
                          <a:custGeom>
                            <a:avLst/>
                            <a:gdLst/>
                            <a:ahLst/>
                            <a:cxnLst/>
                            <a:rect l="0" t="0" r="0" b="0"/>
                            <a:pathLst>
                              <a:path w="6236208">
                                <a:moveTo>
                                  <a:pt x="0" y="0"/>
                                </a:moveTo>
                                <a:lnTo>
                                  <a:pt x="6236208" y="0"/>
                                </a:lnTo>
                              </a:path>
                            </a:pathLst>
                          </a:custGeom>
                          <a:ln w="19050" cap="rnd">
                            <a:round/>
                          </a:ln>
                        </wps:spPr>
                        <wps:style>
                          <a:lnRef idx="1">
                            <a:srgbClr val="000000"/>
                          </a:lnRef>
                          <a:fillRef idx="0">
                            <a:srgbClr val="000000">
                              <a:alpha val="0"/>
                            </a:srgbClr>
                          </a:fillRef>
                          <a:effectRef idx="0">
                            <a:scrgbClr r="0" g="0" b="0"/>
                          </a:effectRef>
                          <a:fontRef idx="none"/>
                        </wps:style>
                        <wps:bodyPr/>
                      </wps:wsp>
                      <wps:wsp>
                        <wps:cNvPr id="13" name="Rectangle 13"/>
                        <wps:cNvSpPr/>
                        <wps:spPr>
                          <a:xfrm>
                            <a:off x="76200" y="1169484"/>
                            <a:ext cx="2814703" cy="229676"/>
                          </a:xfrm>
                          <a:prstGeom prst="rect">
                            <a:avLst/>
                          </a:prstGeom>
                          <a:ln>
                            <a:noFill/>
                          </a:ln>
                        </wps:spPr>
                        <wps:txbx>
                          <w:txbxContent>
                            <w:p w:rsidR="00000000" w:rsidRDefault="00000000">
                              <w:pPr>
                                <w:spacing w:after="160"/>
                              </w:pPr>
                              <w:r>
                                <w:rPr>
                                  <w:rFonts w:eastAsia="Arial" w:cs="Arial"/>
                                  <w:b/>
                                  <w:color w:val="000000"/>
                                  <w:sz w:val="21"/>
                                </w:rPr>
                                <w:t>Why Read Joke Books?</w:t>
                              </w:r>
                            </w:p>
                          </w:txbxContent>
                        </wps:txbx>
                        <wps:bodyPr horzOverflow="overflow" vert="horz" lIns="0" tIns="0" rIns="0" bIns="0" rtlCol="0">
                          <a:noAutofit/>
                        </wps:bodyPr>
                      </wps:wsp>
                    </wpg:wgp>
                  </a:graphicData>
                </a:graphic>
              </wp:inline>
            </w:drawing>
          </mc:Choice>
          <mc:Fallback>
            <w:pict>
              <v:group id="Group 645" o:spid="_x0000_s1027" style="width:491.05pt;height:105.9pt;mso-position-horizontal-relative:char;mso-position-vertical-relative:line" coordsize="62362,1399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">
                <v:rect id="Rectangle 7" o:spid="_x0000_s1028" style="position:absolute;top:2050;width:16136;height:14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rsidR="00000000" w:rsidRDefault="00000000">
                        <w:pPr>
                          <w:spacing w:after="160"/>
                        </w:pPr>
                        <w:r>
                          <w:rPr>
                            <w:rFonts w:eastAsia="Arial" w:cs="Arial"/>
                            <w:b/>
                            <w:color w:val="000000"/>
                            <w:sz w:val="21"/>
                          </w:rPr>
                          <w:t>WELCOME TO YOUR</w:t>
                        </w:r>
                      </w:p>
                    </w:txbxContent>
                  </v:textbox>
                </v:rect>
                <v:rect id="Rectangle 8" o:spid="_x0000_s1029" style="position:absolute;top:3941;width:38541;height:3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" filled="f" stroked="f">
                  <v:textbox inset="0,0,0,0">
                    <w:txbxContent>
                      <w:p w:rsidR="00000000" w:rsidRDefault="00000000">
                        <w:pPr>
                          <w:spacing w:after="160"/>
                        </w:pPr>
                        <w:r>
                          <w:rPr>
                            <w:rFonts w:eastAsia="Arial" w:cs="Arial"/>
                            <w:b/>
                            <w:color w:val="000000"/>
                            <w:sz w:val="21"/>
                          </w:rPr>
                          <w:t>Joke Book Adventure!</w:t>
                        </w:r>
                      </w:p>
                    </w:txbxContent>
                  </v:textbox>
                </v:rect>
                <v:rect id="Rectangle 9" o:spid="_x0000_s1030" style="position:absolute;top:6814;width:24384;height:1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" filled="f" stroked="f">
                  <v:textbox inset="0,0,0,0">
                    <w:txbxContent>
                      <w:p w:rsidR="00000000" w:rsidRDefault="00000000">
                        <w:pPr>
                          <w:spacing w:after="160"/>
                        </w:pPr>
                        <w:r>
                          <w:rPr>
                            <w:rFonts w:eastAsia="Arial" w:cs="Arial"/>
                            <w:b/>
                            <w:color w:val="000000"/>
                            <w:sz w:val="21"/>
                          </w:rPr>
                          <w:t>READ | PREDICT | DISCOVER | LAUGH</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left:48188;width:14174;height:9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">
                  <v:imagedata r:id="rId11" o:title=""/>
                </v:shape>
                <v:shape id="Shape 12" o:spid="_x0000_s1032" style="position:absolute;top:9580;width:62362;height:0;visibility:visible;mso-wrap-style:square;v-text-anchor:top" coordsize="6236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" path="m,l6236208,e" filled="f" strokeweight="1.5pt">
                  <v:stroke endcap="round"/>
                  <v:path arrowok="t" textboxrect="0,0,6236208,0"/>
                </v:shape>
                <v:rect id="Rectangle 13" o:spid="_x0000_s1033" style="position:absolute;left:762;top:11694;width:28147;height:2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mWzxwAAAOAAAAAPAAAAZHJzL2Rvd25yZXYueG1sRI/BisIw&#13;&#10;EIbvgu8QRtibpi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DhyZbPHAAAA4AAA&#13;&#10;AA8AAAAAAAAAAAAAAAAABwIAAGRycy9kb3ducmV2LnhtbFBLBQYAAAAAAwADALcAAAD7AgAAAAA=&#13;&#10;" filled="f" stroked="f">
                  <v:textbox inset="0,0,0,0">
                    <w:txbxContent>
                      <w:p w:rsidR="00000000" w:rsidRDefault="00000000">
                        <w:pPr>
                          <w:spacing w:after="160"/>
                        </w:pPr>
                        <w:r>
                          <w:rPr>
                            <w:rFonts w:eastAsia="Arial" w:cs="Arial"/>
                            <w:b/>
                            <w:color w:val="000000"/>
                            <w:sz w:val="21"/>
                          </w:rPr>
                          <w:t>Why Read Joke Books?</w:t>
                        </w:r>
                      </w:p>
                    </w:txbxContent>
                  </v:textbox>
                </v:rect>
                <w10:anchorlock/>
              </v:group>
            </w:pict>
          </mc:Fallback>
        </mc:AlternateContent>
      </w:r>
    </w:p>
    <w:p w:rsidR="00000000" w:rsidRDefault="00000000">
      <w:pPr>
        <w:spacing w:after="116" w:line="259" w:lineRule="auto"/>
      </w:pPr>
      <w:r>
        <w:rPr>
          <w:rFonts w:eastAsia="Arial" w:cs="Arial"/>
          <w:color w:val="000000"/>
          <w:sz w:val="21"/>
        </w:rPr>
        <w:t xml:space="preserve">Some people say that </w:t>
      </w:r>
      <w:r>
        <w:rPr>
          <w:rFonts w:eastAsia="Arial" w:cs="Arial"/>
          <w:b/>
          <w:color w:val="000000"/>
          <w:sz w:val="21"/>
        </w:rPr>
        <w:t>a joke is the ultimate short story.</w:t>
      </w:r>
    </w:p>
    <w:p w:rsidR="00000000" w:rsidRDefault="00000000">
      <w:pPr>
        <w:ind w:left="-5"/>
      </w:pPr>
      <w:r>
        <w:rPr>
          <w:rFonts w:eastAsia="Arial" w:cs="Arial"/>
          <w:color w:val="000000"/>
          <w:sz w:val="21"/>
        </w:rPr>
        <w:t>Think about it. Every joke has a beginning, a middle, and an ending. It introduces characters or situations, builds your curiosity, and finishes with a surprise. That’s one reason joke books are so much fun to read—and why they’re a great way to become a stronger reader.</w:t>
      </w:r>
    </w:p>
    <w:p w:rsidR="00000000" w:rsidRDefault="00000000" w:rsidP="00D11E60">
      <w:pPr>
        <w:spacing w:after="353" w:line="240" w:lineRule="auto"/>
        <w:ind w:left="2774"/>
      </w:pPr>
      <w:r>
        <w:rPr>
          <w:rFonts w:eastAsia="Arial" w:cs="Arial"/>
          <w:noProof/>
          <w:color w:val="000000"/>
          <w:sz w:val="21"/>
        </w:rPr>
        <w:drawing>
          <wp:inline distT="0" distB="0" distL="0" distR="0">
            <wp:extent cx="1774825" cy="741680"/>
            <wp:effectExtent l="0" t="0" r="3175" b="0"/>
            <wp:docPr id="4" name="Picture 20"/>
            <wp:cNvGraphicFramePr/>
            <a:graphic xmlns:a="http://schemas.openxmlformats.org/drawingml/2006/main">
              <a:graphicData uri="http://schemas.openxmlformats.org/drawingml/2006/picture">
                <pic:pic xmlns:pic="http://schemas.openxmlformats.org/drawingml/2006/picture">
                  <pic:nvPicPr>
                    <pic:cNvPr id="3" name="Picture 20"/>
                    <pic:cNvPicPr/>
                  </pic:nvPicPr>
                  <pic:blipFill>
                    <a:blip r:embed="rId12"/>
                    <a:stretch>
                      <a:fillRect/>
                    </a:stretch>
                  </pic:blipFill>
                  <pic:spPr>
                    <a:xfrm>
                      <a:off x="0" y="0"/>
                      <a:ext cx="1789650" cy="747875"/>
                    </a:xfrm>
                    <a:prstGeom prst="rect">
                      <a:avLst/>
                    </a:prstGeom>
                  </pic:spPr>
                </pic:pic>
              </a:graphicData>
            </a:graphic>
          </wp:inline>
        </w:drawing>
      </w:r>
    </w:p>
    <w:p w:rsidR="00000000" w:rsidRDefault="00000000" w:rsidP="00D11E60">
      <w:pPr>
        <w:pStyle w:val="heading11"/>
        <w:spacing w:line="240" w:lineRule="auto"/>
        <w:ind w:left="0" w:firstLine="0"/>
      </w:pPr>
      <w:r>
        <w:t>Become a Joke Detective</w:t>
      </w:r>
    </w:p>
    <w:p w:rsidR="00000000" w:rsidRDefault="00000000">
      <w:pPr>
        <w:spacing w:after="118"/>
        <w:jc w:val="center"/>
      </w:pPr>
      <w:r>
        <w:rPr>
          <w:rFonts w:eastAsia="Arial" w:cs="Arial"/>
          <w:b/>
          <w:i/>
          <w:color w:val="000000"/>
          <w:sz w:val="21"/>
        </w:rPr>
        <w:t>Every joke is like a tiny puzzle waiting to be solved.</w:t>
      </w:r>
    </w:p>
    <w:p w:rsidR="00000000" w:rsidRDefault="00000000">
      <w:pPr>
        <w:spacing w:after="116" w:line="259" w:lineRule="auto"/>
        <w:ind w:left="-5"/>
      </w:pPr>
      <w:r>
        <w:rPr>
          <w:rFonts w:eastAsia="Arial" w:cs="Arial"/>
          <w:color w:val="000000"/>
          <w:sz w:val="21"/>
        </w:rPr>
        <w:t>The setup gives you clues. The punchline reveals the surprise. Sometimes you’ll figure it out before you get there. Other times the joke will catch you completely off guard!</w:t>
      </w:r>
    </w:p>
    <w:p w:rsidR="00000000" w:rsidRDefault="00000000">
      <w:pPr>
        <w:spacing w:after="116" w:line="259" w:lineRule="auto"/>
        <w:ind w:left="-5"/>
      </w:pPr>
      <w:r>
        <w:rPr>
          <w:rFonts w:eastAsia="Arial" w:cs="Arial"/>
          <w:color w:val="000000"/>
          <w:sz w:val="21"/>
        </w:rPr>
        <w:t>Great joke readers do more than simply read the words. They notice funny details, notice the illustrations, think about words with more than one meaning, and use what they already know about the world to understand why a joke is funny. The more jokes you read, the easier it becomes to spot these clues—and the more fun you’ll have discovering them!</w:t>
      </w:r>
    </w:p>
    <w:p w:rsidR="00000000" w:rsidRDefault="00000000">
      <w:pPr>
        <w:spacing w:after="116" w:line="259" w:lineRule="auto"/>
        <w:ind w:left="-5"/>
      </w:pPr>
      <w:r>
        <w:rPr>
          <w:rFonts w:eastAsia="Arial" w:cs="Arial"/>
          <w:color w:val="000000"/>
          <w:sz w:val="21"/>
        </w:rPr>
        <w:t xml:space="preserve">That’s what this </w:t>
      </w:r>
      <w:r>
        <w:rPr>
          <w:rFonts w:eastAsia="Arial" w:cs="Arial"/>
          <w:b/>
          <w:color w:val="000000"/>
          <w:sz w:val="21"/>
        </w:rPr>
        <w:t>Joke Book Adventure Guide</w:t>
      </w:r>
      <w:r>
        <w:rPr>
          <w:rFonts w:eastAsia="Arial" w:cs="Arial"/>
          <w:color w:val="000000"/>
          <w:sz w:val="21"/>
        </w:rPr>
        <w:t xml:space="preserve"> is all about!</w:t>
      </w:r>
    </w:p>
    <w:p w:rsidR="00000000" w:rsidRDefault="00000000">
      <w:pPr>
        <w:spacing w:after="254"/>
        <w:ind w:left="-5"/>
      </w:pPr>
      <w:r>
        <w:rPr>
          <w:rFonts w:eastAsia="Arial" w:cs="Arial"/>
          <w:color w:val="000000"/>
          <w:sz w:val="21"/>
        </w:rPr>
        <w:t xml:space="preserve">As you work through these activities, you’ll become a </w:t>
      </w:r>
      <w:r>
        <w:rPr>
          <w:rFonts w:eastAsia="Arial" w:cs="Arial"/>
          <w:b/>
          <w:color w:val="000000"/>
          <w:sz w:val="21"/>
        </w:rPr>
        <w:t>Joke Detective</w:t>
      </w:r>
      <w:r>
        <w:rPr>
          <w:rFonts w:eastAsia="Arial" w:cs="Arial"/>
          <w:color w:val="000000"/>
          <w:sz w:val="21"/>
        </w:rPr>
        <w:t>, searching for hidden clues, making predictions, spotting clever wordplay, drawing cartoons, creating your own jokes, and sharing laughs with friends and family.</w:t>
      </w:r>
    </w:p>
    <w:p w:rsidR="00000000" w:rsidRDefault="00000000">
      <w:pPr>
        <w:pStyle w:val="heading11"/>
        <w:ind w:left="-5"/>
      </w:pPr>
      <w:r>
        <w:t>Before You Begin</w:t>
      </w:r>
    </w:p>
    <w:p w:rsidR="00000000" w:rsidRDefault="00000000">
      <w:pPr>
        <w:ind w:left="-5"/>
      </w:pPr>
      <w:r>
        <w:rPr>
          <w:rFonts w:eastAsia="Arial" w:cs="Arial"/>
          <w:color w:val="000000"/>
          <w:sz w:val="21"/>
        </w:rPr>
        <w:t>As you read your favorite joke book—or one your teacher recommends—remember these four tips:</w:t>
      </w:r>
    </w:p>
    <w:tbl>
      <w:tblPr>
        <w:tblStyle w:val="TableGrid1"/>
        <w:tblW w:w="9821" w:type="dxa"/>
        <w:tblInd w:w="-120" w:type="dxa"/>
        <w:tblCellMar>
          <w:top w:w="215" w:type="dxa"/>
          <w:left w:w="160" w:type="dxa"/>
          <w:right w:w="115" w:type="dxa"/>
        </w:tblCellMar>
        <w:tblLook w:val="04A0" w:firstRow="1" w:lastRow="0" w:firstColumn="1" w:lastColumn="0" w:noHBand="0" w:noVBand="1"/>
      </w:tblPr>
      <w:tblGrid>
        <w:gridCol w:w="4910"/>
        <w:gridCol w:w="4911"/>
      </w:tblGrid>
      <w:tr w:rsidR="006703D0">
        <w:trPr>
          <w:trHeight w:val="899"/>
        </w:trPr>
        <w:tc>
          <w:tcPr>
            <w:tcW w:w="4910" w:type="dxa"/>
            <w:tcBorders>
              <w:top w:val="nil"/>
              <w:left w:val="nil"/>
              <w:bottom w:val="nil"/>
              <w:right w:val="nil"/>
            </w:tcBorders>
            <w:shd w:val="clear" w:color="auto" w:fill="F1F1F1"/>
            <w:vAlign w:val="center"/>
          </w:tcPr>
          <w:p w:rsidR="00000000" w:rsidRDefault="00000000">
            <w:r>
              <w:rPr>
                <w:rFonts w:eastAsia="Arial" w:cs="Arial"/>
                <w:b/>
                <w:color w:val="000000"/>
                <w:sz w:val="21"/>
              </w:rPr>
              <w:t>1 Have fun!</w:t>
            </w:r>
          </w:p>
          <w:p w:rsidR="00000000" w:rsidRDefault="00000000">
            <w:r>
              <w:rPr>
                <w:rFonts w:eastAsia="Arial" w:cs="Arial"/>
                <w:color w:val="000000"/>
                <w:sz w:val="21"/>
              </w:rPr>
              <w:t>Great joke readers know that laughter is the best part of every joke book.</w:t>
            </w:r>
          </w:p>
        </w:tc>
        <w:tc>
          <w:tcPr>
            <w:tcW w:w="4910" w:type="dxa"/>
            <w:tcBorders>
              <w:top w:val="nil"/>
              <w:left w:val="nil"/>
              <w:bottom w:val="nil"/>
              <w:right w:val="nil"/>
            </w:tcBorders>
            <w:shd w:val="clear" w:color="auto" w:fill="FAFAFA"/>
          </w:tcPr>
          <w:p w:rsidR="00000000" w:rsidRDefault="00000000">
            <w:r>
              <w:rPr>
                <w:rFonts w:eastAsia="Arial" w:cs="Arial"/>
                <w:b/>
                <w:color w:val="000000"/>
                <w:sz w:val="21"/>
              </w:rPr>
              <w:t>2 Look for clues.</w:t>
            </w:r>
          </w:p>
          <w:p w:rsidR="00000000" w:rsidRDefault="00000000">
            <w:r>
              <w:rPr>
                <w:rFonts w:eastAsia="Arial" w:cs="Arial"/>
                <w:color w:val="000000"/>
                <w:sz w:val="21"/>
              </w:rPr>
              <w:t>Every setup gives hints about the punchline.</w:t>
            </w:r>
          </w:p>
        </w:tc>
      </w:tr>
      <w:tr w:rsidR="006703D0">
        <w:trPr>
          <w:trHeight w:val="899"/>
        </w:trPr>
        <w:tc>
          <w:tcPr>
            <w:tcW w:w="4910" w:type="dxa"/>
            <w:tcBorders>
              <w:top w:val="nil"/>
              <w:left w:val="nil"/>
              <w:bottom w:val="nil"/>
              <w:right w:val="nil"/>
            </w:tcBorders>
            <w:shd w:val="clear" w:color="auto" w:fill="FAFAFA"/>
          </w:tcPr>
          <w:p w:rsidR="00000000" w:rsidRDefault="00000000">
            <w:r>
              <w:rPr>
                <w:rFonts w:eastAsia="Arial" w:cs="Arial"/>
                <w:b/>
                <w:color w:val="000000"/>
                <w:sz w:val="21"/>
              </w:rPr>
              <w:t>3 Think before you peek.</w:t>
            </w:r>
          </w:p>
          <w:p w:rsidR="00000000" w:rsidRDefault="00000000">
            <w:r>
              <w:rPr>
                <w:rFonts w:eastAsia="Arial" w:cs="Arial"/>
                <w:color w:val="000000"/>
                <w:sz w:val="21"/>
              </w:rPr>
              <w:t>Can you guess the ending before you read it?</w:t>
            </w:r>
          </w:p>
        </w:tc>
        <w:tc>
          <w:tcPr>
            <w:tcW w:w="4910" w:type="dxa"/>
            <w:tcBorders>
              <w:top w:val="nil"/>
              <w:left w:val="nil"/>
              <w:bottom w:val="nil"/>
              <w:right w:val="nil"/>
            </w:tcBorders>
            <w:shd w:val="clear" w:color="auto" w:fill="F1F1F1"/>
            <w:vAlign w:val="center"/>
          </w:tcPr>
          <w:p w:rsidR="00000000" w:rsidRDefault="00000000">
            <w:r>
              <w:rPr>
                <w:rFonts w:eastAsia="Arial" w:cs="Arial"/>
                <w:b/>
                <w:color w:val="000000"/>
                <w:sz w:val="21"/>
              </w:rPr>
              <w:t>4 Share the laughs.</w:t>
            </w:r>
          </w:p>
          <w:p w:rsidR="00000000" w:rsidRDefault="00000000">
            <w:r>
              <w:rPr>
                <w:rFonts w:eastAsia="Arial" w:cs="Arial"/>
                <w:color w:val="000000"/>
                <w:sz w:val="21"/>
              </w:rPr>
              <w:t>Jokes are even more fun when you tell them to someone else.</w:t>
            </w:r>
          </w:p>
        </w:tc>
      </w:tr>
    </w:tbl>
    <w:p w:rsidR="00000000" w:rsidRDefault="00000000">
      <w:pPr>
        <w:spacing w:after="1336"/>
        <w:jc w:val="center"/>
      </w:pPr>
      <w:r>
        <w:rPr>
          <w:rFonts w:eastAsia="Arial" w:cs="Arial"/>
          <w:b/>
          <w:color w:val="000000"/>
          <w:sz w:val="21"/>
        </w:rPr>
        <w:t>Ready? Let’s begin your Joke Book Adventure!</w:t>
      </w:r>
    </w:p>
    <w:p w:rsidR="00000000" w:rsidRDefault="00000000">
      <w:pPr>
        <w:ind w:left="173"/>
        <w:jc w:val="center"/>
      </w:pPr>
      <w:r>
        <w:rPr>
          <w:rFonts w:eastAsia="Arial" w:cs="Arial"/>
          <w:b/>
          <w:color w:val="000000"/>
          <w:sz w:val="21"/>
        </w:rPr>
        <w:t xml:space="preserve">A TINY </w:t>
      </w:r>
      <w:proofErr w:type="gramStart"/>
      <w:r>
        <w:rPr>
          <w:rFonts w:eastAsia="Arial" w:cs="Arial"/>
          <w:b/>
          <w:color w:val="000000"/>
          <w:sz w:val="21"/>
        </w:rPr>
        <w:t>SETUP  |</w:t>
      </w:r>
      <w:proofErr w:type="gramEnd"/>
      <w:r>
        <w:rPr>
          <w:rFonts w:eastAsia="Arial" w:cs="Arial"/>
          <w:b/>
          <w:color w:val="000000"/>
          <w:sz w:val="21"/>
        </w:rPr>
        <w:t xml:space="preserve">  A SURPRISING PUNCHLINE  |  A BIG LAUGH</w:t>
      </w:r>
    </w:p>
    <w:p w:rsidR="00B63F71" w:rsidRDefault="00000000">
      <w:pPr>
        <w:spacing w:line="20" w:lineRule="exact"/>
      </w:pPr>
      <w:r>
        <w:rPr>
          <w:sz w:val="2"/>
        </w:rPr>
        <w:br w:type="page"/>
      </w:r>
    </w:p>
    <w:p w:rsidR="00000000" w:rsidRDefault="00000000">
      <w:pPr>
        <w:spacing w:line="187" w:lineRule="auto"/>
      </w:pPr>
    </w:p>
    <w:tbl>
      <w:tblPr>
        <w:tblW w:w="10367" w:type="dxa"/>
        <w:jc w:val="center"/>
        <w:tblLayout w:type="fixed"/>
        <w:tblLook w:val="04A0" w:firstRow="1" w:lastRow="0" w:firstColumn="1" w:lastColumn="0" w:noHBand="0" w:noVBand="1"/>
      </w:tblPr>
      <w:tblGrid>
        <w:gridCol w:w="6898"/>
        <w:gridCol w:w="3449"/>
        <w:gridCol w:w="20"/>
      </w:tblGrid>
      <w:tr w:rsidR="00647E61" w:rsidTr="00AF7C54">
        <w:trPr>
          <w:jc w:val="center"/>
        </w:trPr>
        <w:tc>
          <w:tcPr>
            <w:tcW w:w="6912" w:type="dxa"/>
            <w:tcMar>
              <w:top w:w="40" w:type="dxa"/>
              <w:left w:w="90" w:type="dxa"/>
              <w:bottom w:w="40" w:type="dxa"/>
              <w:right w:w="90" w:type="dxa"/>
            </w:tcMar>
            <w:vAlign w:val="center"/>
          </w:tcPr>
          <w:p w:rsidR="00000000" w:rsidRPr="009F0DFD" w:rsidRDefault="00000000" w:rsidP="009F0DFD">
            <w:pPr>
              <w:spacing w:before="240" w:after="120" w:line="187" w:lineRule="auto"/>
              <w:rPr>
                <w:sz w:val="24"/>
                <w:szCs w:val="24"/>
              </w:rPr>
            </w:pPr>
            <w:r w:rsidRPr="009F0DFD">
              <w:rPr>
                <w:b/>
                <w:color w:val="111111"/>
                <w:sz w:val="24"/>
                <w:szCs w:val="24"/>
              </w:rPr>
              <w:t xml:space="preserve">Joke Detective Activity Sheet </w:t>
            </w:r>
            <w:r w:rsidRPr="009F0DFD">
              <w:rPr>
                <w:b/>
                <w:color w:val="555555"/>
                <w:sz w:val="24"/>
                <w:szCs w:val="24"/>
              </w:rPr>
              <w:t>JBRA-S02</w:t>
            </w:r>
          </w:p>
          <w:p w:rsidR="00000000" w:rsidRPr="009F0DFD" w:rsidRDefault="00000000" w:rsidP="009F0DFD">
            <w:pPr>
              <w:spacing w:after="120" w:line="187" w:lineRule="auto"/>
              <w:rPr>
                <w:b/>
                <w:color w:val="111111"/>
                <w:sz w:val="24"/>
                <w:szCs w:val="24"/>
              </w:rPr>
            </w:pPr>
            <w:r w:rsidRPr="009F0DFD">
              <w:rPr>
                <w:b/>
                <w:color w:val="111111"/>
                <w:sz w:val="24"/>
                <w:szCs w:val="24"/>
              </w:rPr>
              <w:t>Predict the Punchline</w:t>
            </w:r>
          </w:p>
          <w:p w:rsidR="00000000" w:rsidRDefault="00000000" w:rsidP="00AF7C54">
            <w:pPr>
              <w:spacing w:line="187" w:lineRule="auto"/>
              <w:rPr>
                <w:b/>
                <w:color w:val="111111"/>
                <w:sz w:val="18"/>
              </w:rPr>
            </w:pPr>
          </w:p>
          <w:p w:rsidR="00000000" w:rsidRDefault="00000000" w:rsidP="009F0DFD">
            <w:pPr>
              <w:spacing w:after="120" w:line="187" w:lineRule="auto"/>
            </w:pPr>
            <w:r>
              <w:rPr>
                <w:color w:val="111111"/>
                <w:sz w:val="18"/>
              </w:rPr>
              <w:t>Name: _______________________</w:t>
            </w:r>
            <w:r>
              <w:rPr>
                <w:color w:val="111111"/>
                <w:sz w:val="18"/>
              </w:rPr>
              <w:t>______   Date: _________ Class/Period: ____</w:t>
            </w:r>
          </w:p>
        </w:tc>
        <w:tc>
          <w:tcPr>
            <w:tcW w:w="3456" w:type="dxa"/>
            <w:gridSpan w:val="2"/>
            <w:tcBorders>
              <w:top w:val="single" w:sz="12" w:space="0" w:color="111111"/>
              <w:left w:val="single" w:sz="12" w:space="0" w:color="111111"/>
              <w:bottom w:val="single" w:sz="12" w:space="0" w:color="111111"/>
              <w:right w:val="single" w:sz="12" w:space="0" w:color="111111"/>
            </w:tcBorders>
            <w:shd w:val="clear" w:color="auto" w:fill="F2F2F2" w:themeFill="background1" w:themeFillShade="F2"/>
            <w:tcMar>
              <w:top w:w="40" w:type="dxa"/>
              <w:left w:w="90" w:type="dxa"/>
              <w:bottom w:w="40" w:type="dxa"/>
              <w:right w:w="90" w:type="dxa"/>
            </w:tcMar>
            <w:vAlign w:val="center"/>
          </w:tcPr>
          <w:p w:rsidR="00000000" w:rsidRPr="001E5FD7" w:rsidRDefault="00000000" w:rsidP="00AF7C54">
            <w:pPr>
              <w:spacing w:line="187" w:lineRule="auto"/>
              <w:jc w:val="center"/>
              <w:rPr>
                <w:b/>
                <w:color w:val="111111"/>
                <w:sz w:val="18"/>
                <w:szCs w:val="17"/>
              </w:rPr>
            </w:pPr>
            <w:r w:rsidRPr="001E5FD7">
              <w:rPr>
                <w:b/>
                <w:color w:val="111111"/>
                <w:sz w:val="18"/>
                <w:szCs w:val="17"/>
              </w:rPr>
              <w:t>READING SKILL</w:t>
            </w:r>
          </w:p>
          <w:p w:rsidR="00000000" w:rsidRPr="001E5FD7" w:rsidRDefault="00000000" w:rsidP="00AF7C54">
            <w:pPr>
              <w:spacing w:line="187" w:lineRule="auto"/>
              <w:jc w:val="center"/>
              <w:rPr>
                <w:sz w:val="18"/>
                <w:szCs w:val="30"/>
              </w:rPr>
            </w:pPr>
            <w:r w:rsidRPr="001E5FD7">
              <w:rPr>
                <w:b/>
                <w:color w:val="111111"/>
                <w:sz w:val="18"/>
                <w:szCs w:val="30"/>
              </w:rPr>
              <w:t>PREDICTION</w:t>
            </w:r>
          </w:p>
          <w:p w:rsidR="00000000" w:rsidRPr="00AF7C54" w:rsidRDefault="00000000">
            <w:pPr>
              <w:spacing w:line="187" w:lineRule="auto"/>
              <w:jc w:val="center"/>
              <w:rPr>
                <w:color w:val="D9D9D9" w:themeColor="background1" w:themeShade="D9"/>
                <w:sz w:val="18"/>
              </w:rPr>
            </w:pPr>
          </w:p>
        </w:tc>
      </w:tr>
      <w:tr w:rsidR="00647E61">
        <w:trPr>
          <w:gridAfter w:val="1"/>
          <w:wAfter w:w="20" w:type="dxa"/>
          <w:jc w:val="center"/>
        </w:trPr>
        <w:tc>
          <w:tcPr>
            <w:tcW w:w="10368" w:type="dxa"/>
            <w:gridSpan w:val="2"/>
            <w:tcBorders>
              <w:top w:val="single" w:sz="8" w:space="0" w:color="111111"/>
              <w:left w:val="single" w:sz="8" w:space="0" w:color="111111"/>
              <w:bottom w:val="single" w:sz="8" w:space="0" w:color="111111"/>
              <w:right w:val="single" w:sz="8" w:space="0" w:color="111111"/>
            </w:tcBorders>
            <w:shd w:val="clear" w:color="auto" w:fill="EFEFEF"/>
            <w:tcMar>
              <w:top w:w="45" w:type="dxa"/>
              <w:left w:w="110" w:type="dxa"/>
              <w:bottom w:w="45" w:type="dxa"/>
              <w:right w:w="110" w:type="dxa"/>
            </w:tcMar>
          </w:tcPr>
          <w:p w:rsidR="00000000" w:rsidRPr="009F0DFD" w:rsidRDefault="00000000">
            <w:pPr>
              <w:spacing w:line="187" w:lineRule="auto"/>
              <w:rPr>
                <w:sz w:val="24"/>
                <w:szCs w:val="24"/>
              </w:rPr>
            </w:pPr>
            <w:r w:rsidRPr="009F0DFD">
              <w:rPr>
                <w:b/>
                <w:color w:val="111111"/>
                <w:sz w:val="24"/>
                <w:szCs w:val="24"/>
              </w:rPr>
              <w:t>WARM-UP</w:t>
            </w:r>
          </w:p>
        </w:tc>
      </w:tr>
    </w:tbl>
    <w:p w:rsidR="00000000" w:rsidRPr="009F0DFD" w:rsidRDefault="00000000" w:rsidP="009F0DFD">
      <w:pPr>
        <w:spacing w:before="120" w:after="120" w:line="187" w:lineRule="auto"/>
      </w:pPr>
      <w:r w:rsidRPr="009F0DFD">
        <w:rPr>
          <w:color w:val="111111"/>
        </w:rPr>
        <w:t xml:space="preserve">Good readers don't just read - they </w:t>
      </w:r>
      <w:r w:rsidRPr="009F0DFD">
        <w:rPr>
          <w:b/>
          <w:color w:val="111111"/>
        </w:rPr>
        <w:t>predict</w:t>
      </w:r>
      <w:r w:rsidRPr="009F0DFD">
        <w:rPr>
          <w:color w:val="111111"/>
        </w:rPr>
        <w:t xml:space="preserve">! When you read a story, you try to guess what will happen next. When you read a joke, you try to guess the </w:t>
      </w:r>
      <w:r w:rsidRPr="009F0DFD">
        <w:rPr>
          <w:b/>
          <w:color w:val="111111"/>
        </w:rPr>
        <w:t>punchline</w:t>
      </w:r>
      <w:r w:rsidRPr="009F0DFD">
        <w:rPr>
          <w:color w:val="111111"/>
        </w:rPr>
        <w:t xml:space="preserve"> before you peek! Let's see how good a Joke Detective you are.</w:t>
      </w:r>
    </w:p>
    <w:tbl>
      <w:tblPr>
        <w:tblW w:w="10368" w:type="dxa"/>
        <w:jc w:val="center"/>
        <w:tblLayout w:type="fixed"/>
        <w:tblLook w:val="04A0" w:firstRow="1" w:lastRow="0" w:firstColumn="1" w:lastColumn="0" w:noHBand="0" w:noVBand="1"/>
      </w:tblPr>
      <w:tblGrid>
        <w:gridCol w:w="10368"/>
      </w:tblGrid>
      <w:tr w:rsidR="00647E61">
        <w:trPr>
          <w:jc w:val="center"/>
        </w:trPr>
        <w:tc>
          <w:tcPr>
            <w:tcW w:w="10368" w:type="dxa"/>
            <w:tcBorders>
              <w:top w:val="single" w:sz="8" w:space="0" w:color="111111"/>
              <w:left w:val="single" w:sz="8" w:space="0" w:color="111111"/>
              <w:bottom w:val="single" w:sz="8" w:space="0" w:color="111111"/>
              <w:right w:val="single" w:sz="8" w:space="0" w:color="111111"/>
            </w:tcBorders>
            <w:shd w:val="clear" w:color="auto" w:fill="EFEFEF"/>
            <w:tcMar>
              <w:top w:w="45" w:type="dxa"/>
              <w:left w:w="110" w:type="dxa"/>
              <w:bottom w:w="45" w:type="dxa"/>
              <w:right w:w="110" w:type="dxa"/>
            </w:tcMar>
          </w:tcPr>
          <w:p w:rsidR="00000000" w:rsidRPr="009F0DFD" w:rsidRDefault="00000000">
            <w:pPr>
              <w:spacing w:line="187" w:lineRule="auto"/>
              <w:rPr>
                <w:sz w:val="24"/>
                <w:szCs w:val="24"/>
              </w:rPr>
            </w:pPr>
            <w:r w:rsidRPr="009F0DFD">
              <w:rPr>
                <w:b/>
                <w:color w:val="111111"/>
                <w:sz w:val="24"/>
                <w:szCs w:val="24"/>
              </w:rPr>
              <w:t>JOKE DETECTIVE CHALLENGE</w:t>
            </w:r>
          </w:p>
        </w:tc>
      </w:tr>
    </w:tbl>
    <w:p w:rsidR="00000000" w:rsidRPr="009F0DFD" w:rsidRDefault="00000000" w:rsidP="009F0DFD">
      <w:pPr>
        <w:spacing w:before="120" w:after="120" w:line="187" w:lineRule="auto"/>
      </w:pPr>
      <w:r w:rsidRPr="009F0DFD">
        <w:rPr>
          <w:color w:val="111111"/>
        </w:rPr>
        <w:t xml:space="preserve">Read each joke setup. </w:t>
      </w:r>
      <w:r w:rsidRPr="009F0DFD">
        <w:rPr>
          <w:b/>
          <w:color w:val="111111"/>
        </w:rPr>
        <w:t xml:space="preserve">Don't look at the punchline yet! </w:t>
      </w:r>
      <w:r w:rsidRPr="009F0DFD">
        <w:rPr>
          <w:color w:val="111111"/>
        </w:rPr>
        <w:t>Write your own funny ending first. Then uncover the real punchline and compare it with yours.</w:t>
      </w:r>
    </w:p>
    <w:tbl>
      <w:tblPr>
        <w:tblW w:w="10368" w:type="dxa"/>
        <w:jc w:val="center"/>
        <w:tblLayout w:type="fixed"/>
        <w:tblLook w:val="04A0" w:firstRow="1" w:lastRow="0" w:firstColumn="1" w:lastColumn="0" w:noHBand="0" w:noVBand="1"/>
      </w:tblPr>
      <w:tblGrid>
        <w:gridCol w:w="6"/>
        <w:gridCol w:w="3580"/>
        <w:gridCol w:w="1560"/>
        <w:gridCol w:w="1752"/>
        <w:gridCol w:w="3446"/>
        <w:gridCol w:w="24"/>
      </w:tblGrid>
      <w:tr w:rsidR="00647E61" w:rsidTr="009F0DFD">
        <w:trPr>
          <w:gridAfter w:val="1"/>
          <w:wAfter w:w="24" w:type="dxa"/>
          <w:jc w:val="center"/>
        </w:trPr>
        <w:tc>
          <w:tcPr>
            <w:tcW w:w="10344" w:type="dxa"/>
            <w:gridSpan w:val="5"/>
            <w:tcBorders>
              <w:top w:val="single" w:sz="8" w:space="0" w:color="111111"/>
              <w:left w:val="single" w:sz="8" w:space="0" w:color="111111"/>
              <w:bottom w:val="single" w:sz="8" w:space="0" w:color="111111"/>
              <w:right w:val="single" w:sz="8" w:space="0" w:color="111111"/>
            </w:tcBorders>
            <w:shd w:val="clear" w:color="auto" w:fill="F7F7F7"/>
            <w:tcMar>
              <w:top w:w="100" w:type="dxa"/>
              <w:left w:w="140" w:type="dxa"/>
              <w:bottom w:w="100" w:type="dxa"/>
              <w:right w:w="140" w:type="dxa"/>
            </w:tcMar>
          </w:tcPr>
          <w:p w:rsidR="00000000" w:rsidRPr="009F0DFD" w:rsidRDefault="00000000">
            <w:pPr>
              <w:spacing w:line="187" w:lineRule="auto"/>
            </w:pPr>
            <w:r w:rsidRPr="009F0DFD">
              <w:rPr>
                <w:b/>
                <w:color w:val="111111"/>
              </w:rPr>
              <w:t>JOKE 1</w:t>
            </w:r>
          </w:p>
          <w:p w:rsidR="00000000" w:rsidRPr="009F0DFD" w:rsidRDefault="00000000" w:rsidP="009F0DFD">
            <w:pPr>
              <w:spacing w:before="120" w:after="120" w:line="187" w:lineRule="auto"/>
            </w:pPr>
            <w:r w:rsidRPr="009F0DFD">
              <w:rPr>
                <w:b/>
                <w:color w:val="111111"/>
              </w:rPr>
              <w:t xml:space="preserve">Setup: </w:t>
            </w:r>
            <w:r w:rsidRPr="009F0DFD">
              <w:rPr>
                <w:color w:val="111111"/>
              </w:rPr>
              <w:t>Why did the coffee taste like mud?</w:t>
            </w:r>
          </w:p>
          <w:p w:rsidR="00000000" w:rsidRPr="009F0DFD" w:rsidRDefault="00000000" w:rsidP="009F0DFD">
            <w:pPr>
              <w:spacing w:after="120" w:line="187" w:lineRule="auto"/>
            </w:pPr>
            <w:r w:rsidRPr="009F0DFD">
              <w:rPr>
                <w:b/>
                <w:color w:val="111111"/>
              </w:rPr>
              <w:t>My Punchline:</w:t>
            </w:r>
          </w:p>
          <w:p w:rsidR="00000000" w:rsidRDefault="00000000" w:rsidP="009F0DFD">
            <w:pPr>
              <w:spacing w:after="240" w:line="187" w:lineRule="auto"/>
            </w:pPr>
            <w:r>
              <w:rPr>
                <w:color w:val="555555"/>
                <w:sz w:val="18"/>
              </w:rPr>
              <w:t>__________________________________________________________________________</w:t>
            </w:r>
            <w:r>
              <w:rPr>
                <w:color w:val="555555"/>
                <w:sz w:val="18"/>
              </w:rPr>
              <w:t>__________________________</w:t>
            </w:r>
          </w:p>
          <w:p w:rsidR="00000000" w:rsidRDefault="00000000">
            <w:pPr>
              <w:spacing w:line="187" w:lineRule="auto"/>
            </w:pPr>
            <w:r>
              <w:rPr>
                <w:color w:val="555555"/>
                <w:sz w:val="18"/>
              </w:rPr>
              <w:t>______________________________________________________________________________</w:t>
            </w:r>
            <w:r>
              <w:rPr>
                <w:color w:val="555555"/>
                <w:sz w:val="18"/>
              </w:rPr>
              <w:t>__________________________</w:t>
            </w:r>
          </w:p>
        </w:tc>
      </w:tr>
      <w:tr w:rsidR="00647E61" w:rsidTr="009F0DFD">
        <w:trPr>
          <w:gridAfter w:val="1"/>
          <w:wAfter w:w="24" w:type="dxa"/>
          <w:jc w:val="center"/>
        </w:trPr>
        <w:tc>
          <w:tcPr>
            <w:tcW w:w="10344" w:type="dxa"/>
            <w:gridSpan w:val="5"/>
            <w:tcBorders>
              <w:top w:val="single" w:sz="8" w:space="0" w:color="111111"/>
              <w:left w:val="single" w:sz="8" w:space="0" w:color="111111"/>
              <w:bottom w:val="single" w:sz="8" w:space="0" w:color="111111"/>
              <w:right w:val="single" w:sz="8" w:space="0" w:color="111111"/>
            </w:tcBorders>
            <w:shd w:val="clear" w:color="auto" w:fill="FFFFFF"/>
            <w:tcMar>
              <w:top w:w="100" w:type="dxa"/>
              <w:left w:w="140" w:type="dxa"/>
              <w:bottom w:w="100" w:type="dxa"/>
              <w:right w:w="140" w:type="dxa"/>
            </w:tcMar>
          </w:tcPr>
          <w:p w:rsidR="00000000" w:rsidRPr="009F0DFD" w:rsidRDefault="00000000">
            <w:pPr>
              <w:spacing w:line="187" w:lineRule="auto"/>
            </w:pPr>
            <w:r w:rsidRPr="009F0DFD">
              <w:rPr>
                <w:b/>
                <w:color w:val="111111"/>
              </w:rPr>
              <w:t>JOKE 2</w:t>
            </w:r>
          </w:p>
          <w:p w:rsidR="00000000" w:rsidRPr="009F0DFD" w:rsidRDefault="00000000" w:rsidP="009F0DFD">
            <w:pPr>
              <w:spacing w:before="120" w:after="120" w:line="187" w:lineRule="auto"/>
            </w:pPr>
            <w:r w:rsidRPr="009F0DFD">
              <w:rPr>
                <w:b/>
                <w:color w:val="111111"/>
              </w:rPr>
              <w:t xml:space="preserve">Setup: </w:t>
            </w:r>
            <w:r w:rsidRPr="009F0DFD">
              <w:rPr>
                <w:color w:val="111111"/>
              </w:rPr>
              <w:t>What do scientists put up in their living rooms at Christmas?</w:t>
            </w:r>
          </w:p>
          <w:p w:rsidR="00000000" w:rsidRPr="009F0DFD" w:rsidRDefault="00000000" w:rsidP="009F0DFD">
            <w:pPr>
              <w:spacing w:after="120" w:line="187" w:lineRule="auto"/>
            </w:pPr>
            <w:r w:rsidRPr="009F0DFD">
              <w:rPr>
                <w:b/>
                <w:color w:val="111111"/>
              </w:rPr>
              <w:t>My Punchline:</w:t>
            </w:r>
          </w:p>
          <w:p w:rsidR="00000000" w:rsidRDefault="00000000" w:rsidP="009F0DFD">
            <w:pPr>
              <w:spacing w:after="240" w:line="187" w:lineRule="auto"/>
            </w:pPr>
            <w:r>
              <w:rPr>
                <w:color w:val="555555"/>
                <w:sz w:val="18"/>
              </w:rPr>
              <w:t>______________________________________________________________</w:t>
            </w:r>
            <w:r>
              <w:rPr>
                <w:color w:val="555555"/>
                <w:sz w:val="18"/>
              </w:rPr>
              <w:t>______________________________________</w:t>
            </w:r>
          </w:p>
          <w:p w:rsidR="00000000" w:rsidRDefault="00000000">
            <w:pPr>
              <w:spacing w:line="187" w:lineRule="auto"/>
            </w:pPr>
            <w:r>
              <w:rPr>
                <w:color w:val="555555"/>
                <w:sz w:val="18"/>
              </w:rPr>
              <w:t>____________________________________________________________</w:t>
            </w:r>
            <w:r>
              <w:rPr>
                <w:color w:val="555555"/>
                <w:sz w:val="18"/>
              </w:rPr>
              <w:t>____________________________________________</w:t>
            </w:r>
          </w:p>
        </w:tc>
      </w:tr>
      <w:tr w:rsidR="00647E61" w:rsidTr="009F0DFD">
        <w:trPr>
          <w:gridAfter w:val="1"/>
          <w:wAfter w:w="24" w:type="dxa"/>
          <w:jc w:val="center"/>
        </w:trPr>
        <w:tc>
          <w:tcPr>
            <w:tcW w:w="10344" w:type="dxa"/>
            <w:gridSpan w:val="5"/>
            <w:tcBorders>
              <w:top w:val="single" w:sz="8" w:space="0" w:color="111111"/>
              <w:left w:val="single" w:sz="8" w:space="0" w:color="111111"/>
              <w:bottom w:val="single" w:sz="8" w:space="0" w:color="111111"/>
              <w:right w:val="single" w:sz="8" w:space="0" w:color="111111"/>
            </w:tcBorders>
            <w:shd w:val="clear" w:color="auto" w:fill="F7F7F7"/>
            <w:tcMar>
              <w:top w:w="100" w:type="dxa"/>
              <w:left w:w="140" w:type="dxa"/>
              <w:bottom w:w="100" w:type="dxa"/>
              <w:right w:w="140" w:type="dxa"/>
            </w:tcMar>
          </w:tcPr>
          <w:p w:rsidR="00000000" w:rsidRPr="009F0DFD" w:rsidRDefault="00000000">
            <w:pPr>
              <w:spacing w:line="187" w:lineRule="auto"/>
            </w:pPr>
            <w:r w:rsidRPr="009F0DFD">
              <w:rPr>
                <w:b/>
                <w:color w:val="111111"/>
              </w:rPr>
              <w:t>JOKE 3</w:t>
            </w:r>
          </w:p>
          <w:p w:rsidR="00000000" w:rsidRPr="009F0DFD" w:rsidRDefault="00000000" w:rsidP="009F0DFD">
            <w:pPr>
              <w:spacing w:before="120" w:after="120" w:line="187" w:lineRule="auto"/>
            </w:pPr>
            <w:r w:rsidRPr="009F0DFD">
              <w:rPr>
                <w:b/>
                <w:color w:val="111111"/>
              </w:rPr>
              <w:t xml:space="preserve">Setup: </w:t>
            </w:r>
            <w:r w:rsidRPr="009F0DFD">
              <w:rPr>
                <w:color w:val="111111"/>
              </w:rPr>
              <w:t>Where do pirates go for spring break?</w:t>
            </w:r>
          </w:p>
          <w:p w:rsidR="00000000" w:rsidRPr="009F0DFD" w:rsidRDefault="00000000" w:rsidP="009F0DFD">
            <w:pPr>
              <w:spacing w:before="120" w:after="240" w:line="187" w:lineRule="auto"/>
            </w:pPr>
            <w:r w:rsidRPr="009F0DFD">
              <w:rPr>
                <w:b/>
                <w:color w:val="111111"/>
              </w:rPr>
              <w:t>My Punchline:</w:t>
            </w:r>
          </w:p>
          <w:p w:rsidR="00000000" w:rsidRDefault="00000000" w:rsidP="009F0DFD">
            <w:pPr>
              <w:spacing w:after="240" w:line="187" w:lineRule="auto"/>
            </w:pPr>
            <w:r>
              <w:rPr>
                <w:color w:val="555555"/>
                <w:sz w:val="18"/>
              </w:rPr>
              <w:t>_____________________________________________________</w:t>
            </w:r>
            <w:r>
              <w:rPr>
                <w:color w:val="555555"/>
                <w:sz w:val="18"/>
              </w:rPr>
              <w:t>____</w:t>
            </w:r>
            <w:r>
              <w:rPr>
                <w:color w:val="555555"/>
                <w:sz w:val="18"/>
              </w:rPr>
              <w:t>___________________________________________</w:t>
            </w:r>
          </w:p>
          <w:p w:rsidR="00000000" w:rsidRDefault="00000000">
            <w:pPr>
              <w:spacing w:line="187" w:lineRule="auto"/>
            </w:pPr>
            <w:r>
              <w:rPr>
                <w:color w:val="555555"/>
                <w:sz w:val="18"/>
              </w:rPr>
              <w:t>______________________________________________________________</w:t>
            </w:r>
            <w:r>
              <w:rPr>
                <w:color w:val="555555"/>
                <w:sz w:val="18"/>
              </w:rPr>
              <w:t>__________________________________________</w:t>
            </w:r>
          </w:p>
        </w:tc>
      </w:tr>
      <w:tr w:rsidR="00647E61" w:rsidTr="009F0DFD">
        <w:trPr>
          <w:gridBefore w:val="1"/>
          <w:wBefore w:w="6" w:type="dxa"/>
          <w:jc w:val="center"/>
        </w:trPr>
        <w:tc>
          <w:tcPr>
            <w:tcW w:w="5140" w:type="dxa"/>
            <w:gridSpan w:val="2"/>
            <w:tcBorders>
              <w:top w:val="single" w:sz="8" w:space="0" w:color="111111"/>
              <w:left w:val="single" w:sz="8" w:space="0" w:color="111111"/>
              <w:bottom w:val="single" w:sz="8" w:space="0" w:color="111111"/>
              <w:right w:val="single" w:sz="8" w:space="0" w:color="111111"/>
            </w:tcBorders>
            <w:shd w:val="clear" w:color="auto" w:fill="EFEFEF"/>
            <w:tcMar>
              <w:top w:w="80" w:type="dxa"/>
              <w:left w:w="115" w:type="dxa"/>
              <w:bottom w:w="70" w:type="dxa"/>
              <w:right w:w="115" w:type="dxa"/>
            </w:tcMar>
          </w:tcPr>
          <w:p w:rsidR="00000000" w:rsidRPr="009F0DFD" w:rsidRDefault="00000000">
            <w:pPr>
              <w:spacing w:line="187" w:lineRule="auto"/>
            </w:pPr>
            <w:r w:rsidRPr="009F0DFD">
              <w:rPr>
                <w:b/>
                <w:color w:val="111111"/>
              </w:rPr>
              <w:t>BONUS CHALLENGE</w:t>
            </w:r>
          </w:p>
          <w:p w:rsidR="00000000" w:rsidRPr="009F0DFD" w:rsidRDefault="00000000" w:rsidP="009F0DFD">
            <w:pPr>
              <w:spacing w:before="120" w:after="240" w:line="187" w:lineRule="auto"/>
            </w:pPr>
            <w:r w:rsidRPr="009F0DFD">
              <w:rPr>
                <w:color w:val="111111"/>
              </w:rPr>
              <w:t xml:space="preserve">Choose one of the jokes above. Can you invent </w:t>
            </w:r>
            <w:r w:rsidRPr="009F0DFD">
              <w:rPr>
                <w:b/>
                <w:color w:val="111111"/>
              </w:rPr>
              <w:t>another</w:t>
            </w:r>
            <w:r w:rsidRPr="009F0DFD">
              <w:rPr>
                <w:color w:val="111111"/>
              </w:rPr>
              <w:t xml:space="preserve"> punchline that still makes sense? Write it below.</w:t>
            </w:r>
          </w:p>
          <w:p w:rsidR="00000000" w:rsidRDefault="00000000" w:rsidP="009F0DFD">
            <w:pPr>
              <w:spacing w:after="240" w:line="187" w:lineRule="auto"/>
            </w:pPr>
            <w:r>
              <w:rPr>
                <w:color w:val="555555"/>
                <w:sz w:val="18"/>
              </w:rPr>
              <w:t>_________________________________________________</w:t>
            </w:r>
          </w:p>
          <w:p w:rsidR="00000000" w:rsidRDefault="00000000">
            <w:pPr>
              <w:spacing w:line="187" w:lineRule="auto"/>
            </w:pPr>
            <w:r>
              <w:rPr>
                <w:color w:val="555555"/>
                <w:sz w:val="18"/>
              </w:rPr>
              <w:t>____________________________________________________________</w:t>
            </w:r>
          </w:p>
        </w:tc>
        <w:tc>
          <w:tcPr>
            <w:tcW w:w="5222" w:type="dxa"/>
            <w:gridSpan w:val="3"/>
            <w:tcBorders>
              <w:top w:val="single" w:sz="8" w:space="0" w:color="111111"/>
              <w:left w:val="single" w:sz="8" w:space="0" w:color="111111"/>
              <w:bottom w:val="single" w:sz="8" w:space="0" w:color="111111"/>
              <w:right w:val="single" w:sz="8" w:space="0" w:color="111111"/>
            </w:tcBorders>
            <w:tcMar>
              <w:top w:w="80" w:type="dxa"/>
              <w:left w:w="115" w:type="dxa"/>
              <w:bottom w:w="70" w:type="dxa"/>
              <w:right w:w="115" w:type="dxa"/>
            </w:tcMar>
          </w:tcPr>
          <w:p w:rsidR="00000000" w:rsidRPr="009F0DFD" w:rsidRDefault="00000000">
            <w:pPr>
              <w:spacing w:line="187" w:lineRule="auto"/>
            </w:pPr>
            <w:r w:rsidRPr="009F0DFD">
              <w:rPr>
                <w:b/>
                <w:color w:val="111111"/>
              </w:rPr>
              <w:t>SHARE THE LAUGH</w:t>
            </w:r>
          </w:p>
          <w:p w:rsidR="00000000" w:rsidRPr="009F0DFD" w:rsidRDefault="00000000" w:rsidP="009F0DFD">
            <w:pPr>
              <w:spacing w:before="120" w:after="120" w:line="187" w:lineRule="auto"/>
            </w:pPr>
            <w:r w:rsidRPr="009F0DFD">
              <w:rPr>
                <w:color w:val="111111"/>
              </w:rPr>
              <w:t>Tell one of today's jokes to a friend or family member. Before you reveal the punchline, ask them to predict it.</w:t>
            </w:r>
          </w:p>
          <w:p w:rsidR="00000000" w:rsidRPr="009F0DFD" w:rsidRDefault="00000000">
            <w:pPr>
              <w:spacing w:line="187" w:lineRule="auto"/>
            </w:pPr>
            <w:r w:rsidRPr="009F0DFD">
              <w:rPr>
                <w:b/>
                <w:color w:val="111111"/>
              </w:rPr>
              <w:t>Did they come up with a funny answer?</w:t>
            </w:r>
          </w:p>
          <w:p w:rsidR="00000000" w:rsidRDefault="00000000">
            <w:pPr>
              <w:spacing w:line="187" w:lineRule="auto"/>
            </w:pPr>
            <w:r w:rsidRPr="009F0DFD">
              <w:rPr>
                <w:color w:val="111111"/>
              </w:rPr>
              <w:t>☐ Yes!     ☐ Sort of.     ☐ Not even close!</w:t>
            </w:r>
          </w:p>
        </w:tc>
      </w:tr>
      <w:tr w:rsidR="00647E61" w:rsidTr="009F0DFD">
        <w:trPr>
          <w:gridBefore w:val="1"/>
          <w:wBefore w:w="6" w:type="dxa"/>
          <w:jc w:val="center"/>
        </w:trPr>
        <w:tc>
          <w:tcPr>
            <w:tcW w:w="10362" w:type="dxa"/>
            <w:gridSpan w:val="5"/>
            <w:tcBorders>
              <w:top w:val="dashed" w:sz="10" w:space="0" w:color="555555"/>
              <w:left w:val="single" w:sz="8" w:space="0" w:color="111111"/>
              <w:bottom w:val="single" w:sz="8" w:space="0" w:color="111111"/>
              <w:right w:val="single" w:sz="8" w:space="0" w:color="111111"/>
            </w:tcBorders>
            <w:shd w:val="clear" w:color="auto" w:fill="EFEFEF"/>
            <w:tcMar>
              <w:top w:w="55" w:type="dxa"/>
              <w:left w:w="120" w:type="dxa"/>
              <w:bottom w:w="55" w:type="dxa"/>
              <w:right w:w="120" w:type="dxa"/>
            </w:tcMar>
          </w:tcPr>
          <w:p w:rsidR="00000000" w:rsidRPr="009F0DFD" w:rsidRDefault="00000000">
            <w:pPr>
              <w:spacing w:line="187" w:lineRule="auto"/>
              <w:jc w:val="center"/>
            </w:pPr>
            <w:r w:rsidRPr="009F0DFD">
              <w:rPr>
                <w:b/>
                <w:color w:val="111111"/>
              </w:rPr>
              <w:t>COVER THIS BOX BEFORE YOU BEGIN</w:t>
            </w:r>
            <w:r w:rsidR="00011A74">
              <w:rPr>
                <w:b/>
                <w:color w:val="111111"/>
              </w:rPr>
              <w:t>.</w:t>
            </w:r>
            <w:r w:rsidRPr="009F0DFD">
              <w:rPr>
                <w:b/>
                <w:color w:val="111111"/>
              </w:rPr>
              <w:t xml:space="preserve">  </w:t>
            </w:r>
            <w:proofErr w:type="gramStart"/>
            <w:r w:rsidRPr="009F0DFD">
              <w:rPr>
                <w:b/>
                <w:color w:val="111111"/>
              </w:rPr>
              <w:t>•</w:t>
            </w:r>
            <w:proofErr w:type="gramEnd"/>
            <w:r w:rsidRPr="009F0DFD">
              <w:rPr>
                <w:b/>
                <w:color w:val="111111"/>
              </w:rPr>
              <w:t xml:space="preserve">  ACTUAL PUNCHLINES</w:t>
            </w:r>
          </w:p>
        </w:tc>
      </w:tr>
      <w:tr w:rsidR="00647E61" w:rsidTr="009F0DFD">
        <w:trPr>
          <w:gridBefore w:val="1"/>
          <w:wBefore w:w="6" w:type="dxa"/>
          <w:jc w:val="center"/>
        </w:trPr>
        <w:tc>
          <w:tcPr>
            <w:tcW w:w="3580" w:type="dxa"/>
            <w:tcBorders>
              <w:top w:val="single" w:sz="8" w:space="0" w:color="111111"/>
              <w:left w:val="single" w:sz="8" w:space="0" w:color="111111"/>
              <w:bottom w:val="single" w:sz="8" w:space="0" w:color="111111"/>
              <w:right w:val="single" w:sz="8" w:space="0" w:color="111111"/>
            </w:tcBorders>
            <w:tcMar>
              <w:top w:w="70" w:type="dxa"/>
              <w:left w:w="100" w:type="dxa"/>
              <w:bottom w:w="70" w:type="dxa"/>
              <w:right w:w="100" w:type="dxa"/>
            </w:tcMar>
            <w:vAlign w:val="center"/>
          </w:tcPr>
          <w:p w:rsidR="00000000" w:rsidRPr="009F0DFD" w:rsidRDefault="00000000">
            <w:pPr>
              <w:spacing w:line="187" w:lineRule="auto"/>
              <w:jc w:val="center"/>
              <w:rPr>
                <w:sz w:val="21"/>
                <w:szCs w:val="21"/>
              </w:rPr>
            </w:pPr>
            <w:r w:rsidRPr="009F0DFD">
              <w:rPr>
                <w:b/>
                <w:color w:val="555555"/>
                <w:sz w:val="21"/>
                <w:szCs w:val="21"/>
              </w:rPr>
              <w:t>JOKE 1</w:t>
            </w:r>
          </w:p>
          <w:p w:rsidR="00000000" w:rsidRPr="009F0DFD" w:rsidRDefault="00000000">
            <w:pPr>
              <w:spacing w:line="187" w:lineRule="auto"/>
              <w:jc w:val="center"/>
              <w:rPr>
                <w:sz w:val="21"/>
                <w:szCs w:val="21"/>
              </w:rPr>
            </w:pPr>
            <w:r w:rsidRPr="009F0DFD">
              <w:rPr>
                <w:color w:val="111111"/>
                <w:sz w:val="21"/>
                <w:szCs w:val="21"/>
              </w:rPr>
              <w:t xml:space="preserve">It was just </w:t>
            </w:r>
            <w:r w:rsidRPr="009F0DFD">
              <w:rPr>
                <w:b/>
                <w:color w:val="111111"/>
                <w:sz w:val="21"/>
                <w:szCs w:val="21"/>
              </w:rPr>
              <w:t>ground</w:t>
            </w:r>
            <w:r w:rsidRPr="009F0DFD">
              <w:rPr>
                <w:color w:val="111111"/>
                <w:sz w:val="21"/>
                <w:szCs w:val="21"/>
              </w:rPr>
              <w:t xml:space="preserve"> this morning.</w:t>
            </w:r>
          </w:p>
          <w:p w:rsidR="00000000" w:rsidRDefault="00000000">
            <w:pPr>
              <w:spacing w:line="187" w:lineRule="auto"/>
              <w:jc w:val="center"/>
            </w:pPr>
            <w:r w:rsidRPr="009F0DFD">
              <w:rPr>
                <w:color w:val="111111"/>
                <w:sz w:val="21"/>
                <w:szCs w:val="21"/>
              </w:rPr>
              <w:t>☐ Close   ☐ Different   ☐ Funnier</w:t>
            </w:r>
          </w:p>
        </w:tc>
        <w:tc>
          <w:tcPr>
            <w:tcW w:w="3312" w:type="dxa"/>
            <w:gridSpan w:val="2"/>
            <w:tcBorders>
              <w:top w:val="single" w:sz="8" w:space="0" w:color="111111"/>
              <w:left w:val="single" w:sz="8" w:space="0" w:color="111111"/>
              <w:bottom w:val="single" w:sz="8" w:space="0" w:color="111111"/>
              <w:right w:val="single" w:sz="8" w:space="0" w:color="111111"/>
            </w:tcBorders>
            <w:tcMar>
              <w:top w:w="70" w:type="dxa"/>
              <w:left w:w="100" w:type="dxa"/>
              <w:bottom w:w="70" w:type="dxa"/>
              <w:right w:w="100" w:type="dxa"/>
            </w:tcMar>
            <w:vAlign w:val="center"/>
          </w:tcPr>
          <w:p w:rsidR="00000000" w:rsidRPr="009F0DFD" w:rsidRDefault="00000000">
            <w:pPr>
              <w:spacing w:line="187" w:lineRule="auto"/>
              <w:jc w:val="center"/>
              <w:rPr>
                <w:sz w:val="21"/>
                <w:szCs w:val="21"/>
              </w:rPr>
            </w:pPr>
            <w:r w:rsidRPr="009F0DFD">
              <w:rPr>
                <w:b/>
                <w:color w:val="555555"/>
                <w:sz w:val="21"/>
                <w:szCs w:val="21"/>
              </w:rPr>
              <w:t>JOKE 2</w:t>
            </w:r>
          </w:p>
          <w:p w:rsidR="00000000" w:rsidRPr="009F0DFD" w:rsidRDefault="00000000">
            <w:pPr>
              <w:spacing w:line="187" w:lineRule="auto"/>
              <w:jc w:val="center"/>
              <w:rPr>
                <w:sz w:val="21"/>
                <w:szCs w:val="21"/>
              </w:rPr>
            </w:pPr>
            <w:r w:rsidRPr="009F0DFD">
              <w:rPr>
                <w:color w:val="111111"/>
                <w:sz w:val="21"/>
                <w:szCs w:val="21"/>
              </w:rPr>
              <w:t xml:space="preserve">A </w:t>
            </w:r>
            <w:r w:rsidRPr="009F0DFD">
              <w:rPr>
                <w:b/>
                <w:color w:val="111111"/>
                <w:sz w:val="21"/>
                <w:szCs w:val="21"/>
              </w:rPr>
              <w:t>chemis-tree</w:t>
            </w:r>
            <w:r w:rsidRPr="009F0DFD">
              <w:rPr>
                <w:color w:val="111111"/>
                <w:sz w:val="21"/>
                <w:szCs w:val="21"/>
              </w:rPr>
              <w:t>.</w:t>
            </w:r>
          </w:p>
          <w:p w:rsidR="00000000" w:rsidRDefault="00000000">
            <w:pPr>
              <w:spacing w:line="187" w:lineRule="auto"/>
              <w:jc w:val="center"/>
            </w:pPr>
            <w:r w:rsidRPr="009F0DFD">
              <w:rPr>
                <w:color w:val="111111"/>
                <w:sz w:val="21"/>
                <w:szCs w:val="21"/>
              </w:rPr>
              <w:t>☐ Close   ☐ Different   ☐ Funnier</w:t>
            </w:r>
          </w:p>
        </w:tc>
        <w:tc>
          <w:tcPr>
            <w:tcW w:w="3470" w:type="dxa"/>
            <w:gridSpan w:val="2"/>
            <w:tcBorders>
              <w:top w:val="single" w:sz="8" w:space="0" w:color="111111"/>
              <w:left w:val="single" w:sz="8" w:space="0" w:color="111111"/>
              <w:bottom w:val="single" w:sz="8" w:space="0" w:color="111111"/>
              <w:right w:val="single" w:sz="8" w:space="0" w:color="111111"/>
            </w:tcBorders>
            <w:tcMar>
              <w:top w:w="70" w:type="dxa"/>
              <w:left w:w="100" w:type="dxa"/>
              <w:bottom w:w="70" w:type="dxa"/>
              <w:right w:w="100" w:type="dxa"/>
            </w:tcMar>
            <w:vAlign w:val="center"/>
          </w:tcPr>
          <w:p w:rsidR="00000000" w:rsidRPr="009F0DFD" w:rsidRDefault="00000000">
            <w:pPr>
              <w:spacing w:line="187" w:lineRule="auto"/>
              <w:jc w:val="center"/>
              <w:rPr>
                <w:sz w:val="21"/>
                <w:szCs w:val="21"/>
              </w:rPr>
            </w:pPr>
            <w:r w:rsidRPr="009F0DFD">
              <w:rPr>
                <w:b/>
                <w:color w:val="555555"/>
                <w:sz w:val="21"/>
                <w:szCs w:val="21"/>
              </w:rPr>
              <w:t>JOKE 3</w:t>
            </w:r>
          </w:p>
          <w:p w:rsidR="00000000" w:rsidRPr="009F0DFD" w:rsidRDefault="00000000">
            <w:pPr>
              <w:spacing w:line="187" w:lineRule="auto"/>
              <w:jc w:val="center"/>
              <w:rPr>
                <w:sz w:val="21"/>
                <w:szCs w:val="21"/>
              </w:rPr>
            </w:pPr>
            <w:r w:rsidRPr="009F0DFD">
              <w:rPr>
                <w:b/>
                <w:color w:val="111111"/>
                <w:sz w:val="21"/>
                <w:szCs w:val="21"/>
              </w:rPr>
              <w:t>Arrr-gentina!</w:t>
            </w:r>
          </w:p>
          <w:p w:rsidR="00000000" w:rsidRDefault="00000000">
            <w:pPr>
              <w:spacing w:line="187" w:lineRule="auto"/>
              <w:jc w:val="center"/>
            </w:pPr>
            <w:r w:rsidRPr="009F0DFD">
              <w:rPr>
                <w:color w:val="111111"/>
                <w:sz w:val="21"/>
                <w:szCs w:val="21"/>
              </w:rPr>
              <w:t>☐ Close   ☐ Different   ☐ Funnier</w:t>
            </w:r>
          </w:p>
        </w:tc>
      </w:tr>
      <w:tr w:rsidR="00647E61" w:rsidTr="009F0DFD">
        <w:trPr>
          <w:gridBefore w:val="1"/>
          <w:gridAfter w:val="1"/>
          <w:wBefore w:w="6" w:type="dxa"/>
          <w:wAfter w:w="24" w:type="dxa"/>
          <w:trHeight w:val="681"/>
          <w:jc w:val="center"/>
        </w:trPr>
        <w:tc>
          <w:tcPr>
            <w:tcW w:w="10338" w:type="dxa"/>
            <w:gridSpan w:val="4"/>
            <w:shd w:val="clear" w:color="auto" w:fill="111111"/>
            <w:tcMar>
              <w:top w:w="75" w:type="dxa"/>
              <w:left w:w="125" w:type="dxa"/>
              <w:bottom w:w="75" w:type="dxa"/>
              <w:right w:w="125" w:type="dxa"/>
            </w:tcMar>
          </w:tcPr>
          <w:p w:rsidR="00000000" w:rsidRPr="009F0DFD" w:rsidRDefault="00000000">
            <w:pPr>
              <w:spacing w:line="187" w:lineRule="auto"/>
            </w:pPr>
            <w:r w:rsidRPr="009F0DFD">
              <w:rPr>
                <w:b/>
                <w:color w:val="FFFFFF"/>
              </w:rPr>
              <w:t>RALPH</w:t>
            </w:r>
            <w:r w:rsidR="00011A74">
              <w:rPr>
                <w:b/>
                <w:color w:val="FFFFFF"/>
              </w:rPr>
              <w:t>’</w:t>
            </w:r>
            <w:r w:rsidRPr="009F0DFD">
              <w:rPr>
                <w:b/>
                <w:color w:val="FFFFFF"/>
              </w:rPr>
              <w:t>S READING TIP</w:t>
            </w:r>
            <w:r w:rsidRPr="009F0DFD">
              <w:rPr>
                <w:b/>
                <w:color w:val="FFFFFF"/>
              </w:rPr>
              <w:t xml:space="preserve">:  Great readers make predictions all the time. The more clues you notice, the better your predictions become </w:t>
            </w:r>
            <w:r w:rsidR="00011A74">
              <w:rPr>
                <w:b/>
                <w:color w:val="FFFFFF"/>
              </w:rPr>
              <w:t>–</w:t>
            </w:r>
            <w:r w:rsidRPr="009F0DFD">
              <w:rPr>
                <w:b/>
                <w:color w:val="FFFFFF"/>
              </w:rPr>
              <w:t xml:space="preserve"> even when you</w:t>
            </w:r>
            <w:r w:rsidR="00011A74">
              <w:rPr>
                <w:b/>
                <w:color w:val="FFFFFF"/>
              </w:rPr>
              <w:t>’</w:t>
            </w:r>
            <w:r w:rsidRPr="009F0DFD">
              <w:rPr>
                <w:b/>
                <w:color w:val="FFFFFF"/>
              </w:rPr>
              <w:t>re reading joke books!</w:t>
            </w:r>
          </w:p>
        </w:tc>
      </w:tr>
    </w:tbl>
    <w:p w:rsidR="00B63F71" w:rsidRDefault="00000000">
      <w:pPr>
        <w:spacing w:line="20" w:lineRule="exact"/>
      </w:pPr>
      <w:r>
        <w:rPr>
          <w:sz w:val="2"/>
        </w:rPr>
        <w:br w:type="page"/>
      </w:r>
    </w:p>
    <w:p w:rsidR="00000000" w:rsidRDefault="00000000">
      <w:pPr>
        <w:spacing w:line="180" w:lineRule="exact"/>
      </w:pPr>
      <w:r>
        <w:rPr>
          <w:color w:val="111111"/>
          <w:sz w:val="18"/>
        </w:rPr>
        <w:lastRenderedPageBreak/>
        <w:t> </w:t>
      </w:r>
    </w:p>
    <w:tbl>
      <w:tblPr>
        <w:tblW w:w="10840" w:type="dxa"/>
        <w:jc w:val="center"/>
        <w:tblBorders>
          <w:top w:val="single" w:sz="2" w:space="0" w:color="FFFFFF"/>
          <w:left w:val="single" w:sz="2" w:space="0" w:color="FFFFFF"/>
          <w:bottom w:val="single" w:sz="2" w:space="0" w:color="FFFFFF"/>
          <w:right w:val="single" w:sz="2" w:space="0" w:color="FFFFFF"/>
        </w:tblBorders>
        <w:tblLayout w:type="fixed"/>
        <w:tblLook w:val="04A0" w:firstRow="1" w:lastRow="0" w:firstColumn="1" w:lastColumn="0" w:noHBand="0" w:noVBand="1"/>
      </w:tblPr>
      <w:tblGrid>
        <w:gridCol w:w="6900"/>
        <w:gridCol w:w="3940"/>
      </w:tblGrid>
      <w:tr w:rsidR="002F03A5" w:rsidTr="008C693C">
        <w:trPr>
          <w:jc w:val="center"/>
        </w:trPr>
        <w:tc>
          <w:tcPr>
            <w:tcW w:w="6900" w:type="dxa"/>
            <w:vAlign w:val="center"/>
          </w:tcPr>
          <w:p w:rsidR="00000000" w:rsidRDefault="00000000">
            <w:pPr>
              <w:spacing w:line="240" w:lineRule="auto"/>
            </w:pPr>
            <w:r>
              <w:rPr>
                <w:b/>
                <w:color w:val="555555"/>
                <w:sz w:val="18"/>
              </w:rPr>
              <w:t xml:space="preserve">JOKE DETECTIVE ACTIVITY </w:t>
            </w:r>
            <w:proofErr w:type="gramStart"/>
            <w:r>
              <w:rPr>
                <w:b/>
                <w:color w:val="555555"/>
                <w:sz w:val="18"/>
              </w:rPr>
              <w:t xml:space="preserve">SHEET  </w:t>
            </w:r>
            <w:r>
              <w:rPr>
                <w:b/>
                <w:color w:val="111111"/>
                <w:sz w:val="18"/>
              </w:rPr>
              <w:t>JBRA</w:t>
            </w:r>
            <w:proofErr w:type="gramEnd"/>
            <w:r>
              <w:rPr>
                <w:b/>
                <w:color w:val="111111"/>
                <w:sz w:val="18"/>
              </w:rPr>
              <w:t>-S03</w:t>
            </w:r>
          </w:p>
          <w:p w:rsidR="00000000" w:rsidRDefault="00000000" w:rsidP="008C693C">
            <w:pPr>
              <w:spacing w:line="360" w:lineRule="auto"/>
              <w:rPr>
                <w:b/>
                <w:color w:val="111111"/>
                <w:sz w:val="18"/>
              </w:rPr>
            </w:pPr>
            <w:r>
              <w:rPr>
                <w:b/>
                <w:color w:val="111111"/>
                <w:sz w:val="18"/>
              </w:rPr>
              <w:t>Find the Hidden Clue</w:t>
            </w:r>
          </w:p>
          <w:p w:rsidR="00000000" w:rsidRDefault="00000000">
            <w:pPr>
              <w:spacing w:line="240" w:lineRule="auto"/>
            </w:pPr>
            <w:r>
              <w:rPr>
                <w:color w:val="111111"/>
                <w:sz w:val="18"/>
              </w:rPr>
              <w:t>Name: _________________________________   Date: _________ Class/Period: ____</w:t>
            </w:r>
          </w:p>
        </w:tc>
        <w:tc>
          <w:tcPr>
            <w:tcW w:w="3940" w:type="dxa"/>
            <w:tcBorders>
              <w:top w:val="single" w:sz="12" w:space="0" w:color="111111"/>
              <w:left w:val="single" w:sz="12" w:space="0" w:color="111111"/>
              <w:bottom w:val="single" w:sz="12" w:space="0" w:color="111111"/>
              <w:right w:val="single" w:sz="12" w:space="0" w:color="111111"/>
            </w:tcBorders>
            <w:shd w:val="clear" w:color="auto" w:fill="F2F2F2" w:themeFill="background1" w:themeFillShade="F2"/>
            <w:tcMar>
              <w:top w:w="80" w:type="dxa"/>
              <w:left w:w="100" w:type="dxa"/>
              <w:bottom w:w="80" w:type="dxa"/>
              <w:right w:w="100" w:type="dxa"/>
            </w:tcMar>
          </w:tcPr>
          <w:p w:rsidR="00000000" w:rsidRPr="008C693C" w:rsidRDefault="00000000" w:rsidP="008C693C">
            <w:pPr>
              <w:spacing w:line="360" w:lineRule="auto"/>
              <w:jc w:val="center"/>
              <w:rPr>
                <w:b/>
                <w:color w:val="111111"/>
                <w:sz w:val="18"/>
                <w:szCs w:val="17"/>
              </w:rPr>
            </w:pPr>
            <w:r w:rsidRPr="008C693C">
              <w:rPr>
                <w:b/>
                <w:color w:val="111111"/>
                <w:sz w:val="18"/>
                <w:szCs w:val="17"/>
              </w:rPr>
              <w:t>READING SKILL</w:t>
            </w:r>
          </w:p>
          <w:p w:rsidR="00000000" w:rsidRPr="008C693C" w:rsidRDefault="00000000" w:rsidP="008C693C">
            <w:pPr>
              <w:spacing w:line="360" w:lineRule="auto"/>
              <w:jc w:val="center"/>
              <w:rPr>
                <w:sz w:val="18"/>
                <w:szCs w:val="27"/>
              </w:rPr>
            </w:pPr>
            <w:r w:rsidRPr="008C693C">
              <w:rPr>
                <w:b/>
                <w:color w:val="111111"/>
                <w:sz w:val="18"/>
                <w:szCs w:val="27"/>
              </w:rPr>
              <w:t>LOOKING FOR CLUES</w:t>
            </w:r>
          </w:p>
        </w:tc>
      </w:tr>
    </w:tbl>
    <w:p w:rsidR="00000000" w:rsidRDefault="00000000">
      <w:pPr>
        <w:shd w:val="clear" w:color="auto" w:fill="E9E9E9"/>
        <w:spacing w:before="40" w:after="20"/>
      </w:pPr>
      <w:r>
        <w:rPr>
          <w:b/>
          <w:color w:val="111111"/>
          <w:sz w:val="18"/>
        </w:rPr>
        <w:t>WARM-UP</w:t>
      </w:r>
    </w:p>
    <w:p w:rsidR="00000000" w:rsidRPr="000F2FAE" w:rsidRDefault="00000000" w:rsidP="000F2FAE">
      <w:pPr>
        <w:spacing w:after="20"/>
        <w:rPr>
          <w:sz w:val="18"/>
          <w:szCs w:val="19"/>
        </w:rPr>
      </w:pPr>
      <w:r w:rsidRPr="000F2FAE">
        <w:rPr>
          <w:color w:val="111111"/>
          <w:sz w:val="18"/>
          <w:szCs w:val="19"/>
        </w:rPr>
        <w:t xml:space="preserve">Good readers are always looking for clues. Authors hide clues in stories, and joke writers hide clues in jokes. Sometimes one little word </w:t>
      </w:r>
      <w:r w:rsidR="00011A74">
        <w:rPr>
          <w:color w:val="111111"/>
          <w:sz w:val="18"/>
          <w:szCs w:val="19"/>
        </w:rPr>
        <w:t>–</w:t>
      </w:r>
      <w:r w:rsidRPr="000F2FAE">
        <w:rPr>
          <w:color w:val="111111"/>
          <w:sz w:val="18"/>
          <w:szCs w:val="19"/>
        </w:rPr>
        <w:t xml:space="preserve"> or even a picture </w:t>
      </w:r>
      <w:r w:rsidR="00011A74">
        <w:rPr>
          <w:color w:val="111111"/>
          <w:sz w:val="18"/>
          <w:szCs w:val="19"/>
        </w:rPr>
        <w:t>–</w:t>
      </w:r>
      <w:r w:rsidRPr="000F2FAE">
        <w:rPr>
          <w:color w:val="111111"/>
          <w:sz w:val="18"/>
          <w:szCs w:val="19"/>
        </w:rPr>
        <w:t xml:space="preserve"> helps you understand what comes next. Today you’ll become a </w:t>
      </w:r>
      <w:r w:rsidRPr="000F2FAE">
        <w:rPr>
          <w:b/>
          <w:color w:val="111111"/>
          <w:sz w:val="18"/>
          <w:szCs w:val="19"/>
        </w:rPr>
        <w:t>Clue Detective!</w:t>
      </w:r>
    </w:p>
    <w:p w:rsidR="00000000" w:rsidRDefault="00000000">
      <w:pPr>
        <w:shd w:val="clear" w:color="auto" w:fill="E9E9E9"/>
        <w:spacing w:before="40" w:after="20"/>
      </w:pPr>
      <w:r>
        <w:rPr>
          <w:b/>
          <w:color w:val="111111"/>
          <w:sz w:val="18"/>
        </w:rPr>
        <w:t>JOKE DETECTIVE CHALLENGE</w:t>
      </w:r>
    </w:p>
    <w:p w:rsidR="00000000" w:rsidRPr="000F2FAE" w:rsidRDefault="00000000" w:rsidP="000F2FAE">
      <w:pPr>
        <w:spacing w:after="20" w:line="360" w:lineRule="auto"/>
        <w:rPr>
          <w:sz w:val="18"/>
          <w:szCs w:val="15"/>
        </w:rPr>
      </w:pPr>
      <w:r w:rsidRPr="000F2FAE">
        <w:rPr>
          <w:color w:val="111111"/>
          <w:sz w:val="18"/>
          <w:szCs w:val="17"/>
        </w:rPr>
        <w:t xml:space="preserve">Read each joke. Circle the word or words that give you the biggest clue to the punchline. </w:t>
      </w:r>
      <w:r w:rsidRPr="000F2FAE">
        <w:rPr>
          <w:i/>
          <w:color w:val="555555"/>
          <w:sz w:val="18"/>
          <w:szCs w:val="15"/>
        </w:rPr>
        <w:t>Hint: Sometimes the illustration gives you a clue, too!</w:t>
      </w:r>
    </w:p>
    <w:tbl>
      <w:tblPr>
        <w:tblW w:w="10840" w:type="dxa"/>
        <w:jc w:val="center"/>
        <w:tblBorders>
          <w:top w:val="single" w:sz="5" w:space="0" w:color="BEBEBE"/>
          <w:left w:val="single" w:sz="5" w:space="0" w:color="BEBEBE"/>
          <w:bottom w:val="single" w:sz="5" w:space="0" w:color="BEBEBE"/>
          <w:right w:val="single" w:sz="5" w:space="0" w:color="BEBEBE"/>
          <w:insideH w:val="single" w:sz="5" w:space="0" w:color="BEBEBE"/>
          <w:insideV w:val="single" w:sz="5" w:space="0" w:color="BEBEBE"/>
        </w:tblBorders>
        <w:tblLayout w:type="fixed"/>
        <w:tblLook w:val="04A0" w:firstRow="1" w:lastRow="0" w:firstColumn="1" w:lastColumn="0" w:noHBand="0" w:noVBand="1"/>
      </w:tblPr>
      <w:tblGrid>
        <w:gridCol w:w="8500"/>
        <w:gridCol w:w="2340"/>
      </w:tblGrid>
      <w:tr w:rsidR="002F03A5">
        <w:trPr>
          <w:jc w:val="center"/>
        </w:trPr>
        <w:tc>
          <w:tcPr>
            <w:tcW w:w="8500" w:type="dxa"/>
            <w:tcMar>
              <w:top w:w="40" w:type="dxa"/>
              <w:left w:w="80" w:type="dxa"/>
              <w:bottom w:w="15" w:type="dxa"/>
              <w:right w:w="80" w:type="dxa"/>
            </w:tcMar>
            <w:vAlign w:val="center"/>
          </w:tcPr>
          <w:p w:rsidR="00000000" w:rsidRDefault="00000000">
            <w:pPr>
              <w:spacing w:line="240" w:lineRule="auto"/>
            </w:pPr>
            <w:r>
              <w:rPr>
                <w:b/>
                <w:color w:val="555555"/>
                <w:sz w:val="18"/>
              </w:rPr>
              <w:t xml:space="preserve">Joke </w:t>
            </w:r>
            <w:proofErr w:type="gramStart"/>
            <w:r>
              <w:rPr>
                <w:b/>
                <w:color w:val="555555"/>
                <w:sz w:val="18"/>
              </w:rPr>
              <w:t xml:space="preserve">1  </w:t>
            </w:r>
            <w:r>
              <w:rPr>
                <w:b/>
                <w:color w:val="111111"/>
                <w:sz w:val="18"/>
              </w:rPr>
              <w:t>What</w:t>
            </w:r>
            <w:proofErr w:type="gramEnd"/>
            <w:r>
              <w:rPr>
                <w:b/>
                <w:color w:val="111111"/>
                <w:sz w:val="18"/>
              </w:rPr>
              <w:t xml:space="preserve"> do you call a number that can’t stay in one place?</w:t>
            </w:r>
          </w:p>
          <w:p w:rsidR="00000000" w:rsidRDefault="00000000">
            <w:pPr>
              <w:spacing w:line="240" w:lineRule="auto"/>
            </w:pPr>
            <w:r>
              <w:rPr>
                <w:i/>
                <w:color w:val="111111"/>
                <w:sz w:val="18"/>
              </w:rPr>
              <w:t>A roamin’ numeral.</w:t>
            </w:r>
          </w:p>
        </w:tc>
        <w:tc>
          <w:tcPr>
            <w:tcW w:w="2340" w:type="dxa"/>
            <w:tcMar>
              <w:top w:w="15" w:type="dxa"/>
              <w:left w:w="40" w:type="dxa"/>
              <w:bottom w:w="10" w:type="dxa"/>
              <w:right w:w="40" w:type="dxa"/>
            </w:tcMar>
            <w:vAlign w:val="center"/>
          </w:tcPr>
          <w:p w:rsidR="00000000" w:rsidRDefault="00000000">
            <w:pPr>
              <w:spacing w:line="240" w:lineRule="auto"/>
              <w:jc w:val="center"/>
            </w:pPr>
            <w:r>
              <w:rPr>
                <w:noProof/>
                <w:sz w:val="18"/>
              </w:rPr>
              <w:drawing>
                <wp:inline distT="0" distB="0" distL="0" distR="0">
                  <wp:extent cx="1261872" cy="57607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man_numerals_generated.png"/>
                          <pic:cNvPicPr/>
                        </pic:nvPicPr>
                        <pic:blipFill>
                          <a:blip r:embed="rId13"/>
                          <a:stretch>
                            <a:fillRect/>
                          </a:stretch>
                        </pic:blipFill>
                        <pic:spPr>
                          <a:xfrm>
                            <a:off x="0" y="0"/>
                            <a:ext cx="1261872" cy="576072"/>
                          </a:xfrm>
                          <a:prstGeom prst="rect">
                            <a:avLst/>
                          </a:prstGeom>
                        </pic:spPr>
                      </pic:pic>
                    </a:graphicData>
                  </a:graphic>
                </wp:inline>
              </w:drawing>
            </w:r>
          </w:p>
        </w:tc>
      </w:tr>
      <w:tr w:rsidR="002F03A5">
        <w:trPr>
          <w:jc w:val="center"/>
        </w:trPr>
        <w:tc>
          <w:tcPr>
            <w:tcW w:w="10840" w:type="dxa"/>
            <w:gridSpan w:val="2"/>
            <w:tcMar>
              <w:top w:w="0" w:type="dxa"/>
              <w:left w:w="80" w:type="dxa"/>
              <w:bottom w:w="25" w:type="dxa"/>
              <w:right w:w="80" w:type="dxa"/>
            </w:tcMar>
          </w:tcPr>
          <w:p w:rsidR="00000000" w:rsidRDefault="00000000">
            <w:pPr>
              <w:spacing w:line="240" w:lineRule="auto"/>
            </w:pPr>
            <w:r>
              <w:rPr>
                <w:b/>
                <w:color w:val="111111"/>
                <w:sz w:val="18"/>
              </w:rPr>
              <w:t>What clue helped you?</w:t>
            </w:r>
          </w:p>
          <w:p w:rsidR="00000000" w:rsidRDefault="00000000">
            <w:pPr>
              <w:pBdr>
                <w:bottom w:val="single" w:sz="6" w:space="1" w:color="4A4A4A"/>
              </w:pBdr>
              <w:spacing w:line="420" w:lineRule="exact"/>
            </w:pPr>
            <w:r>
              <w:rPr>
                <w:color w:val="111111"/>
                <w:sz w:val="18"/>
              </w:rPr>
              <w:t> </w:t>
            </w:r>
          </w:p>
        </w:tc>
      </w:tr>
      <w:tr w:rsidR="002F03A5">
        <w:trPr>
          <w:jc w:val="center"/>
        </w:trPr>
        <w:tc>
          <w:tcPr>
            <w:tcW w:w="8500" w:type="dxa"/>
            <w:tcMar>
              <w:top w:w="40" w:type="dxa"/>
              <w:left w:w="80" w:type="dxa"/>
              <w:bottom w:w="15" w:type="dxa"/>
              <w:right w:w="80" w:type="dxa"/>
            </w:tcMar>
            <w:vAlign w:val="center"/>
          </w:tcPr>
          <w:p w:rsidR="00000000" w:rsidRDefault="00000000">
            <w:pPr>
              <w:spacing w:line="240" w:lineRule="auto"/>
            </w:pPr>
            <w:r>
              <w:rPr>
                <w:b/>
                <w:color w:val="555555"/>
                <w:sz w:val="18"/>
              </w:rPr>
              <w:t xml:space="preserve">Joke 2  </w:t>
            </w:r>
            <w:r>
              <w:rPr>
                <w:b/>
                <w:color w:val="111111"/>
                <w:sz w:val="18"/>
              </w:rPr>
              <w:t>Where do ghosts like to travel?</w:t>
            </w:r>
          </w:p>
          <w:p w:rsidR="00000000" w:rsidRDefault="00000000">
            <w:pPr>
              <w:spacing w:line="240" w:lineRule="auto"/>
            </w:pPr>
            <w:r>
              <w:rPr>
                <w:i/>
                <w:color w:val="111111"/>
                <w:sz w:val="18"/>
              </w:rPr>
              <w:t>Boo-dapest.</w:t>
            </w:r>
          </w:p>
        </w:tc>
        <w:tc>
          <w:tcPr>
            <w:tcW w:w="2340" w:type="dxa"/>
            <w:tcMar>
              <w:top w:w="15" w:type="dxa"/>
              <w:left w:w="40" w:type="dxa"/>
              <w:bottom w:w="10" w:type="dxa"/>
              <w:right w:w="40" w:type="dxa"/>
            </w:tcMar>
            <w:vAlign w:val="center"/>
          </w:tcPr>
          <w:p w:rsidR="00000000" w:rsidRDefault="00000000">
            <w:pPr>
              <w:spacing w:line="240" w:lineRule="auto"/>
              <w:jc w:val="center"/>
            </w:pPr>
            <w:r>
              <w:rPr>
                <w:noProof/>
                <w:sz w:val="18"/>
              </w:rPr>
              <w:drawing>
                <wp:inline distT="0" distB="0" distL="0" distR="0">
                  <wp:extent cx="749808" cy="521207"/>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host.png"/>
                          <pic:cNvPicPr/>
                        </pic:nvPicPr>
                        <pic:blipFill>
                          <a:blip r:embed="rId14"/>
                          <a:stretch>
                            <a:fillRect/>
                          </a:stretch>
                        </pic:blipFill>
                        <pic:spPr>
                          <a:xfrm>
                            <a:off x="0" y="0"/>
                            <a:ext cx="749808" cy="521207"/>
                          </a:xfrm>
                          <a:prstGeom prst="rect">
                            <a:avLst/>
                          </a:prstGeom>
                        </pic:spPr>
                      </pic:pic>
                    </a:graphicData>
                  </a:graphic>
                </wp:inline>
              </w:drawing>
            </w:r>
          </w:p>
        </w:tc>
      </w:tr>
      <w:tr w:rsidR="002F03A5">
        <w:trPr>
          <w:jc w:val="center"/>
        </w:trPr>
        <w:tc>
          <w:tcPr>
            <w:tcW w:w="10840" w:type="dxa"/>
            <w:gridSpan w:val="2"/>
            <w:tcMar>
              <w:top w:w="0" w:type="dxa"/>
              <w:left w:w="80" w:type="dxa"/>
              <w:bottom w:w="25" w:type="dxa"/>
              <w:right w:w="80" w:type="dxa"/>
            </w:tcMar>
          </w:tcPr>
          <w:p w:rsidR="00000000" w:rsidRDefault="00000000">
            <w:pPr>
              <w:spacing w:line="240" w:lineRule="auto"/>
            </w:pPr>
            <w:r>
              <w:rPr>
                <w:b/>
                <w:color w:val="111111"/>
                <w:sz w:val="18"/>
              </w:rPr>
              <w:t>What clue helped you?</w:t>
            </w:r>
          </w:p>
          <w:p w:rsidR="00000000" w:rsidRDefault="00000000">
            <w:pPr>
              <w:pBdr>
                <w:bottom w:val="single" w:sz="6" w:space="1" w:color="4B4B4B"/>
              </w:pBdr>
              <w:spacing w:line="420" w:lineRule="exact"/>
            </w:pPr>
            <w:r>
              <w:rPr>
                <w:color w:val="111111"/>
                <w:sz w:val="18"/>
              </w:rPr>
              <w:t> </w:t>
            </w:r>
          </w:p>
        </w:tc>
      </w:tr>
      <w:tr w:rsidR="002F03A5">
        <w:trPr>
          <w:jc w:val="center"/>
        </w:trPr>
        <w:tc>
          <w:tcPr>
            <w:tcW w:w="8500" w:type="dxa"/>
            <w:tcMar>
              <w:top w:w="40" w:type="dxa"/>
              <w:left w:w="80" w:type="dxa"/>
              <w:bottom w:w="15" w:type="dxa"/>
              <w:right w:w="80" w:type="dxa"/>
            </w:tcMar>
            <w:vAlign w:val="center"/>
          </w:tcPr>
          <w:p w:rsidR="00000000" w:rsidRDefault="00000000">
            <w:pPr>
              <w:spacing w:line="240" w:lineRule="auto"/>
            </w:pPr>
            <w:r>
              <w:rPr>
                <w:b/>
                <w:color w:val="555555"/>
                <w:sz w:val="18"/>
              </w:rPr>
              <w:t xml:space="preserve">Joke 3  </w:t>
            </w:r>
            <w:r>
              <w:rPr>
                <w:b/>
                <w:color w:val="111111"/>
                <w:sz w:val="18"/>
              </w:rPr>
              <w:t>How often do scientists look at the table of elements?</w:t>
            </w:r>
          </w:p>
          <w:p w:rsidR="00000000" w:rsidRDefault="00000000">
            <w:pPr>
              <w:spacing w:line="240" w:lineRule="auto"/>
            </w:pPr>
            <w:r>
              <w:rPr>
                <w:i/>
                <w:color w:val="111111"/>
                <w:sz w:val="18"/>
              </w:rPr>
              <w:t>Periodically.</w:t>
            </w:r>
          </w:p>
        </w:tc>
        <w:tc>
          <w:tcPr>
            <w:tcW w:w="2340" w:type="dxa"/>
            <w:tcMar>
              <w:top w:w="15" w:type="dxa"/>
              <w:left w:w="40" w:type="dxa"/>
              <w:bottom w:w="10" w:type="dxa"/>
              <w:right w:w="40" w:type="dxa"/>
            </w:tcMar>
            <w:vAlign w:val="center"/>
          </w:tcPr>
          <w:p w:rsidR="00000000" w:rsidRDefault="00000000">
            <w:pPr>
              <w:spacing w:line="240" w:lineRule="auto"/>
              <w:jc w:val="center"/>
            </w:pPr>
            <w:r>
              <w:rPr>
                <w:noProof/>
                <w:sz w:val="18"/>
              </w:rPr>
              <w:drawing>
                <wp:inline distT="0" distB="0" distL="0" distR="0">
                  <wp:extent cx="749808" cy="521207"/>
                  <wp:effectExtent l="0" t="0" r="0" b="0"/>
                  <wp:docPr id="1058218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ence.png"/>
                          <pic:cNvPicPr/>
                        </pic:nvPicPr>
                        <pic:blipFill>
                          <a:blip r:embed="rId15"/>
                          <a:stretch>
                            <a:fillRect/>
                          </a:stretch>
                        </pic:blipFill>
                        <pic:spPr>
                          <a:xfrm>
                            <a:off x="0" y="0"/>
                            <a:ext cx="749808" cy="521207"/>
                          </a:xfrm>
                          <a:prstGeom prst="rect">
                            <a:avLst/>
                          </a:prstGeom>
                        </pic:spPr>
                      </pic:pic>
                    </a:graphicData>
                  </a:graphic>
                </wp:inline>
              </w:drawing>
            </w:r>
          </w:p>
        </w:tc>
      </w:tr>
      <w:tr w:rsidR="002F03A5">
        <w:trPr>
          <w:jc w:val="center"/>
        </w:trPr>
        <w:tc>
          <w:tcPr>
            <w:tcW w:w="10840" w:type="dxa"/>
            <w:gridSpan w:val="2"/>
            <w:tcMar>
              <w:top w:w="0" w:type="dxa"/>
              <w:left w:w="80" w:type="dxa"/>
              <w:bottom w:w="25" w:type="dxa"/>
              <w:right w:w="80" w:type="dxa"/>
            </w:tcMar>
          </w:tcPr>
          <w:p w:rsidR="00000000" w:rsidRDefault="00000000">
            <w:pPr>
              <w:spacing w:line="240" w:lineRule="auto"/>
            </w:pPr>
            <w:r>
              <w:rPr>
                <w:b/>
                <w:color w:val="111111"/>
                <w:sz w:val="18"/>
              </w:rPr>
              <w:t>What clue helped you?</w:t>
            </w:r>
          </w:p>
          <w:p w:rsidR="00000000" w:rsidRDefault="00000000">
            <w:pPr>
              <w:pBdr>
                <w:bottom w:val="single" w:sz="6" w:space="1" w:color="4A4A4A"/>
              </w:pBdr>
              <w:spacing w:line="420" w:lineRule="exact"/>
            </w:pPr>
            <w:r>
              <w:rPr>
                <w:color w:val="111111"/>
                <w:sz w:val="18"/>
              </w:rPr>
              <w:t> </w:t>
            </w:r>
          </w:p>
        </w:tc>
      </w:tr>
      <w:tr w:rsidR="002F03A5">
        <w:trPr>
          <w:jc w:val="center"/>
        </w:trPr>
        <w:tc>
          <w:tcPr>
            <w:tcW w:w="8500" w:type="dxa"/>
            <w:tcMar>
              <w:top w:w="40" w:type="dxa"/>
              <w:left w:w="80" w:type="dxa"/>
              <w:bottom w:w="15" w:type="dxa"/>
              <w:right w:w="80" w:type="dxa"/>
            </w:tcMar>
            <w:vAlign w:val="center"/>
          </w:tcPr>
          <w:p w:rsidR="00000000" w:rsidRDefault="00000000">
            <w:pPr>
              <w:spacing w:line="240" w:lineRule="auto"/>
            </w:pPr>
            <w:r>
              <w:rPr>
                <w:b/>
                <w:color w:val="555555"/>
                <w:sz w:val="18"/>
              </w:rPr>
              <w:t xml:space="preserve">Joke 4  </w:t>
            </w:r>
            <w:r>
              <w:rPr>
                <w:b/>
                <w:color w:val="111111"/>
                <w:sz w:val="18"/>
              </w:rPr>
              <w:t>Why do witches stay at hotels on vacation?</w:t>
            </w:r>
          </w:p>
          <w:p w:rsidR="00000000" w:rsidRDefault="00000000">
            <w:pPr>
              <w:spacing w:line="240" w:lineRule="auto"/>
            </w:pPr>
            <w:r>
              <w:rPr>
                <w:i/>
                <w:color w:val="111111"/>
                <w:sz w:val="18"/>
              </w:rPr>
              <w:t>So they can order broom service.</w:t>
            </w:r>
          </w:p>
        </w:tc>
        <w:tc>
          <w:tcPr>
            <w:tcW w:w="2340" w:type="dxa"/>
            <w:tcMar>
              <w:top w:w="15" w:type="dxa"/>
              <w:left w:w="40" w:type="dxa"/>
              <w:bottom w:w="10" w:type="dxa"/>
              <w:right w:w="40" w:type="dxa"/>
            </w:tcMar>
            <w:vAlign w:val="center"/>
          </w:tcPr>
          <w:p w:rsidR="00000000" w:rsidRDefault="00000000">
            <w:pPr>
              <w:spacing w:line="240" w:lineRule="auto"/>
              <w:jc w:val="center"/>
            </w:pPr>
            <w:r>
              <w:rPr>
                <w:noProof/>
                <w:sz w:val="18"/>
              </w:rPr>
              <w:drawing>
                <wp:inline distT="0" distB="0" distL="0" distR="0">
                  <wp:extent cx="960120" cy="640080"/>
                  <wp:effectExtent l="0" t="0" r="0" b="0"/>
                  <wp:docPr id="232798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itch_hat_broom_generated.png"/>
                          <pic:cNvPicPr/>
                        </pic:nvPicPr>
                        <pic:blipFill>
                          <a:blip r:embed="rId16"/>
                          <a:stretch>
                            <a:fillRect/>
                          </a:stretch>
                        </pic:blipFill>
                        <pic:spPr>
                          <a:xfrm>
                            <a:off x="0" y="0"/>
                            <a:ext cx="960120" cy="640080"/>
                          </a:xfrm>
                          <a:prstGeom prst="rect">
                            <a:avLst/>
                          </a:prstGeom>
                        </pic:spPr>
                      </pic:pic>
                    </a:graphicData>
                  </a:graphic>
                </wp:inline>
              </w:drawing>
            </w:r>
          </w:p>
        </w:tc>
      </w:tr>
      <w:tr w:rsidR="002F03A5">
        <w:trPr>
          <w:jc w:val="center"/>
        </w:trPr>
        <w:tc>
          <w:tcPr>
            <w:tcW w:w="10840" w:type="dxa"/>
            <w:gridSpan w:val="2"/>
            <w:tcMar>
              <w:top w:w="0" w:type="dxa"/>
              <w:left w:w="80" w:type="dxa"/>
              <w:bottom w:w="25" w:type="dxa"/>
              <w:right w:w="80" w:type="dxa"/>
            </w:tcMar>
          </w:tcPr>
          <w:p w:rsidR="00000000" w:rsidRDefault="00000000">
            <w:pPr>
              <w:spacing w:line="240" w:lineRule="auto"/>
            </w:pPr>
            <w:r>
              <w:rPr>
                <w:b/>
                <w:color w:val="111111"/>
                <w:sz w:val="18"/>
              </w:rPr>
              <w:t>What clue helped you?</w:t>
            </w:r>
          </w:p>
          <w:p w:rsidR="00000000" w:rsidRDefault="00000000">
            <w:pPr>
              <w:pBdr>
                <w:bottom w:val="single" w:sz="6" w:space="1" w:color="4B4B4B"/>
              </w:pBdr>
              <w:spacing w:line="420" w:lineRule="exact"/>
            </w:pPr>
            <w:r>
              <w:rPr>
                <w:color w:val="111111"/>
                <w:sz w:val="18"/>
              </w:rPr>
              <w:t> </w:t>
            </w:r>
          </w:p>
        </w:tc>
      </w:tr>
    </w:tbl>
    <w:p w:rsidR="00000000" w:rsidRDefault="00000000">
      <w:pPr>
        <w:shd w:val="clear" w:color="auto" w:fill="E9E9E9"/>
        <w:spacing w:before="40" w:after="20"/>
      </w:pPr>
      <w:r>
        <w:rPr>
          <w:b/>
          <w:color w:val="111111"/>
          <w:sz w:val="18"/>
        </w:rPr>
        <w:t>CONNECTING TO OTHER READING</w:t>
      </w:r>
    </w:p>
    <w:p w:rsidR="00000000" w:rsidRPr="000F2FAE" w:rsidRDefault="00000000" w:rsidP="000F2FAE">
      <w:pPr>
        <w:rPr>
          <w:sz w:val="18"/>
          <w:szCs w:val="16"/>
        </w:rPr>
      </w:pPr>
      <w:r w:rsidRPr="000F2FAE">
        <w:rPr>
          <w:color w:val="111111"/>
          <w:sz w:val="18"/>
          <w:szCs w:val="16"/>
        </w:rPr>
        <w:t>Good readers look for clues everywhere, not just in joke books. The next time you read a story, chapter book, or magazine, spot a clue that helps you predict what might happen next. What is an example of a clue you could find in comic books, textbooks, or graphic novels?</w:t>
      </w:r>
    </w:p>
    <w:p w:rsidR="00000000" w:rsidRDefault="00000000">
      <w:pPr>
        <w:pBdr>
          <w:bottom w:val="single" w:sz="6" w:space="1" w:color="4A4A4A"/>
        </w:pBdr>
        <w:spacing w:line="520" w:lineRule="exact"/>
      </w:pPr>
      <w:r>
        <w:rPr>
          <w:color w:val="111111"/>
          <w:sz w:val="18"/>
        </w:rPr>
        <w:t> </w:t>
      </w:r>
    </w:p>
    <w:p w:rsidR="00000000" w:rsidRDefault="00000000">
      <w:pPr>
        <w:pBdr>
          <w:bottom w:val="single" w:sz="6" w:space="1" w:color="4B4B4B"/>
        </w:pBdr>
        <w:spacing w:line="520" w:lineRule="exact"/>
      </w:pPr>
      <w:r>
        <w:rPr>
          <w:color w:val="111111"/>
          <w:sz w:val="18"/>
        </w:rPr>
        <w:t> </w:t>
      </w:r>
    </w:p>
    <w:p w:rsidR="00000000" w:rsidRDefault="00000000">
      <w:pPr>
        <w:shd w:val="clear" w:color="auto" w:fill="E9E9E9"/>
        <w:spacing w:before="40" w:after="20"/>
      </w:pPr>
      <w:r>
        <w:rPr>
          <w:b/>
          <w:color w:val="111111"/>
          <w:sz w:val="18"/>
        </w:rPr>
        <w:t>BONUS CHALLENGE</w:t>
      </w:r>
    </w:p>
    <w:p w:rsidR="00000000" w:rsidRPr="000F2FAE" w:rsidRDefault="00000000" w:rsidP="000F2FAE">
      <w:pPr>
        <w:rPr>
          <w:sz w:val="18"/>
          <w:szCs w:val="17"/>
        </w:rPr>
      </w:pPr>
      <w:r w:rsidRPr="000F2FAE">
        <w:rPr>
          <w:color w:val="111111"/>
          <w:sz w:val="18"/>
          <w:szCs w:val="17"/>
        </w:rPr>
        <w:t>Remember a joke you’ve heard, find one in a joke book, or ask someone to tell you one. Write it below, then circle or underline the clue (or clues) that help make it funny. If there is no obvious clue, draw a small illustration that gives readers a hint.</w:t>
      </w:r>
    </w:p>
    <w:p w:rsidR="00000000" w:rsidRDefault="00000000">
      <w:pPr>
        <w:pBdr>
          <w:bottom w:val="single" w:sz="6" w:space="1" w:color="4A4A4A"/>
        </w:pBdr>
        <w:spacing w:line="520" w:lineRule="exact"/>
      </w:pPr>
      <w:r>
        <w:rPr>
          <w:color w:val="111111"/>
          <w:sz w:val="18"/>
        </w:rPr>
        <w:t> </w:t>
      </w:r>
    </w:p>
    <w:p w:rsidR="00000000" w:rsidRDefault="00000000">
      <w:pPr>
        <w:pBdr>
          <w:bottom w:val="single" w:sz="6" w:space="1" w:color="4B4B4B"/>
        </w:pBdr>
        <w:spacing w:line="520" w:lineRule="exact"/>
      </w:pPr>
      <w:r>
        <w:rPr>
          <w:color w:val="111111"/>
          <w:sz w:val="18"/>
        </w:rPr>
        <w:t> </w:t>
      </w:r>
    </w:p>
    <w:p w:rsidR="00000000" w:rsidRDefault="00000000">
      <w:pPr>
        <w:pBdr>
          <w:bottom w:val="single" w:sz="6" w:space="1" w:color="4A4A4A"/>
        </w:pBdr>
        <w:spacing w:line="520" w:lineRule="exact"/>
      </w:pPr>
      <w:r>
        <w:rPr>
          <w:color w:val="111111"/>
          <w:sz w:val="18"/>
        </w:rPr>
        <w:t> </w:t>
      </w:r>
    </w:p>
    <w:p w:rsidR="00000000" w:rsidRDefault="00000000">
      <w:pPr>
        <w:spacing w:after="40"/>
      </w:pPr>
      <w:r>
        <w:rPr>
          <w:sz w:val="18"/>
        </w:rPr>
        <w:t> </w:t>
      </w:r>
    </w:p>
    <w:tbl>
      <w:tblPr>
        <w:tblW w:w="10840" w:type="dxa"/>
        <w:jc w:val="center"/>
        <w:tblBorders>
          <w:top w:val="single" w:sz="6" w:space="0" w:color="888888"/>
          <w:left w:val="single" w:sz="6" w:space="0" w:color="888888"/>
          <w:bottom w:val="single" w:sz="6" w:space="0" w:color="888888"/>
          <w:right w:val="single" w:sz="6" w:space="0" w:color="888888"/>
        </w:tblBorders>
        <w:tblLayout w:type="fixed"/>
        <w:tblLook w:val="04A0" w:firstRow="1" w:lastRow="0" w:firstColumn="1" w:lastColumn="0" w:noHBand="0" w:noVBand="1"/>
      </w:tblPr>
      <w:tblGrid>
        <w:gridCol w:w="10840"/>
      </w:tblGrid>
      <w:tr w:rsidR="002F03A5">
        <w:trPr>
          <w:jc w:val="center"/>
        </w:trPr>
        <w:tc>
          <w:tcPr>
            <w:tcW w:w="10840" w:type="dxa"/>
            <w:shd w:val="clear" w:color="auto" w:fill="E5E5E5"/>
            <w:tcMar>
              <w:top w:w="55" w:type="dxa"/>
              <w:left w:w="90" w:type="dxa"/>
              <w:bottom w:w="55" w:type="dxa"/>
              <w:right w:w="90" w:type="dxa"/>
            </w:tcMar>
          </w:tcPr>
          <w:p w:rsidR="00000000" w:rsidRDefault="00000000">
            <w:pPr>
              <w:spacing w:line="240" w:lineRule="auto"/>
            </w:pPr>
            <w:r>
              <w:rPr>
                <w:b/>
                <w:color w:val="111111"/>
                <w:sz w:val="18"/>
              </w:rPr>
              <w:t>RALPH’S READING TIP  The best readers notice clues before they reach the ending. The best joke readers do exactly the same thing!</w:t>
            </w:r>
          </w:p>
        </w:tc>
      </w:tr>
    </w:tbl>
    <w:p w:rsidR="00B63F71" w:rsidRDefault="00000000">
      <w:pPr>
        <w:spacing w:line="20" w:lineRule="exact"/>
      </w:pPr>
      <w:r>
        <w:rPr>
          <w:sz w:val="2"/>
        </w:rPr>
        <w:br w:type="page"/>
      </w:r>
    </w:p>
    <w:tbl>
      <w:tblPr>
        <w:tblW w:w="0" w:type="auto"/>
        <w:jc w:val="center"/>
        <w:tblLayout w:type="fixed"/>
        <w:tblLook w:val="04A0" w:firstRow="1" w:lastRow="0" w:firstColumn="1" w:lastColumn="0" w:noHBand="0" w:noVBand="1"/>
      </w:tblPr>
      <w:tblGrid>
        <w:gridCol w:w="7070"/>
        <w:gridCol w:w="4046"/>
      </w:tblGrid>
      <w:tr w:rsidR="00522295" w:rsidTr="00011A74">
        <w:trPr>
          <w:trHeight w:val="591"/>
          <w:jc w:val="center"/>
        </w:trPr>
        <w:tc>
          <w:tcPr>
            <w:tcW w:w="7070" w:type="dxa"/>
            <w:tcBorders>
              <w:top w:val="single" w:sz="10" w:space="0" w:color="777777"/>
              <w:left w:val="single" w:sz="10" w:space="0" w:color="777777"/>
              <w:bottom w:val="single" w:sz="10" w:space="0" w:color="777777"/>
              <w:right w:val="single" w:sz="10" w:space="0" w:color="777777"/>
            </w:tcBorders>
            <w:tcMar>
              <w:top w:w="95" w:type="dxa"/>
              <w:left w:w="90" w:type="dxa"/>
              <w:bottom w:w="95" w:type="dxa"/>
              <w:right w:w="90" w:type="dxa"/>
            </w:tcMar>
            <w:vAlign w:val="center"/>
          </w:tcPr>
          <w:p w:rsidR="00000000" w:rsidRPr="00011A74" w:rsidRDefault="00000000">
            <w:pPr>
              <w:spacing w:line="202" w:lineRule="auto"/>
              <w:rPr>
                <w:sz w:val="24"/>
                <w:szCs w:val="24"/>
              </w:rPr>
            </w:pPr>
            <w:r w:rsidRPr="00011A74">
              <w:rPr>
                <w:rFonts w:eastAsia="Arial"/>
                <w:b/>
                <w:color w:val="555555"/>
                <w:sz w:val="24"/>
                <w:szCs w:val="24"/>
              </w:rPr>
              <w:lastRenderedPageBreak/>
              <w:t xml:space="preserve">JOKE DETECTIVE ACTIVITY </w:t>
            </w:r>
            <w:proofErr w:type="gramStart"/>
            <w:r w:rsidRPr="00011A74">
              <w:rPr>
                <w:rFonts w:eastAsia="Arial"/>
                <w:b/>
                <w:color w:val="555555"/>
                <w:sz w:val="24"/>
                <w:szCs w:val="24"/>
              </w:rPr>
              <w:t xml:space="preserve">SHEET  </w:t>
            </w:r>
            <w:r w:rsidRPr="00011A74">
              <w:rPr>
                <w:rFonts w:eastAsia="Arial"/>
                <w:b/>
                <w:color w:val="111111"/>
                <w:sz w:val="24"/>
                <w:szCs w:val="24"/>
              </w:rPr>
              <w:t>JBRA</w:t>
            </w:r>
            <w:proofErr w:type="gramEnd"/>
            <w:r w:rsidRPr="00011A74">
              <w:rPr>
                <w:rFonts w:eastAsia="Arial"/>
                <w:b/>
                <w:color w:val="111111"/>
                <w:sz w:val="24"/>
                <w:szCs w:val="24"/>
              </w:rPr>
              <w:t>-S04</w:t>
            </w:r>
          </w:p>
          <w:p w:rsidR="00000000" w:rsidRPr="00011A74" w:rsidRDefault="00000000">
            <w:pPr>
              <w:spacing w:line="202" w:lineRule="auto"/>
            </w:pPr>
            <w:r w:rsidRPr="00011A74">
              <w:rPr>
                <w:rFonts w:eastAsia="Arial"/>
                <w:b/>
                <w:color w:val="111111"/>
              </w:rPr>
              <w:t>Words with Two Meanings</w:t>
            </w:r>
          </w:p>
        </w:tc>
        <w:tc>
          <w:tcPr>
            <w:tcW w:w="4046" w:type="dxa"/>
            <w:tcBorders>
              <w:top w:val="single" w:sz="10" w:space="0" w:color="777777"/>
              <w:left w:val="single" w:sz="10" w:space="0" w:color="777777"/>
              <w:bottom w:val="single" w:sz="10" w:space="0" w:color="777777"/>
              <w:right w:val="single" w:sz="10" w:space="0" w:color="777777"/>
            </w:tcBorders>
            <w:shd w:val="clear" w:color="auto" w:fill="E7E7E7"/>
            <w:tcMar>
              <w:top w:w="95" w:type="dxa"/>
              <w:left w:w="90" w:type="dxa"/>
              <w:bottom w:w="95" w:type="dxa"/>
              <w:right w:w="90" w:type="dxa"/>
            </w:tcMar>
            <w:vAlign w:val="center"/>
          </w:tcPr>
          <w:p w:rsidR="00000000" w:rsidRPr="00011A74" w:rsidRDefault="00000000">
            <w:pPr>
              <w:spacing w:line="202" w:lineRule="auto"/>
              <w:jc w:val="center"/>
              <w:rPr>
                <w:sz w:val="24"/>
                <w:szCs w:val="24"/>
              </w:rPr>
            </w:pPr>
            <w:r w:rsidRPr="00011A74">
              <w:rPr>
                <w:rFonts w:eastAsia="Arial"/>
                <w:b/>
                <w:color w:val="555555"/>
                <w:sz w:val="24"/>
                <w:szCs w:val="24"/>
              </w:rPr>
              <w:t>READING SKILL</w:t>
            </w:r>
          </w:p>
          <w:p w:rsidR="00000000" w:rsidRPr="00011A74" w:rsidRDefault="00000000">
            <w:pPr>
              <w:spacing w:line="202" w:lineRule="auto"/>
              <w:jc w:val="center"/>
              <w:rPr>
                <w:sz w:val="24"/>
                <w:szCs w:val="24"/>
              </w:rPr>
            </w:pPr>
            <w:r w:rsidRPr="00011A74">
              <w:rPr>
                <w:rFonts w:eastAsia="Arial"/>
                <w:b/>
                <w:color w:val="111111"/>
                <w:sz w:val="24"/>
                <w:szCs w:val="24"/>
              </w:rPr>
              <w:t>Wordplay</w:t>
            </w:r>
          </w:p>
        </w:tc>
      </w:tr>
    </w:tbl>
    <w:p w:rsidR="00000000" w:rsidRDefault="00000000">
      <w:pPr>
        <w:spacing w:line="202" w:lineRule="auto"/>
      </w:pPr>
    </w:p>
    <w:p w:rsidR="00000000" w:rsidRDefault="00000000" w:rsidP="004A5166">
      <w:pPr>
        <w:spacing w:line="202" w:lineRule="auto"/>
      </w:pPr>
      <w:r>
        <w:rPr>
          <w:rFonts w:eastAsia="Arial"/>
          <w:color w:val="111111"/>
          <w:sz w:val="18"/>
        </w:rPr>
        <w:t xml:space="preserve">Name: </w:t>
      </w:r>
      <w:r>
        <w:rPr>
          <w:rFonts w:eastAsia="Arial"/>
          <w:color w:val="111111"/>
          <w:sz w:val="18"/>
        </w:rPr>
        <w:t>________________________________________</w:t>
      </w:r>
      <w:r>
        <w:rPr>
          <w:rFonts w:eastAsia="Arial"/>
          <w:color w:val="111111"/>
          <w:sz w:val="18"/>
        </w:rPr>
        <w:t>_____   Date: ____________________</w:t>
      </w:r>
      <w:proofErr w:type="gramStart"/>
      <w:r>
        <w:rPr>
          <w:rFonts w:eastAsia="Arial"/>
          <w:color w:val="111111"/>
          <w:sz w:val="18"/>
        </w:rPr>
        <w:t>_  Class</w:t>
      </w:r>
      <w:proofErr w:type="gramEnd"/>
      <w:r>
        <w:rPr>
          <w:rFonts w:eastAsia="Arial"/>
          <w:color w:val="111111"/>
          <w:sz w:val="18"/>
        </w:rPr>
        <w:t>/Period: ____________________</w:t>
      </w:r>
    </w:p>
    <w:tbl>
      <w:tblPr>
        <w:tblW w:w="0" w:type="auto"/>
        <w:jc w:val="center"/>
        <w:tblLayout w:type="fixed"/>
        <w:tblLook w:val="04A0" w:firstRow="1" w:lastRow="0" w:firstColumn="1" w:lastColumn="0" w:noHBand="0" w:noVBand="1"/>
      </w:tblPr>
      <w:tblGrid>
        <w:gridCol w:w="11116"/>
      </w:tblGrid>
      <w:tr w:rsidR="00522295">
        <w:trPr>
          <w:jc w:val="center"/>
        </w:trPr>
        <w:tc>
          <w:tcPr>
            <w:tcW w:w="11116" w:type="dxa"/>
            <w:shd w:val="clear" w:color="auto" w:fill="E7E7E7"/>
            <w:tcMar>
              <w:top w:w="12" w:type="dxa"/>
              <w:left w:w="0" w:type="dxa"/>
              <w:bottom w:w="12" w:type="dxa"/>
              <w:right w:w="0" w:type="dxa"/>
            </w:tcMar>
          </w:tcPr>
          <w:p w:rsidR="00000000" w:rsidRPr="00011A74" w:rsidRDefault="00000000" w:rsidP="00011A74">
            <w:pPr>
              <w:spacing w:before="120" w:after="120" w:line="202" w:lineRule="auto"/>
              <w:rPr>
                <w:sz w:val="24"/>
                <w:szCs w:val="24"/>
              </w:rPr>
            </w:pPr>
            <w:r w:rsidRPr="00011A74">
              <w:rPr>
                <w:rFonts w:eastAsia="Arial"/>
                <w:b/>
                <w:color w:val="111111"/>
                <w:sz w:val="24"/>
                <w:szCs w:val="24"/>
              </w:rPr>
              <w:t>WARM-UP</w:t>
            </w:r>
          </w:p>
        </w:tc>
      </w:tr>
    </w:tbl>
    <w:p w:rsidR="00000000" w:rsidRPr="00011A74" w:rsidRDefault="00000000">
      <w:pPr>
        <w:spacing w:line="202" w:lineRule="auto"/>
        <w:rPr>
          <w:sz w:val="21"/>
          <w:szCs w:val="21"/>
        </w:rPr>
      </w:pPr>
      <w:r w:rsidRPr="00011A74">
        <w:rPr>
          <w:rFonts w:eastAsia="Arial"/>
          <w:b/>
          <w:color w:val="111111"/>
          <w:sz w:val="21"/>
          <w:szCs w:val="21"/>
        </w:rPr>
        <w:t xml:space="preserve">Joke writers love to play with words! </w:t>
      </w:r>
      <w:r w:rsidRPr="00011A74">
        <w:rPr>
          <w:rFonts w:eastAsia="Arial"/>
          <w:color w:val="111111"/>
          <w:sz w:val="21"/>
          <w:szCs w:val="21"/>
        </w:rPr>
        <w:t xml:space="preserve">Sometimes they use a word with more than one meaning. Other times they change a spelling or phrase to create a funny new meaning. This is called </w:t>
      </w:r>
      <w:r w:rsidRPr="00011A74">
        <w:rPr>
          <w:rFonts w:eastAsia="Arial"/>
          <w:b/>
          <w:color w:val="111111"/>
          <w:sz w:val="21"/>
          <w:szCs w:val="21"/>
        </w:rPr>
        <w:t>wordplay</w:t>
      </w:r>
      <w:r w:rsidRPr="00011A74">
        <w:rPr>
          <w:rFonts w:eastAsia="Arial"/>
          <w:color w:val="111111"/>
          <w:sz w:val="21"/>
          <w:szCs w:val="21"/>
        </w:rPr>
        <w:t xml:space="preserve">. A usual </w:t>
      </w:r>
      <w:r w:rsidRPr="00011A74">
        <w:rPr>
          <w:rFonts w:eastAsia="Arial"/>
          <w:b/>
          <w:color w:val="111111"/>
          <w:sz w:val="21"/>
          <w:szCs w:val="21"/>
        </w:rPr>
        <w:t>choo-choo train</w:t>
      </w:r>
      <w:r w:rsidRPr="00011A74">
        <w:rPr>
          <w:rFonts w:eastAsia="Arial"/>
          <w:color w:val="111111"/>
          <w:sz w:val="21"/>
          <w:szCs w:val="21"/>
        </w:rPr>
        <w:t xml:space="preserve"> becomes a </w:t>
      </w:r>
      <w:r w:rsidRPr="00011A74">
        <w:rPr>
          <w:rFonts w:eastAsia="Arial"/>
          <w:b/>
          <w:color w:val="111111"/>
          <w:sz w:val="21"/>
          <w:szCs w:val="21"/>
        </w:rPr>
        <w:t>chew-chew train</w:t>
      </w:r>
      <w:r w:rsidRPr="00011A74">
        <w:rPr>
          <w:rFonts w:eastAsia="Arial"/>
          <w:color w:val="111111"/>
          <w:sz w:val="21"/>
          <w:szCs w:val="21"/>
        </w:rPr>
        <w:t xml:space="preserve"> when it likes to eat!</w:t>
      </w:r>
    </w:p>
    <w:tbl>
      <w:tblPr>
        <w:tblW w:w="0" w:type="auto"/>
        <w:jc w:val="center"/>
        <w:tblLayout w:type="fixed"/>
        <w:tblLook w:val="04A0" w:firstRow="1" w:lastRow="0" w:firstColumn="1" w:lastColumn="0" w:noHBand="0" w:noVBand="1"/>
      </w:tblPr>
      <w:tblGrid>
        <w:gridCol w:w="11116"/>
      </w:tblGrid>
      <w:tr w:rsidR="00522295">
        <w:trPr>
          <w:jc w:val="center"/>
        </w:trPr>
        <w:tc>
          <w:tcPr>
            <w:tcW w:w="11116" w:type="dxa"/>
            <w:shd w:val="clear" w:color="auto" w:fill="E7E7E7"/>
            <w:tcMar>
              <w:top w:w="12" w:type="dxa"/>
              <w:left w:w="0" w:type="dxa"/>
              <w:bottom w:w="12" w:type="dxa"/>
              <w:right w:w="0" w:type="dxa"/>
            </w:tcMar>
          </w:tcPr>
          <w:p w:rsidR="00000000" w:rsidRPr="00011A74" w:rsidRDefault="00000000" w:rsidP="00011A74">
            <w:pPr>
              <w:spacing w:before="120" w:after="120" w:line="202" w:lineRule="auto"/>
              <w:rPr>
                <w:sz w:val="24"/>
                <w:szCs w:val="24"/>
              </w:rPr>
            </w:pPr>
            <w:r w:rsidRPr="00011A74">
              <w:rPr>
                <w:rFonts w:eastAsia="Arial"/>
                <w:b/>
                <w:color w:val="111111"/>
                <w:sz w:val="24"/>
                <w:szCs w:val="24"/>
              </w:rPr>
              <w:t>JOKE DETECTIVE CHALLENGE</w:t>
            </w:r>
          </w:p>
        </w:tc>
      </w:tr>
    </w:tbl>
    <w:p w:rsidR="00000000" w:rsidRPr="00011A74" w:rsidRDefault="00000000">
      <w:pPr>
        <w:spacing w:line="202" w:lineRule="auto"/>
        <w:rPr>
          <w:sz w:val="21"/>
          <w:szCs w:val="21"/>
        </w:rPr>
      </w:pPr>
      <w:r w:rsidRPr="00011A74">
        <w:rPr>
          <w:rFonts w:eastAsia="Arial"/>
          <w:color w:val="111111"/>
          <w:sz w:val="21"/>
          <w:szCs w:val="21"/>
        </w:rPr>
        <w:t>Read each joke. Circle the word or words with a different spelling or meaning than you expect. Then explain the two meanings or how the joke writer changed the words.</w:t>
      </w:r>
    </w:p>
    <w:tbl>
      <w:tblPr>
        <w:tblW w:w="0" w:type="auto"/>
        <w:jc w:val="center"/>
        <w:tblLayout w:type="fixed"/>
        <w:tblLook w:val="04A0" w:firstRow="1" w:lastRow="0" w:firstColumn="1" w:lastColumn="0" w:noHBand="0" w:noVBand="1"/>
      </w:tblPr>
      <w:tblGrid>
        <w:gridCol w:w="11116"/>
        <w:gridCol w:w="55"/>
      </w:tblGrid>
      <w:tr w:rsidR="00522295">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522295" w:rsidRPr="00011A74">
              <w:tc>
                <w:tcPr>
                  <w:tcW w:w="9446" w:type="dxa"/>
                  <w:tcMar>
                    <w:top w:w="0" w:type="dxa"/>
                    <w:left w:w="0" w:type="dxa"/>
                    <w:bottom w:w="0" w:type="dxa"/>
                    <w:right w:w="0" w:type="dxa"/>
                  </w:tcMar>
                  <w:vAlign w:val="center"/>
                </w:tcPr>
                <w:p w:rsidR="00000000" w:rsidRPr="00011A74" w:rsidRDefault="00000000">
                  <w:pPr>
                    <w:spacing w:line="240" w:lineRule="auto"/>
                    <w:rPr>
                      <w:sz w:val="21"/>
                      <w:szCs w:val="21"/>
                    </w:rPr>
                  </w:pPr>
                  <w:r w:rsidRPr="00011A74">
                    <w:rPr>
                      <w:rFonts w:eastAsia="Arial"/>
                      <w:b/>
                      <w:color w:val="5A5A5A"/>
                      <w:sz w:val="21"/>
                      <w:szCs w:val="21"/>
                    </w:rPr>
                    <w:t xml:space="preserve">Joke </w:t>
                  </w:r>
                  <w:proofErr w:type="gramStart"/>
                  <w:r w:rsidRPr="00011A74">
                    <w:rPr>
                      <w:rFonts w:eastAsia="Arial"/>
                      <w:b/>
                      <w:color w:val="5A5A5A"/>
                      <w:sz w:val="21"/>
                      <w:szCs w:val="21"/>
                    </w:rPr>
                    <w:t xml:space="preserve">1  </w:t>
                  </w:r>
                  <w:r w:rsidRPr="00011A74">
                    <w:rPr>
                      <w:rFonts w:eastAsia="Arial"/>
                      <w:b/>
                      <w:color w:val="111111"/>
                      <w:sz w:val="21"/>
                      <w:szCs w:val="21"/>
                    </w:rPr>
                    <w:t>What</w:t>
                  </w:r>
                  <w:proofErr w:type="gramEnd"/>
                  <w:r w:rsidRPr="00011A74">
                    <w:rPr>
                      <w:rFonts w:eastAsia="Arial"/>
                      <w:b/>
                      <w:color w:val="111111"/>
                      <w:sz w:val="21"/>
                      <w:szCs w:val="21"/>
                    </w:rPr>
                    <w:t xml:space="preserve"> do you call a train that eats too much?</w:t>
                  </w:r>
                </w:p>
                <w:p w:rsidR="00000000" w:rsidRPr="00011A74" w:rsidRDefault="00000000">
                  <w:pPr>
                    <w:spacing w:line="240" w:lineRule="auto"/>
                    <w:rPr>
                      <w:sz w:val="21"/>
                      <w:szCs w:val="21"/>
                    </w:rPr>
                  </w:pPr>
                  <w:r w:rsidRPr="00011A74">
                    <w:rPr>
                      <w:rFonts w:eastAsia="Arial"/>
                      <w:i/>
                      <w:color w:val="111111"/>
                      <w:sz w:val="21"/>
                      <w:szCs w:val="21"/>
                    </w:rPr>
                    <w:t>A chew-chew train.</w:t>
                  </w:r>
                </w:p>
              </w:tc>
              <w:tc>
                <w:tcPr>
                  <w:tcW w:w="1468" w:type="dxa"/>
                  <w:tcMar>
                    <w:top w:w="0" w:type="dxa"/>
                    <w:left w:w="0" w:type="dxa"/>
                    <w:bottom w:w="0" w:type="dxa"/>
                    <w:right w:w="0" w:type="dxa"/>
                  </w:tcMar>
                  <w:vAlign w:val="center"/>
                </w:tcPr>
                <w:p w:rsidR="00000000" w:rsidRPr="00011A74" w:rsidRDefault="00000000">
                  <w:pPr>
                    <w:spacing w:line="240" w:lineRule="auto"/>
                    <w:jc w:val="center"/>
                    <w:rPr>
                      <w:sz w:val="21"/>
                      <w:szCs w:val="21"/>
                    </w:rPr>
                  </w:pPr>
                  <w:r w:rsidRPr="00011A74">
                    <w:rPr>
                      <w:rFonts w:eastAsia="Arial"/>
                      <w:noProof/>
                      <w:sz w:val="21"/>
                      <w:szCs w:val="21"/>
                    </w:rPr>
                    <w:drawing>
                      <wp:inline distT="0" distB="0" distL="0" distR="0">
                        <wp:extent cx="749808" cy="743829"/>
                        <wp:effectExtent l="0" t="0" r="0" b="0"/>
                        <wp:docPr id="182977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w-chew-train.png"/>
                                <pic:cNvPicPr/>
                              </pic:nvPicPr>
                              <pic:blipFill>
                                <a:blip r:embed="rId17"/>
                                <a:stretch>
                                  <a:fillRect/>
                                </a:stretch>
                              </pic:blipFill>
                              <pic:spPr>
                                <a:xfrm>
                                  <a:off x="0" y="0"/>
                                  <a:ext cx="749808" cy="743829"/>
                                </a:xfrm>
                                <a:prstGeom prst="rect">
                                  <a:avLst/>
                                </a:prstGeom>
                              </pic:spPr>
                            </pic:pic>
                          </a:graphicData>
                        </a:graphic>
                      </wp:inline>
                    </w:drawing>
                  </w:r>
                </w:p>
              </w:tc>
            </w:tr>
          </w:tbl>
          <w:p w:rsidR="00000000" w:rsidRPr="00011A74" w:rsidRDefault="00000000">
            <w:pPr>
              <w:spacing w:line="202" w:lineRule="auto"/>
              <w:rPr>
                <w:sz w:val="21"/>
                <w:szCs w:val="21"/>
              </w:rPr>
            </w:pPr>
          </w:p>
          <w:p w:rsidR="00000000" w:rsidRPr="00011A74" w:rsidRDefault="00000000">
            <w:pPr>
              <w:spacing w:line="202" w:lineRule="auto"/>
              <w:rPr>
                <w:sz w:val="21"/>
                <w:szCs w:val="21"/>
              </w:rPr>
            </w:pPr>
            <w:r w:rsidRPr="00011A74">
              <w:rPr>
                <w:rFonts w:eastAsia="Arial"/>
                <w:b/>
                <w:color w:val="111111"/>
                <w:sz w:val="21"/>
                <w:szCs w:val="21"/>
              </w:rPr>
              <w:t>How did the joke writer change the words?</w:t>
            </w:r>
          </w:p>
          <w:p w:rsidR="00000000" w:rsidRDefault="00000000">
            <w:pPr>
              <w:pBdr>
                <w:bottom w:val="single" w:sz="6" w:space="1" w:color="4A4A4A"/>
              </w:pBdr>
              <w:spacing w:line="202" w:lineRule="auto"/>
            </w:pPr>
          </w:p>
        </w:tc>
      </w:tr>
      <w:tr w:rsidR="00522295">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522295" w:rsidRPr="00011A74">
              <w:tc>
                <w:tcPr>
                  <w:tcW w:w="9446" w:type="dxa"/>
                  <w:tcMar>
                    <w:top w:w="0" w:type="dxa"/>
                    <w:left w:w="0" w:type="dxa"/>
                    <w:bottom w:w="0" w:type="dxa"/>
                    <w:right w:w="0" w:type="dxa"/>
                  </w:tcMar>
                  <w:vAlign w:val="center"/>
                </w:tcPr>
                <w:p w:rsidR="00000000" w:rsidRPr="00011A74" w:rsidRDefault="00000000">
                  <w:pPr>
                    <w:spacing w:line="240" w:lineRule="auto"/>
                    <w:rPr>
                      <w:sz w:val="21"/>
                      <w:szCs w:val="21"/>
                    </w:rPr>
                  </w:pPr>
                  <w:r w:rsidRPr="00011A74">
                    <w:rPr>
                      <w:rFonts w:eastAsia="Arial"/>
                      <w:b/>
                      <w:color w:val="5A5A5A"/>
                      <w:sz w:val="21"/>
                      <w:szCs w:val="21"/>
                    </w:rPr>
                    <w:t xml:space="preserve">Joke </w:t>
                  </w:r>
                  <w:proofErr w:type="gramStart"/>
                  <w:r w:rsidRPr="00011A74">
                    <w:rPr>
                      <w:rFonts w:eastAsia="Arial"/>
                      <w:b/>
                      <w:color w:val="5A5A5A"/>
                      <w:sz w:val="21"/>
                      <w:szCs w:val="21"/>
                    </w:rPr>
                    <w:t xml:space="preserve">2  </w:t>
                  </w:r>
                  <w:r w:rsidRPr="00011A74">
                    <w:rPr>
                      <w:rFonts w:eastAsia="Arial"/>
                      <w:b/>
                      <w:color w:val="111111"/>
                      <w:sz w:val="21"/>
                      <w:szCs w:val="21"/>
                    </w:rPr>
                    <w:t>What</w:t>
                  </w:r>
                  <w:proofErr w:type="gramEnd"/>
                  <w:r w:rsidRPr="00011A74">
                    <w:rPr>
                      <w:rFonts w:eastAsia="Arial"/>
                      <w:b/>
                      <w:color w:val="111111"/>
                      <w:sz w:val="21"/>
                      <w:szCs w:val="21"/>
                    </w:rPr>
                    <w:t xml:space="preserve"> do you call a crazy train?</w:t>
                  </w:r>
                </w:p>
                <w:p w:rsidR="00000000" w:rsidRPr="00011A74" w:rsidRDefault="00000000">
                  <w:pPr>
                    <w:spacing w:line="240" w:lineRule="auto"/>
                    <w:rPr>
                      <w:sz w:val="21"/>
                      <w:szCs w:val="21"/>
                    </w:rPr>
                  </w:pPr>
                  <w:r w:rsidRPr="00011A74">
                    <w:rPr>
                      <w:rFonts w:eastAsia="Arial"/>
                      <w:i/>
                      <w:color w:val="111111"/>
                      <w:sz w:val="21"/>
                      <w:szCs w:val="21"/>
                    </w:rPr>
                    <w:t>A loco motive.</w:t>
                  </w:r>
                </w:p>
              </w:tc>
              <w:tc>
                <w:tcPr>
                  <w:tcW w:w="1468" w:type="dxa"/>
                  <w:tcMar>
                    <w:top w:w="0" w:type="dxa"/>
                    <w:left w:w="0" w:type="dxa"/>
                    <w:bottom w:w="0" w:type="dxa"/>
                    <w:right w:w="0" w:type="dxa"/>
                  </w:tcMar>
                  <w:vAlign w:val="center"/>
                </w:tcPr>
                <w:p w:rsidR="00000000" w:rsidRPr="00011A74" w:rsidRDefault="00000000">
                  <w:pPr>
                    <w:spacing w:line="240" w:lineRule="auto"/>
                    <w:jc w:val="center"/>
                    <w:rPr>
                      <w:sz w:val="21"/>
                      <w:szCs w:val="21"/>
                    </w:rPr>
                  </w:pPr>
                  <w:r w:rsidRPr="00011A74">
                    <w:rPr>
                      <w:rFonts w:eastAsia="Arial"/>
                      <w:noProof/>
                      <w:sz w:val="21"/>
                      <w:szCs w:val="21"/>
                    </w:rPr>
                    <w:drawing>
                      <wp:inline distT="0" distB="0" distL="0" distR="0">
                        <wp:extent cx="749808" cy="72988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co-motive.png"/>
                                <pic:cNvPicPr/>
                              </pic:nvPicPr>
                              <pic:blipFill>
                                <a:blip r:embed="rId18"/>
                                <a:stretch>
                                  <a:fillRect/>
                                </a:stretch>
                              </pic:blipFill>
                              <pic:spPr>
                                <a:xfrm>
                                  <a:off x="0" y="0"/>
                                  <a:ext cx="749808" cy="729880"/>
                                </a:xfrm>
                                <a:prstGeom prst="rect">
                                  <a:avLst/>
                                </a:prstGeom>
                              </pic:spPr>
                            </pic:pic>
                          </a:graphicData>
                        </a:graphic>
                      </wp:inline>
                    </w:drawing>
                  </w:r>
                </w:p>
              </w:tc>
            </w:tr>
          </w:tbl>
          <w:p w:rsidR="00000000" w:rsidRPr="00011A74" w:rsidRDefault="00000000">
            <w:pPr>
              <w:spacing w:line="202" w:lineRule="auto"/>
              <w:rPr>
                <w:sz w:val="21"/>
                <w:szCs w:val="21"/>
              </w:rPr>
            </w:pPr>
          </w:p>
          <w:p w:rsidR="00000000" w:rsidRPr="00011A74" w:rsidRDefault="00000000">
            <w:pPr>
              <w:spacing w:line="202" w:lineRule="auto"/>
              <w:rPr>
                <w:sz w:val="21"/>
                <w:szCs w:val="21"/>
              </w:rPr>
            </w:pPr>
            <w:r w:rsidRPr="00011A74">
              <w:rPr>
                <w:rFonts w:eastAsia="Arial"/>
                <w:b/>
                <w:color w:val="111111"/>
                <w:sz w:val="21"/>
                <w:szCs w:val="21"/>
              </w:rPr>
              <w:t>How is this different from the word locomotive?</w:t>
            </w:r>
          </w:p>
          <w:p w:rsidR="00000000" w:rsidRDefault="00000000">
            <w:pPr>
              <w:pBdr>
                <w:bottom w:val="single" w:sz="6" w:space="1" w:color="4A4A4A"/>
              </w:pBdr>
              <w:spacing w:line="202" w:lineRule="auto"/>
            </w:pPr>
          </w:p>
        </w:tc>
      </w:tr>
      <w:tr w:rsidR="00522295">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522295" w:rsidRPr="00011A74">
              <w:tc>
                <w:tcPr>
                  <w:tcW w:w="9446" w:type="dxa"/>
                  <w:tcMar>
                    <w:top w:w="0" w:type="dxa"/>
                    <w:left w:w="0" w:type="dxa"/>
                    <w:bottom w:w="0" w:type="dxa"/>
                    <w:right w:w="0" w:type="dxa"/>
                  </w:tcMar>
                  <w:vAlign w:val="center"/>
                </w:tcPr>
                <w:p w:rsidR="00000000" w:rsidRPr="00011A74" w:rsidRDefault="00000000">
                  <w:pPr>
                    <w:spacing w:line="240" w:lineRule="auto"/>
                    <w:rPr>
                      <w:sz w:val="21"/>
                      <w:szCs w:val="21"/>
                    </w:rPr>
                  </w:pPr>
                  <w:r w:rsidRPr="00011A74">
                    <w:rPr>
                      <w:rFonts w:eastAsia="Arial"/>
                      <w:b/>
                      <w:color w:val="5A5A5A"/>
                      <w:sz w:val="21"/>
                      <w:szCs w:val="21"/>
                    </w:rPr>
                    <w:t xml:space="preserve">Joke </w:t>
                  </w:r>
                  <w:proofErr w:type="gramStart"/>
                  <w:r w:rsidRPr="00011A74">
                    <w:rPr>
                      <w:rFonts w:eastAsia="Arial"/>
                      <w:b/>
                      <w:color w:val="5A5A5A"/>
                      <w:sz w:val="21"/>
                      <w:szCs w:val="21"/>
                    </w:rPr>
                    <w:t xml:space="preserve">3  </w:t>
                  </w:r>
                  <w:r w:rsidRPr="00011A74">
                    <w:rPr>
                      <w:rFonts w:eastAsia="Arial"/>
                      <w:b/>
                      <w:color w:val="111111"/>
                      <w:sz w:val="21"/>
                      <w:szCs w:val="21"/>
                    </w:rPr>
                    <w:t>What</w:t>
                  </w:r>
                  <w:proofErr w:type="gramEnd"/>
                  <w:r w:rsidRPr="00011A74">
                    <w:rPr>
                      <w:rFonts w:eastAsia="Arial"/>
                      <w:b/>
                      <w:color w:val="111111"/>
                      <w:sz w:val="21"/>
                      <w:szCs w:val="21"/>
                    </w:rPr>
                    <w:t xml:space="preserve"> type of luggage do monsters take on vacation?</w:t>
                  </w:r>
                </w:p>
                <w:p w:rsidR="00000000" w:rsidRPr="00011A74" w:rsidRDefault="00000000">
                  <w:pPr>
                    <w:spacing w:line="240" w:lineRule="auto"/>
                    <w:rPr>
                      <w:sz w:val="21"/>
                      <w:szCs w:val="21"/>
                    </w:rPr>
                  </w:pPr>
                  <w:r w:rsidRPr="00011A74">
                    <w:rPr>
                      <w:rFonts w:eastAsia="Arial"/>
                      <w:i/>
                      <w:color w:val="111111"/>
                      <w:sz w:val="21"/>
                      <w:szCs w:val="21"/>
                    </w:rPr>
                    <w:t>Scarey-on.</w:t>
                  </w:r>
                </w:p>
              </w:tc>
              <w:tc>
                <w:tcPr>
                  <w:tcW w:w="1468" w:type="dxa"/>
                  <w:tcMar>
                    <w:top w:w="0" w:type="dxa"/>
                    <w:left w:w="0" w:type="dxa"/>
                    <w:bottom w:w="0" w:type="dxa"/>
                    <w:right w:w="0" w:type="dxa"/>
                  </w:tcMar>
                  <w:vAlign w:val="center"/>
                </w:tcPr>
                <w:p w:rsidR="00000000" w:rsidRPr="00011A74" w:rsidRDefault="00000000">
                  <w:pPr>
                    <w:spacing w:line="240" w:lineRule="auto"/>
                    <w:jc w:val="center"/>
                    <w:rPr>
                      <w:sz w:val="21"/>
                      <w:szCs w:val="21"/>
                    </w:rPr>
                  </w:pPr>
                  <w:r w:rsidRPr="00011A74">
                    <w:rPr>
                      <w:rFonts w:eastAsia="Arial"/>
                      <w:noProof/>
                      <w:sz w:val="21"/>
                      <w:szCs w:val="21"/>
                    </w:rPr>
                    <w:drawing>
                      <wp:inline distT="0" distB="0" distL="0" distR="0">
                        <wp:extent cx="749808" cy="740241"/>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nster-carry-on.png"/>
                                <pic:cNvPicPr/>
                              </pic:nvPicPr>
                              <pic:blipFill>
                                <a:blip r:embed="rId19"/>
                                <a:stretch>
                                  <a:fillRect/>
                                </a:stretch>
                              </pic:blipFill>
                              <pic:spPr>
                                <a:xfrm>
                                  <a:off x="0" y="0"/>
                                  <a:ext cx="749808" cy="740241"/>
                                </a:xfrm>
                                <a:prstGeom prst="rect">
                                  <a:avLst/>
                                </a:prstGeom>
                              </pic:spPr>
                            </pic:pic>
                          </a:graphicData>
                        </a:graphic>
                      </wp:inline>
                    </w:drawing>
                  </w:r>
                </w:p>
              </w:tc>
            </w:tr>
          </w:tbl>
          <w:p w:rsidR="00000000" w:rsidRPr="00011A74" w:rsidRDefault="00000000">
            <w:pPr>
              <w:spacing w:line="202" w:lineRule="auto"/>
              <w:rPr>
                <w:sz w:val="21"/>
                <w:szCs w:val="21"/>
              </w:rPr>
            </w:pPr>
          </w:p>
          <w:p w:rsidR="00000000" w:rsidRPr="00011A74" w:rsidRDefault="00000000">
            <w:pPr>
              <w:spacing w:line="202" w:lineRule="auto"/>
              <w:rPr>
                <w:sz w:val="21"/>
                <w:szCs w:val="21"/>
              </w:rPr>
            </w:pPr>
            <w:r w:rsidRPr="00011A74">
              <w:rPr>
                <w:rFonts w:eastAsia="Arial"/>
                <w:b/>
                <w:color w:val="111111"/>
                <w:sz w:val="21"/>
                <w:szCs w:val="21"/>
              </w:rPr>
              <w:t>How did the joke writer change the word?</w:t>
            </w:r>
          </w:p>
          <w:p w:rsidR="00000000" w:rsidRDefault="00000000">
            <w:pPr>
              <w:pBdr>
                <w:bottom w:val="single" w:sz="6" w:space="1" w:color="4A4A4A"/>
              </w:pBdr>
              <w:spacing w:line="202" w:lineRule="auto"/>
            </w:pPr>
          </w:p>
        </w:tc>
      </w:tr>
      <w:tr w:rsidR="00522295">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522295" w:rsidRPr="00011A74">
              <w:tc>
                <w:tcPr>
                  <w:tcW w:w="9446" w:type="dxa"/>
                  <w:tcMar>
                    <w:top w:w="0" w:type="dxa"/>
                    <w:left w:w="0" w:type="dxa"/>
                    <w:bottom w:w="0" w:type="dxa"/>
                    <w:right w:w="0" w:type="dxa"/>
                  </w:tcMar>
                  <w:vAlign w:val="center"/>
                </w:tcPr>
                <w:p w:rsidR="00000000" w:rsidRPr="00011A74" w:rsidRDefault="00000000">
                  <w:pPr>
                    <w:spacing w:line="240" w:lineRule="auto"/>
                    <w:rPr>
                      <w:sz w:val="21"/>
                      <w:szCs w:val="21"/>
                    </w:rPr>
                  </w:pPr>
                  <w:r w:rsidRPr="00011A74">
                    <w:rPr>
                      <w:rFonts w:eastAsia="Arial"/>
                      <w:b/>
                      <w:color w:val="5A5A5A"/>
                      <w:sz w:val="21"/>
                      <w:szCs w:val="21"/>
                    </w:rPr>
                    <w:t xml:space="preserve">Joke </w:t>
                  </w:r>
                  <w:proofErr w:type="gramStart"/>
                  <w:r w:rsidRPr="00011A74">
                    <w:rPr>
                      <w:rFonts w:eastAsia="Arial"/>
                      <w:b/>
                      <w:color w:val="5A5A5A"/>
                      <w:sz w:val="21"/>
                      <w:szCs w:val="21"/>
                    </w:rPr>
                    <w:t xml:space="preserve">4  </w:t>
                  </w:r>
                  <w:r w:rsidRPr="00011A74">
                    <w:rPr>
                      <w:rFonts w:eastAsia="Arial"/>
                      <w:b/>
                      <w:color w:val="111111"/>
                      <w:sz w:val="21"/>
                      <w:szCs w:val="21"/>
                    </w:rPr>
                    <w:t>What</w:t>
                  </w:r>
                  <w:proofErr w:type="gramEnd"/>
                  <w:r w:rsidRPr="00011A74">
                    <w:rPr>
                      <w:rFonts w:eastAsia="Arial"/>
                      <w:b/>
                      <w:color w:val="111111"/>
                      <w:sz w:val="21"/>
                      <w:szCs w:val="21"/>
                    </w:rPr>
                    <w:t xml:space="preserve"> do you call a biologist</w:t>
                  </w:r>
                  <w:r w:rsidR="00011A74" w:rsidRPr="00011A74">
                    <w:rPr>
                      <w:rFonts w:eastAsia="Arial"/>
                      <w:b/>
                      <w:color w:val="111111"/>
                      <w:sz w:val="21"/>
                      <w:szCs w:val="21"/>
                    </w:rPr>
                    <w:t>’</w:t>
                  </w:r>
                  <w:r w:rsidRPr="00011A74">
                    <w:rPr>
                      <w:rFonts w:eastAsia="Arial"/>
                      <w:b/>
                      <w:color w:val="111111"/>
                      <w:sz w:val="21"/>
                      <w:szCs w:val="21"/>
                    </w:rPr>
                    <w:t>s self-portrait?</w:t>
                  </w:r>
                </w:p>
                <w:p w:rsidR="00000000" w:rsidRPr="00011A74" w:rsidRDefault="00000000">
                  <w:pPr>
                    <w:spacing w:line="240" w:lineRule="auto"/>
                    <w:rPr>
                      <w:sz w:val="21"/>
                      <w:szCs w:val="21"/>
                    </w:rPr>
                  </w:pPr>
                  <w:r w:rsidRPr="00011A74">
                    <w:rPr>
                      <w:rFonts w:eastAsia="Arial"/>
                      <w:i/>
                      <w:color w:val="111111"/>
                      <w:sz w:val="21"/>
                      <w:szCs w:val="21"/>
                    </w:rPr>
                    <w:t>A cell-fie.</w:t>
                  </w:r>
                </w:p>
              </w:tc>
              <w:tc>
                <w:tcPr>
                  <w:tcW w:w="1468" w:type="dxa"/>
                  <w:tcMar>
                    <w:top w:w="0" w:type="dxa"/>
                    <w:left w:w="0" w:type="dxa"/>
                    <w:bottom w:w="0" w:type="dxa"/>
                    <w:right w:w="0" w:type="dxa"/>
                  </w:tcMar>
                  <w:vAlign w:val="center"/>
                </w:tcPr>
                <w:p w:rsidR="00000000" w:rsidRPr="00011A74" w:rsidRDefault="00000000">
                  <w:pPr>
                    <w:spacing w:line="240" w:lineRule="auto"/>
                    <w:jc w:val="center"/>
                    <w:rPr>
                      <w:sz w:val="21"/>
                      <w:szCs w:val="21"/>
                    </w:rPr>
                  </w:pPr>
                  <w:r w:rsidRPr="00011A74">
                    <w:rPr>
                      <w:rFonts w:eastAsia="Arial"/>
                      <w:noProof/>
                      <w:sz w:val="21"/>
                      <w:szCs w:val="21"/>
                    </w:rPr>
                    <w:drawing>
                      <wp:inline distT="0" distB="0" distL="0" distR="0">
                        <wp:extent cx="749808" cy="721107"/>
                        <wp:effectExtent l="0" t="0" r="0" b="0"/>
                        <wp:docPr id="1821496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ientist-cell-fie.png"/>
                                <pic:cNvPicPr/>
                              </pic:nvPicPr>
                              <pic:blipFill>
                                <a:blip r:embed="rId20"/>
                                <a:stretch>
                                  <a:fillRect/>
                                </a:stretch>
                              </pic:blipFill>
                              <pic:spPr>
                                <a:xfrm>
                                  <a:off x="0" y="0"/>
                                  <a:ext cx="749808" cy="721107"/>
                                </a:xfrm>
                                <a:prstGeom prst="rect">
                                  <a:avLst/>
                                </a:prstGeom>
                              </pic:spPr>
                            </pic:pic>
                          </a:graphicData>
                        </a:graphic>
                      </wp:inline>
                    </w:drawing>
                  </w:r>
                </w:p>
              </w:tc>
            </w:tr>
          </w:tbl>
          <w:p w:rsidR="00000000" w:rsidRPr="00011A74" w:rsidRDefault="00000000">
            <w:pPr>
              <w:spacing w:line="202" w:lineRule="auto"/>
              <w:rPr>
                <w:sz w:val="21"/>
                <w:szCs w:val="21"/>
              </w:rPr>
            </w:pPr>
          </w:p>
          <w:p w:rsidR="00000000" w:rsidRPr="00011A74" w:rsidRDefault="00000000">
            <w:pPr>
              <w:spacing w:line="202" w:lineRule="auto"/>
              <w:rPr>
                <w:sz w:val="21"/>
                <w:szCs w:val="21"/>
              </w:rPr>
            </w:pPr>
            <w:r w:rsidRPr="00011A74">
              <w:rPr>
                <w:rFonts w:eastAsia="Arial"/>
                <w:b/>
                <w:color w:val="111111"/>
                <w:sz w:val="21"/>
                <w:szCs w:val="21"/>
              </w:rPr>
              <w:t>How is this different from the word selfie?</w:t>
            </w:r>
          </w:p>
          <w:p w:rsidR="00000000" w:rsidRDefault="00000000">
            <w:pPr>
              <w:pBdr>
                <w:bottom w:val="single" w:sz="6" w:space="1" w:color="4A4A4A"/>
              </w:pBdr>
              <w:spacing w:line="202" w:lineRule="auto"/>
            </w:pPr>
          </w:p>
        </w:tc>
      </w:tr>
      <w:tr w:rsidR="00522295">
        <w:trPr>
          <w:jc w:val="center"/>
        </w:trPr>
        <w:tc>
          <w:tcPr>
            <w:tcW w:w="11116" w:type="dxa"/>
            <w:gridSpan w:val="2"/>
            <w:shd w:val="clear" w:color="auto" w:fill="E7E7E7"/>
            <w:tcMar>
              <w:top w:w="12" w:type="dxa"/>
              <w:left w:w="0" w:type="dxa"/>
              <w:bottom w:w="12" w:type="dxa"/>
              <w:right w:w="0" w:type="dxa"/>
            </w:tcMar>
          </w:tcPr>
          <w:p w:rsidR="00000000" w:rsidRDefault="00000000">
            <w:pPr>
              <w:spacing w:line="202" w:lineRule="auto"/>
            </w:pPr>
            <w:r>
              <w:rPr>
                <w:rFonts w:eastAsia="Arial"/>
                <w:b/>
                <w:color w:val="111111"/>
                <w:sz w:val="18"/>
              </w:rPr>
              <w:t>CONNECTING TO OTHER READING</w:t>
            </w:r>
          </w:p>
        </w:tc>
      </w:tr>
    </w:tbl>
    <w:p w:rsidR="00000000" w:rsidRPr="00011A74" w:rsidRDefault="00000000">
      <w:pPr>
        <w:spacing w:line="202" w:lineRule="auto"/>
        <w:rPr>
          <w:sz w:val="21"/>
          <w:szCs w:val="21"/>
        </w:rPr>
      </w:pPr>
      <w:r w:rsidRPr="00011A74">
        <w:rPr>
          <w:rFonts w:eastAsia="Arial"/>
          <w:color w:val="111111"/>
          <w:sz w:val="21"/>
          <w:szCs w:val="21"/>
        </w:rPr>
        <w:t>Joke writers aren</w:t>
      </w:r>
      <w:r w:rsidR="00011A74">
        <w:rPr>
          <w:rFonts w:eastAsia="Arial"/>
          <w:color w:val="111111"/>
          <w:sz w:val="21"/>
          <w:szCs w:val="21"/>
        </w:rPr>
        <w:t>’</w:t>
      </w:r>
      <w:r w:rsidRPr="00011A74">
        <w:rPr>
          <w:rFonts w:eastAsia="Arial"/>
          <w:color w:val="111111"/>
          <w:sz w:val="21"/>
          <w:szCs w:val="21"/>
        </w:rPr>
        <w:t xml:space="preserve">t the only authors who enjoy wordplay. The </w:t>
      </w:r>
      <w:r w:rsidRPr="00011A74">
        <w:rPr>
          <w:rFonts w:eastAsia="Arial"/>
          <w:i/>
          <w:color w:val="111111"/>
          <w:sz w:val="21"/>
          <w:szCs w:val="21"/>
        </w:rPr>
        <w:t>Amelia Bedelia</w:t>
      </w:r>
      <w:r w:rsidRPr="00011A74">
        <w:rPr>
          <w:rFonts w:eastAsia="Arial"/>
          <w:color w:val="111111"/>
          <w:sz w:val="21"/>
          <w:szCs w:val="21"/>
        </w:rPr>
        <w:t xml:space="preserve"> books use funny misunderstandings, and poems by </w:t>
      </w:r>
      <w:r w:rsidRPr="00011A74">
        <w:rPr>
          <w:rFonts w:eastAsia="Arial"/>
          <w:b/>
          <w:color w:val="111111"/>
          <w:sz w:val="21"/>
          <w:szCs w:val="21"/>
        </w:rPr>
        <w:t>Shel Silverstein</w:t>
      </w:r>
      <w:r w:rsidRPr="00011A74">
        <w:rPr>
          <w:rFonts w:eastAsia="Arial"/>
          <w:color w:val="111111"/>
          <w:sz w:val="21"/>
          <w:szCs w:val="21"/>
        </w:rPr>
        <w:t xml:space="preserve"> and </w:t>
      </w:r>
      <w:r w:rsidRPr="00011A74">
        <w:rPr>
          <w:rFonts w:eastAsia="Arial"/>
          <w:b/>
          <w:color w:val="111111"/>
          <w:sz w:val="21"/>
          <w:szCs w:val="21"/>
        </w:rPr>
        <w:t>Jack Prelutsky</w:t>
      </w:r>
      <w:r w:rsidRPr="00011A74">
        <w:rPr>
          <w:rFonts w:eastAsia="Arial"/>
          <w:color w:val="111111"/>
          <w:sz w:val="21"/>
          <w:szCs w:val="21"/>
        </w:rPr>
        <w:t xml:space="preserve"> surprise readers with playful sounds and unexpected meanings. Watch for wordplay as you read!</w:t>
      </w:r>
    </w:p>
    <w:tbl>
      <w:tblPr>
        <w:tblW w:w="0" w:type="auto"/>
        <w:jc w:val="center"/>
        <w:tblLayout w:type="fixed"/>
        <w:tblLook w:val="04A0" w:firstRow="1" w:lastRow="0" w:firstColumn="1" w:lastColumn="0" w:noHBand="0" w:noVBand="1"/>
      </w:tblPr>
      <w:tblGrid>
        <w:gridCol w:w="11116"/>
      </w:tblGrid>
      <w:tr w:rsidR="00522295">
        <w:trPr>
          <w:jc w:val="center"/>
        </w:trPr>
        <w:tc>
          <w:tcPr>
            <w:tcW w:w="11116" w:type="dxa"/>
            <w:shd w:val="clear" w:color="auto" w:fill="E7E7E7"/>
            <w:tcMar>
              <w:top w:w="12" w:type="dxa"/>
              <w:left w:w="0" w:type="dxa"/>
              <w:bottom w:w="12" w:type="dxa"/>
              <w:right w:w="0" w:type="dxa"/>
            </w:tcMar>
          </w:tcPr>
          <w:p w:rsidR="00000000" w:rsidRDefault="00000000">
            <w:pPr>
              <w:spacing w:line="202" w:lineRule="auto"/>
            </w:pPr>
            <w:r>
              <w:rPr>
                <w:rFonts w:eastAsia="Arial"/>
                <w:b/>
                <w:color w:val="111111"/>
                <w:sz w:val="18"/>
              </w:rPr>
              <w:t>BONUS CHALLENGE</w:t>
            </w:r>
          </w:p>
        </w:tc>
      </w:tr>
    </w:tbl>
    <w:p w:rsidR="00000000" w:rsidRPr="00011A74" w:rsidRDefault="00000000">
      <w:pPr>
        <w:spacing w:line="202" w:lineRule="auto"/>
        <w:rPr>
          <w:sz w:val="21"/>
          <w:szCs w:val="21"/>
        </w:rPr>
      </w:pPr>
      <w:r w:rsidRPr="00011A74">
        <w:rPr>
          <w:rFonts w:eastAsia="Arial"/>
          <w:color w:val="111111"/>
          <w:sz w:val="21"/>
          <w:szCs w:val="21"/>
        </w:rPr>
        <w:t>Think of a joke, find one in a joke book, or ask someone to tell you one. Write it below. Circle the words that create the wordplay. If it does not use wordplay, add a small illustration that helps tell the joke.</w:t>
      </w:r>
    </w:p>
    <w:tbl>
      <w:tblPr>
        <w:tblW w:w="0" w:type="auto"/>
        <w:jc w:val="center"/>
        <w:tblLayout w:type="fixed"/>
        <w:tblLook w:val="04A0" w:firstRow="1" w:lastRow="0" w:firstColumn="1" w:lastColumn="0" w:noHBand="0" w:noVBand="1"/>
      </w:tblPr>
      <w:tblGrid>
        <w:gridCol w:w="11116"/>
        <w:gridCol w:w="70"/>
      </w:tblGrid>
      <w:tr w:rsidR="00522295">
        <w:trPr>
          <w:cantSplit/>
          <w:jc w:val="center"/>
        </w:trPr>
        <w:tc>
          <w:tcPr>
            <w:tcW w:w="11116" w:type="dxa"/>
            <w:gridSpan w:val="2"/>
            <w:tcBorders>
              <w:bottom w:val="single" w:sz="7" w:space="0" w:color="444444"/>
            </w:tcBorders>
            <w:tcMar>
              <w:top w:w="82" w:type="dxa"/>
              <w:left w:w="0" w:type="dxa"/>
              <w:bottom w:w="82" w:type="dxa"/>
              <w:right w:w="0" w:type="dxa"/>
            </w:tcMar>
          </w:tcPr>
          <w:p w:rsidR="00000000" w:rsidRDefault="00000000">
            <w:pPr>
              <w:spacing w:line="202" w:lineRule="auto"/>
            </w:pPr>
            <w:r>
              <w:rPr>
                <w:rFonts w:eastAsia="Arial"/>
                <w:color w:val="111111"/>
                <w:sz w:val="18"/>
              </w:rPr>
              <w:t> </w:t>
            </w:r>
          </w:p>
        </w:tc>
      </w:tr>
      <w:tr w:rsidR="00522295">
        <w:trPr>
          <w:cantSplit/>
          <w:jc w:val="center"/>
        </w:trPr>
        <w:tc>
          <w:tcPr>
            <w:tcW w:w="11116" w:type="dxa"/>
            <w:gridSpan w:val="2"/>
            <w:tcBorders>
              <w:bottom w:val="single" w:sz="7" w:space="0" w:color="444444"/>
            </w:tcBorders>
            <w:tcMar>
              <w:top w:w="82" w:type="dxa"/>
              <w:left w:w="0" w:type="dxa"/>
              <w:bottom w:w="82" w:type="dxa"/>
              <w:right w:w="0" w:type="dxa"/>
            </w:tcMar>
          </w:tcPr>
          <w:p w:rsidR="00000000" w:rsidRDefault="00000000">
            <w:pPr>
              <w:spacing w:line="202" w:lineRule="auto"/>
            </w:pPr>
            <w:r>
              <w:rPr>
                <w:rFonts w:eastAsia="Arial"/>
                <w:color w:val="111111"/>
                <w:sz w:val="18"/>
              </w:rPr>
              <w:t> </w:t>
            </w:r>
          </w:p>
        </w:tc>
      </w:tr>
      <w:tr w:rsidR="00522295">
        <w:trPr>
          <w:cantSplit/>
          <w:jc w:val="center"/>
        </w:trPr>
        <w:tc>
          <w:tcPr>
            <w:tcW w:w="11116" w:type="dxa"/>
            <w:gridSpan w:val="2"/>
            <w:tcBorders>
              <w:bottom w:val="single" w:sz="7" w:space="0" w:color="444444"/>
            </w:tcBorders>
            <w:tcMar>
              <w:top w:w="82" w:type="dxa"/>
              <w:left w:w="0" w:type="dxa"/>
              <w:bottom w:w="82" w:type="dxa"/>
              <w:right w:w="0" w:type="dxa"/>
            </w:tcMar>
          </w:tcPr>
          <w:p w:rsidR="00000000" w:rsidRDefault="00000000">
            <w:pPr>
              <w:spacing w:line="202" w:lineRule="auto"/>
            </w:pPr>
            <w:r>
              <w:rPr>
                <w:rFonts w:eastAsia="Arial"/>
                <w:color w:val="111111"/>
                <w:sz w:val="18"/>
              </w:rPr>
              <w:t> </w:t>
            </w:r>
          </w:p>
        </w:tc>
      </w:tr>
      <w:tr w:rsidR="00522295">
        <w:trPr>
          <w:gridAfter w:val="1"/>
          <w:wAfter w:w="70" w:type="dxa"/>
          <w:jc w:val="center"/>
        </w:trPr>
        <w:tc>
          <w:tcPr>
            <w:tcW w:w="11116" w:type="dxa"/>
            <w:tcBorders>
              <w:top w:val="single" w:sz="6" w:space="0" w:color="777777"/>
              <w:left w:val="single" w:sz="6" w:space="0" w:color="777777"/>
              <w:bottom w:val="single" w:sz="6" w:space="0" w:color="777777"/>
              <w:right w:val="single" w:sz="6" w:space="0" w:color="777777"/>
            </w:tcBorders>
            <w:shd w:val="clear" w:color="auto" w:fill="E7E7E7"/>
            <w:tcMar>
              <w:top w:w="38" w:type="dxa"/>
              <w:left w:w="70" w:type="dxa"/>
              <w:bottom w:w="38" w:type="dxa"/>
              <w:right w:w="70" w:type="dxa"/>
            </w:tcMar>
          </w:tcPr>
          <w:p w:rsidR="00000000" w:rsidRPr="00011A74" w:rsidRDefault="00000000">
            <w:pPr>
              <w:spacing w:line="202" w:lineRule="auto"/>
              <w:rPr>
                <w:sz w:val="21"/>
                <w:szCs w:val="21"/>
              </w:rPr>
            </w:pPr>
            <w:r w:rsidRPr="00011A74">
              <w:rPr>
                <w:rFonts w:eastAsia="Arial"/>
                <w:b/>
                <w:color w:val="111111"/>
                <w:sz w:val="21"/>
                <w:szCs w:val="21"/>
              </w:rPr>
              <w:t>RALPH</w:t>
            </w:r>
            <w:r w:rsidR="00011A74">
              <w:rPr>
                <w:rFonts w:eastAsia="Arial"/>
                <w:b/>
                <w:color w:val="111111"/>
                <w:sz w:val="21"/>
                <w:szCs w:val="21"/>
              </w:rPr>
              <w:t>’</w:t>
            </w:r>
            <w:r w:rsidRPr="00011A74">
              <w:rPr>
                <w:rFonts w:eastAsia="Arial"/>
                <w:b/>
                <w:color w:val="111111"/>
                <w:sz w:val="21"/>
                <w:szCs w:val="21"/>
              </w:rPr>
              <w:t>S READING TIP</w:t>
            </w:r>
            <w:r w:rsidR="00011A74">
              <w:rPr>
                <w:rFonts w:eastAsia="Arial"/>
                <w:b/>
                <w:color w:val="111111"/>
                <w:sz w:val="21"/>
                <w:szCs w:val="21"/>
              </w:rPr>
              <w:t>:</w:t>
            </w:r>
            <w:r w:rsidRPr="00011A74">
              <w:rPr>
                <w:rFonts w:eastAsia="Arial"/>
                <w:b/>
                <w:color w:val="111111"/>
                <w:sz w:val="21"/>
                <w:szCs w:val="21"/>
              </w:rPr>
              <w:t xml:space="preserve">  Great readers notice when authors play with words. The more wordplay you discover, the more jokes - and books - you'll understand and enjoy!</w:t>
            </w:r>
          </w:p>
        </w:tc>
      </w:tr>
    </w:tbl>
    <w:p w:rsidR="00B63F71" w:rsidRDefault="00000000">
      <w:pPr>
        <w:spacing w:line="20" w:lineRule="exact"/>
      </w:pPr>
      <w:r>
        <w:rPr>
          <w:sz w:val="2"/>
        </w:rPr>
        <w:br w:type="page"/>
      </w:r>
    </w:p>
    <w:tbl>
      <w:tblPr>
        <w:tblW w:w="0" w:type="auto"/>
        <w:jc w:val="center"/>
        <w:tblLayout w:type="fixed"/>
        <w:tblLook w:val="04A0" w:firstRow="1" w:lastRow="0" w:firstColumn="1" w:lastColumn="0" w:noHBand="0" w:noVBand="1"/>
      </w:tblPr>
      <w:tblGrid>
        <w:gridCol w:w="7070"/>
        <w:gridCol w:w="4046"/>
      </w:tblGrid>
      <w:tr w:rsidR="00223CF6">
        <w:trPr>
          <w:jc w:val="center"/>
        </w:trPr>
        <w:tc>
          <w:tcPr>
            <w:tcW w:w="7070" w:type="dxa"/>
            <w:tcBorders>
              <w:top w:val="single" w:sz="10" w:space="0" w:color="777777"/>
              <w:left w:val="single" w:sz="10" w:space="0" w:color="777777"/>
              <w:bottom w:val="single" w:sz="10" w:space="0" w:color="777777"/>
              <w:right w:val="single" w:sz="10" w:space="0" w:color="777777"/>
            </w:tcBorders>
            <w:tcMar>
              <w:top w:w="95" w:type="dxa"/>
              <w:left w:w="90" w:type="dxa"/>
              <w:bottom w:w="95" w:type="dxa"/>
              <w:right w:w="90" w:type="dxa"/>
            </w:tcMar>
            <w:vAlign w:val="center"/>
          </w:tcPr>
          <w:p w:rsidR="00000000" w:rsidRDefault="00000000">
            <w:pPr>
              <w:spacing w:after="20"/>
            </w:pPr>
            <w:r>
              <w:rPr>
                <w:rFonts w:eastAsia="Arial"/>
                <w:b/>
                <w:color w:val="555555"/>
                <w:sz w:val="18"/>
              </w:rPr>
              <w:lastRenderedPageBreak/>
              <w:t xml:space="preserve">JOKE DETECTIVE ACTIVITY SHEET  </w:t>
            </w:r>
            <w:r>
              <w:rPr>
                <w:rFonts w:eastAsia="Arial"/>
                <w:b/>
                <w:color w:val="111111"/>
                <w:sz w:val="18"/>
              </w:rPr>
              <w:t>JBRA-S05</w:t>
            </w:r>
          </w:p>
          <w:p w:rsidR="00000000" w:rsidRDefault="00000000">
            <w:pPr>
              <w:spacing w:line="240" w:lineRule="auto"/>
            </w:pPr>
            <w:r>
              <w:rPr>
                <w:rFonts w:eastAsia="Arial"/>
                <w:b/>
                <w:color w:val="111111"/>
                <w:sz w:val="18"/>
              </w:rPr>
              <w:t>Background Knowledge</w:t>
            </w:r>
          </w:p>
        </w:tc>
        <w:tc>
          <w:tcPr>
            <w:tcW w:w="4046" w:type="dxa"/>
            <w:tcBorders>
              <w:top w:val="single" w:sz="10" w:space="0" w:color="777777"/>
              <w:left w:val="single" w:sz="10" w:space="0" w:color="777777"/>
              <w:bottom w:val="single" w:sz="10" w:space="0" w:color="777777"/>
              <w:right w:val="single" w:sz="10" w:space="0" w:color="777777"/>
            </w:tcBorders>
            <w:shd w:val="clear" w:color="auto" w:fill="E7E7E7"/>
            <w:tcMar>
              <w:top w:w="95" w:type="dxa"/>
              <w:left w:w="90" w:type="dxa"/>
              <w:bottom w:w="95" w:type="dxa"/>
              <w:right w:w="90" w:type="dxa"/>
            </w:tcMar>
            <w:vAlign w:val="center"/>
          </w:tcPr>
          <w:p w:rsidR="00000000" w:rsidRDefault="00000000">
            <w:pPr>
              <w:spacing w:line="240" w:lineRule="auto"/>
              <w:jc w:val="center"/>
            </w:pPr>
            <w:r>
              <w:rPr>
                <w:rFonts w:eastAsia="Arial"/>
                <w:b/>
                <w:color w:val="555555"/>
                <w:sz w:val="18"/>
              </w:rPr>
              <w:t>READING SKILL</w:t>
            </w:r>
          </w:p>
          <w:p w:rsidR="00000000" w:rsidRDefault="00000000">
            <w:pPr>
              <w:spacing w:line="240" w:lineRule="auto"/>
              <w:jc w:val="center"/>
            </w:pPr>
            <w:r>
              <w:rPr>
                <w:rFonts w:eastAsia="Arial"/>
                <w:b/>
                <w:color w:val="111111"/>
                <w:sz w:val="18"/>
              </w:rPr>
              <w:t>Using Prior Knowledge</w:t>
            </w:r>
          </w:p>
        </w:tc>
      </w:tr>
    </w:tbl>
    <w:p w:rsidR="00000000" w:rsidRDefault="00000000">
      <w:pPr>
        <w:spacing w:after="20"/>
      </w:pPr>
    </w:p>
    <w:p w:rsidR="00000000" w:rsidRDefault="00000000" w:rsidP="009F303B">
      <w:pPr>
        <w:spacing w:after="20" w:line="480" w:lineRule="auto"/>
      </w:pPr>
      <w:r>
        <w:rPr>
          <w:rFonts w:eastAsia="Arial"/>
          <w:color w:val="111111"/>
          <w:sz w:val="18"/>
        </w:rPr>
        <w:t>Name: ___________________________________________________   Date: ____________________</w:t>
      </w:r>
      <w:proofErr w:type="gramStart"/>
      <w:r>
        <w:rPr>
          <w:rFonts w:eastAsia="Arial"/>
          <w:color w:val="111111"/>
          <w:sz w:val="18"/>
        </w:rPr>
        <w:t>_  Class</w:t>
      </w:r>
      <w:proofErr w:type="gramEnd"/>
      <w:r>
        <w:rPr>
          <w:rFonts w:eastAsia="Arial"/>
          <w:color w:val="111111"/>
          <w:sz w:val="18"/>
        </w:rPr>
        <w:t>/Period: ____________________</w:t>
      </w:r>
    </w:p>
    <w:tbl>
      <w:tblPr>
        <w:tblW w:w="0" w:type="auto"/>
        <w:jc w:val="center"/>
        <w:tblLayout w:type="fixed"/>
        <w:tblLook w:val="04A0" w:firstRow="1" w:lastRow="0" w:firstColumn="1" w:lastColumn="0" w:noHBand="0" w:noVBand="1"/>
      </w:tblPr>
      <w:tblGrid>
        <w:gridCol w:w="11116"/>
      </w:tblGrid>
      <w:tr w:rsidR="00223CF6">
        <w:trPr>
          <w:jc w:val="center"/>
        </w:trPr>
        <w:tc>
          <w:tcPr>
            <w:tcW w:w="11116" w:type="dxa"/>
            <w:shd w:val="clear" w:color="auto" w:fill="E7E7E7"/>
            <w:tcMar>
              <w:top w:w="12" w:type="dxa"/>
              <w:left w:w="0" w:type="dxa"/>
              <w:bottom w:w="12" w:type="dxa"/>
              <w:right w:w="0" w:type="dxa"/>
            </w:tcMar>
          </w:tcPr>
          <w:p w:rsidR="00000000" w:rsidRDefault="00000000">
            <w:pPr>
              <w:spacing w:line="240" w:lineRule="auto"/>
            </w:pPr>
            <w:r>
              <w:rPr>
                <w:rFonts w:eastAsia="Arial"/>
                <w:b/>
                <w:color w:val="111111"/>
                <w:sz w:val="18"/>
              </w:rPr>
              <w:t>WARM-UP</w:t>
            </w:r>
          </w:p>
        </w:tc>
      </w:tr>
    </w:tbl>
    <w:p w:rsidR="00000000" w:rsidRDefault="00000000">
      <w:pPr>
        <w:spacing w:before="20" w:after="40"/>
      </w:pPr>
      <w:r>
        <w:rPr>
          <w:rFonts w:eastAsia="Arial"/>
          <w:sz w:val="18"/>
        </w:rPr>
        <w:t xml:space="preserve">Have you heard a joke that someone else understood, but you didn't? </w:t>
      </w:r>
      <w:r>
        <w:rPr>
          <w:rFonts w:eastAsia="Arial"/>
          <w:b/>
          <w:sz w:val="18"/>
        </w:rPr>
        <w:t>Good readers use background knowledge</w:t>
      </w:r>
      <w:r>
        <w:rPr>
          <w:rFonts w:eastAsia="Arial"/>
          <w:sz w:val="18"/>
        </w:rPr>
        <w:t xml:space="preserve"> - facts and experiences you already have - to understand reading and jokes. The more you learn, the more jokes you'll understand!</w:t>
      </w:r>
    </w:p>
    <w:tbl>
      <w:tblPr>
        <w:tblW w:w="0" w:type="auto"/>
        <w:jc w:val="center"/>
        <w:tblLayout w:type="fixed"/>
        <w:tblLook w:val="04A0" w:firstRow="1" w:lastRow="0" w:firstColumn="1" w:lastColumn="0" w:noHBand="0" w:noVBand="1"/>
      </w:tblPr>
      <w:tblGrid>
        <w:gridCol w:w="11116"/>
      </w:tblGrid>
      <w:tr w:rsidR="00223CF6">
        <w:trPr>
          <w:jc w:val="center"/>
        </w:trPr>
        <w:tc>
          <w:tcPr>
            <w:tcW w:w="11116" w:type="dxa"/>
            <w:shd w:val="clear" w:color="auto" w:fill="E7E7E7"/>
            <w:tcMar>
              <w:top w:w="12" w:type="dxa"/>
              <w:left w:w="0" w:type="dxa"/>
              <w:bottom w:w="12" w:type="dxa"/>
              <w:right w:w="0" w:type="dxa"/>
            </w:tcMar>
          </w:tcPr>
          <w:p w:rsidR="00000000" w:rsidRDefault="00000000">
            <w:pPr>
              <w:spacing w:line="240" w:lineRule="auto"/>
            </w:pPr>
            <w:r>
              <w:rPr>
                <w:rFonts w:eastAsia="Arial"/>
                <w:b/>
                <w:color w:val="111111"/>
                <w:sz w:val="18"/>
              </w:rPr>
              <w:t>JOKE DETECTIVE CHALLENGE</w:t>
            </w:r>
          </w:p>
        </w:tc>
      </w:tr>
    </w:tbl>
    <w:p w:rsidR="00000000" w:rsidRDefault="00000000">
      <w:pPr>
        <w:spacing w:before="20" w:after="40"/>
      </w:pPr>
      <w:r>
        <w:rPr>
          <w:rFonts w:eastAsia="Arial"/>
          <w:sz w:val="18"/>
        </w:rPr>
        <w:t xml:space="preserve">Read each joke. Then explain: </w:t>
      </w:r>
      <w:r>
        <w:rPr>
          <w:rFonts w:eastAsia="Arial"/>
          <w:b/>
          <w:sz w:val="18"/>
        </w:rPr>
        <w:t>What did you need to know before the joke made sense?</w:t>
      </w:r>
    </w:p>
    <w:tbl>
      <w:tblPr>
        <w:tblW w:w="0" w:type="auto"/>
        <w:jc w:val="center"/>
        <w:tblLayout w:type="fixed"/>
        <w:tblLook w:val="04A0" w:firstRow="1" w:lastRow="0" w:firstColumn="1" w:lastColumn="0" w:noHBand="0" w:noVBand="1"/>
      </w:tblPr>
      <w:tblGrid>
        <w:gridCol w:w="11116"/>
        <w:gridCol w:w="55"/>
      </w:tblGrid>
      <w:tr w:rsidR="00223CF6">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223CF6">
              <w:tc>
                <w:tcPr>
                  <w:tcW w:w="9446" w:type="dxa"/>
                  <w:tcMar>
                    <w:top w:w="0" w:type="dxa"/>
                    <w:left w:w="0" w:type="dxa"/>
                    <w:bottom w:w="0" w:type="dxa"/>
                    <w:right w:w="0" w:type="dxa"/>
                  </w:tcMar>
                  <w:vAlign w:val="center"/>
                </w:tcPr>
                <w:p w:rsidR="00000000" w:rsidRDefault="00000000">
                  <w:pPr>
                    <w:spacing w:line="240" w:lineRule="auto"/>
                  </w:pPr>
                  <w:r>
                    <w:rPr>
                      <w:rFonts w:eastAsia="Arial"/>
                      <w:b/>
                      <w:color w:val="5A5A5A"/>
                      <w:sz w:val="18"/>
                    </w:rPr>
                    <w:t xml:space="preserve">Joke 1  </w:t>
                  </w:r>
                  <w:r>
                    <w:rPr>
                      <w:rFonts w:eastAsia="Arial"/>
                      <w:b/>
                      <w:color w:val="111111"/>
                      <w:sz w:val="18"/>
                    </w:rPr>
                    <w:t>How can you tell the difference between an alligator and a crocodile?</w:t>
                  </w:r>
                </w:p>
                <w:p w:rsidR="00000000" w:rsidRDefault="00000000">
                  <w:pPr>
                    <w:spacing w:line="240" w:lineRule="auto"/>
                  </w:pPr>
                  <w:r>
                    <w:rPr>
                      <w:rFonts w:eastAsia="Arial"/>
                      <w:i/>
                      <w:color w:val="111111"/>
                      <w:sz w:val="18"/>
                    </w:rPr>
                    <w:t>It all depends on whether you'll see it later or in a while.</w:t>
                  </w:r>
                </w:p>
              </w:tc>
              <w:tc>
                <w:tcPr>
                  <w:tcW w:w="1468" w:type="dxa"/>
                  <w:tcMar>
                    <w:top w:w="0" w:type="dxa"/>
                    <w:left w:w="0" w:type="dxa"/>
                    <w:bottom w:w="0" w:type="dxa"/>
                    <w:right w:w="0" w:type="dxa"/>
                  </w:tcMar>
                  <w:vAlign w:val="center"/>
                </w:tcPr>
                <w:p w:rsidR="00000000" w:rsidRDefault="00000000">
                  <w:pPr>
                    <w:spacing w:line="240" w:lineRule="auto"/>
                    <w:jc w:val="center"/>
                  </w:pPr>
                  <w:r>
                    <w:rPr>
                      <w:rFonts w:eastAsia="Arial"/>
                      <w:noProof/>
                      <w:sz w:val="18"/>
                    </w:rPr>
                    <w:drawing>
                      <wp:inline distT="0" distB="0" distL="0" distR="0">
                        <wp:extent cx="713232" cy="713232"/>
                        <wp:effectExtent l="0" t="0" r="0" b="0"/>
                        <wp:docPr id="4604890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ligator-crocodile.png"/>
                                <pic:cNvPicPr/>
                              </pic:nvPicPr>
                              <pic:blipFill>
                                <a:blip r:embed="rId21"/>
                                <a:stretch>
                                  <a:fillRect/>
                                </a:stretch>
                              </pic:blipFill>
                              <pic:spPr>
                                <a:xfrm>
                                  <a:off x="0" y="0"/>
                                  <a:ext cx="713232" cy="713232"/>
                                </a:xfrm>
                                <a:prstGeom prst="rect">
                                  <a:avLst/>
                                </a:prstGeom>
                              </pic:spPr>
                            </pic:pic>
                          </a:graphicData>
                        </a:graphic>
                      </wp:inline>
                    </w:drawing>
                  </w:r>
                </w:p>
              </w:tc>
            </w:tr>
          </w:tbl>
          <w:p w:rsidR="00000000" w:rsidRDefault="00000000">
            <w:pPr>
              <w:spacing w:line="240" w:lineRule="auto"/>
            </w:pPr>
          </w:p>
          <w:p w:rsidR="00000000" w:rsidRDefault="00000000">
            <w:pPr>
              <w:spacing w:line="240" w:lineRule="auto"/>
            </w:pPr>
            <w:r>
              <w:rPr>
                <w:rFonts w:eastAsia="Arial"/>
                <w:b/>
                <w:color w:val="111111"/>
                <w:sz w:val="18"/>
              </w:rPr>
              <w:t>Background knowledge clue:</w:t>
            </w:r>
          </w:p>
          <w:p w:rsidR="00000000" w:rsidRDefault="00000000">
            <w:pPr>
              <w:pBdr>
                <w:bottom w:val="single" w:sz="6" w:space="1" w:color="4A4A4A"/>
              </w:pBdr>
              <w:spacing w:before="120" w:after="40"/>
            </w:pPr>
          </w:p>
        </w:tc>
      </w:tr>
      <w:tr w:rsidR="00223CF6">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223CF6">
              <w:tc>
                <w:tcPr>
                  <w:tcW w:w="9446" w:type="dxa"/>
                  <w:tcMar>
                    <w:top w:w="0" w:type="dxa"/>
                    <w:left w:w="0" w:type="dxa"/>
                    <w:bottom w:w="0" w:type="dxa"/>
                    <w:right w:w="0" w:type="dxa"/>
                  </w:tcMar>
                  <w:vAlign w:val="center"/>
                </w:tcPr>
                <w:p w:rsidR="00000000" w:rsidRDefault="00000000">
                  <w:pPr>
                    <w:spacing w:line="240" w:lineRule="auto"/>
                  </w:pPr>
                  <w:r>
                    <w:rPr>
                      <w:rFonts w:eastAsia="Arial"/>
                      <w:b/>
                      <w:color w:val="5A5A5A"/>
                      <w:sz w:val="18"/>
                    </w:rPr>
                    <w:t xml:space="preserve">Joke 2  </w:t>
                  </w:r>
                  <w:r>
                    <w:rPr>
                      <w:rFonts w:eastAsia="Arial"/>
                      <w:b/>
                      <w:color w:val="111111"/>
                      <w:sz w:val="18"/>
                    </w:rPr>
                    <w:t>What does an Easter Bunny get for making a basket?</w:t>
                  </w:r>
                </w:p>
                <w:p w:rsidR="00000000" w:rsidRDefault="00000000">
                  <w:pPr>
                    <w:spacing w:line="240" w:lineRule="auto"/>
                  </w:pPr>
                  <w:r>
                    <w:rPr>
                      <w:rFonts w:eastAsia="Arial"/>
                      <w:i/>
                      <w:color w:val="111111"/>
                      <w:sz w:val="18"/>
                    </w:rPr>
                    <w:t>Two points, just like everyone else.</w:t>
                  </w:r>
                </w:p>
              </w:tc>
              <w:tc>
                <w:tcPr>
                  <w:tcW w:w="1468" w:type="dxa"/>
                  <w:tcMar>
                    <w:top w:w="0" w:type="dxa"/>
                    <w:left w:w="0" w:type="dxa"/>
                    <w:bottom w:w="0" w:type="dxa"/>
                    <w:right w:w="0" w:type="dxa"/>
                  </w:tcMar>
                  <w:vAlign w:val="center"/>
                </w:tcPr>
                <w:p w:rsidR="00000000" w:rsidRDefault="00000000">
                  <w:pPr>
                    <w:spacing w:line="240" w:lineRule="auto"/>
                    <w:jc w:val="center"/>
                  </w:pPr>
                  <w:r>
                    <w:rPr>
                      <w:rFonts w:eastAsia="Arial"/>
                      <w:noProof/>
                      <w:sz w:val="18"/>
                    </w:rPr>
                    <w:drawing>
                      <wp:inline distT="0" distB="0" distL="0" distR="0">
                        <wp:extent cx="713232" cy="713232"/>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aster-bunny-basketball.png"/>
                                <pic:cNvPicPr/>
                              </pic:nvPicPr>
                              <pic:blipFill>
                                <a:blip r:embed="rId22"/>
                                <a:stretch>
                                  <a:fillRect/>
                                </a:stretch>
                              </pic:blipFill>
                              <pic:spPr>
                                <a:xfrm>
                                  <a:off x="0" y="0"/>
                                  <a:ext cx="713232" cy="713232"/>
                                </a:xfrm>
                                <a:prstGeom prst="rect">
                                  <a:avLst/>
                                </a:prstGeom>
                              </pic:spPr>
                            </pic:pic>
                          </a:graphicData>
                        </a:graphic>
                      </wp:inline>
                    </w:drawing>
                  </w:r>
                </w:p>
              </w:tc>
            </w:tr>
          </w:tbl>
          <w:p w:rsidR="00000000" w:rsidRDefault="00000000">
            <w:pPr>
              <w:spacing w:line="240" w:lineRule="auto"/>
            </w:pPr>
          </w:p>
          <w:p w:rsidR="00000000" w:rsidRDefault="00000000">
            <w:pPr>
              <w:spacing w:line="240" w:lineRule="auto"/>
            </w:pPr>
            <w:r>
              <w:rPr>
                <w:rFonts w:eastAsia="Arial"/>
                <w:b/>
                <w:color w:val="111111"/>
                <w:sz w:val="18"/>
              </w:rPr>
              <w:t>Background knowledge clue:</w:t>
            </w:r>
          </w:p>
          <w:p w:rsidR="00000000" w:rsidRDefault="00000000">
            <w:pPr>
              <w:pBdr>
                <w:bottom w:val="single" w:sz="6" w:space="1" w:color="4A4A4A"/>
              </w:pBdr>
              <w:spacing w:before="120" w:after="40"/>
            </w:pPr>
          </w:p>
        </w:tc>
      </w:tr>
      <w:tr w:rsidR="00223CF6">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223CF6">
              <w:tc>
                <w:tcPr>
                  <w:tcW w:w="9446" w:type="dxa"/>
                  <w:tcMar>
                    <w:top w:w="0" w:type="dxa"/>
                    <w:left w:w="0" w:type="dxa"/>
                    <w:bottom w:w="0" w:type="dxa"/>
                    <w:right w:w="0" w:type="dxa"/>
                  </w:tcMar>
                  <w:vAlign w:val="center"/>
                </w:tcPr>
                <w:p w:rsidR="00000000" w:rsidRDefault="00000000">
                  <w:pPr>
                    <w:spacing w:line="240" w:lineRule="auto"/>
                  </w:pPr>
                  <w:r>
                    <w:rPr>
                      <w:rFonts w:eastAsia="Arial"/>
                      <w:b/>
                      <w:color w:val="5A5A5A"/>
                      <w:sz w:val="18"/>
                    </w:rPr>
                    <w:t xml:space="preserve">Joke 3  </w:t>
                  </w:r>
                  <w:r>
                    <w:rPr>
                      <w:rFonts w:eastAsia="Arial"/>
                      <w:b/>
                      <w:color w:val="111111"/>
                      <w:sz w:val="18"/>
                    </w:rPr>
                    <w:t>How much did Santa pay for his sleigh?</w:t>
                  </w:r>
                </w:p>
                <w:p w:rsidR="00000000" w:rsidRDefault="00000000">
                  <w:pPr>
                    <w:spacing w:line="240" w:lineRule="auto"/>
                  </w:pPr>
                  <w:r>
                    <w:rPr>
                      <w:rFonts w:eastAsia="Arial"/>
                      <w:i/>
                      <w:color w:val="111111"/>
                      <w:sz w:val="18"/>
                    </w:rPr>
                    <w:t>Nothing. It was on the house!</w:t>
                  </w:r>
                </w:p>
              </w:tc>
              <w:tc>
                <w:tcPr>
                  <w:tcW w:w="1468" w:type="dxa"/>
                  <w:tcMar>
                    <w:top w:w="0" w:type="dxa"/>
                    <w:left w:w="0" w:type="dxa"/>
                    <w:bottom w:w="0" w:type="dxa"/>
                    <w:right w:w="0" w:type="dxa"/>
                  </w:tcMar>
                  <w:vAlign w:val="center"/>
                </w:tcPr>
                <w:p w:rsidR="00000000" w:rsidRDefault="00000000">
                  <w:pPr>
                    <w:spacing w:line="240" w:lineRule="auto"/>
                    <w:jc w:val="center"/>
                  </w:pPr>
                  <w:r>
                    <w:rPr>
                      <w:rFonts w:eastAsia="Arial"/>
                      <w:noProof/>
                      <w:sz w:val="18"/>
                    </w:rPr>
                    <w:drawing>
                      <wp:inline distT="0" distB="0" distL="0" distR="0">
                        <wp:extent cx="713232" cy="713232"/>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nta-rooftop-sleigh.png"/>
                                <pic:cNvPicPr/>
                              </pic:nvPicPr>
                              <pic:blipFill>
                                <a:blip r:embed="rId23"/>
                                <a:stretch>
                                  <a:fillRect/>
                                </a:stretch>
                              </pic:blipFill>
                              <pic:spPr>
                                <a:xfrm>
                                  <a:off x="0" y="0"/>
                                  <a:ext cx="713232" cy="713232"/>
                                </a:xfrm>
                                <a:prstGeom prst="rect">
                                  <a:avLst/>
                                </a:prstGeom>
                              </pic:spPr>
                            </pic:pic>
                          </a:graphicData>
                        </a:graphic>
                      </wp:inline>
                    </w:drawing>
                  </w:r>
                </w:p>
              </w:tc>
            </w:tr>
          </w:tbl>
          <w:p w:rsidR="00000000" w:rsidRDefault="00000000">
            <w:pPr>
              <w:spacing w:line="240" w:lineRule="auto"/>
            </w:pPr>
          </w:p>
          <w:p w:rsidR="00000000" w:rsidRDefault="00000000">
            <w:pPr>
              <w:spacing w:line="240" w:lineRule="auto"/>
            </w:pPr>
            <w:r>
              <w:rPr>
                <w:rFonts w:eastAsia="Arial"/>
                <w:b/>
                <w:color w:val="111111"/>
                <w:sz w:val="18"/>
              </w:rPr>
              <w:t>Background knowledge clue:</w:t>
            </w:r>
          </w:p>
          <w:p w:rsidR="00000000" w:rsidRDefault="00000000">
            <w:pPr>
              <w:pBdr>
                <w:bottom w:val="single" w:sz="6" w:space="1" w:color="4A4A4A"/>
              </w:pBdr>
              <w:spacing w:before="120" w:after="40"/>
            </w:pPr>
          </w:p>
        </w:tc>
      </w:tr>
      <w:tr w:rsidR="00223CF6">
        <w:trPr>
          <w:gridAfter w:val="1"/>
          <w:wAfter w:w="55" w:type="dxa"/>
          <w:cantSplit/>
          <w:jc w:val="center"/>
        </w:trPr>
        <w:tc>
          <w:tcPr>
            <w:tcW w:w="11116" w:type="dxa"/>
            <w:tcBorders>
              <w:top w:val="single" w:sz="4" w:space="0" w:color="B7B7B7"/>
              <w:left w:val="single" w:sz="4" w:space="0" w:color="B7B7B7"/>
              <w:bottom w:val="single" w:sz="4" w:space="0" w:color="B7B7B7"/>
              <w:right w:val="single" w:sz="4" w:space="0" w:color="B7B7B7"/>
            </w:tcBorders>
            <w:tcMar>
              <w:top w:w="26" w:type="dxa"/>
              <w:left w:w="55" w:type="dxa"/>
              <w:bottom w:w="22" w:type="dxa"/>
              <w:right w:w="55" w:type="dxa"/>
            </w:tcMar>
          </w:tcPr>
          <w:tbl>
            <w:tblPr>
              <w:tblW w:w="0" w:type="auto"/>
              <w:tblLayout w:type="fixed"/>
              <w:tblLook w:val="04A0" w:firstRow="1" w:lastRow="0" w:firstColumn="1" w:lastColumn="0" w:noHBand="0" w:noVBand="1"/>
            </w:tblPr>
            <w:tblGrid>
              <w:gridCol w:w="9446"/>
              <w:gridCol w:w="1468"/>
            </w:tblGrid>
            <w:tr w:rsidR="00223CF6">
              <w:tc>
                <w:tcPr>
                  <w:tcW w:w="9446" w:type="dxa"/>
                  <w:tcMar>
                    <w:top w:w="0" w:type="dxa"/>
                    <w:left w:w="0" w:type="dxa"/>
                    <w:bottom w:w="0" w:type="dxa"/>
                    <w:right w:w="0" w:type="dxa"/>
                  </w:tcMar>
                  <w:vAlign w:val="center"/>
                </w:tcPr>
                <w:p w:rsidR="00000000" w:rsidRDefault="00000000">
                  <w:pPr>
                    <w:spacing w:line="240" w:lineRule="auto"/>
                  </w:pPr>
                  <w:r>
                    <w:rPr>
                      <w:rFonts w:eastAsia="Arial"/>
                      <w:b/>
                      <w:color w:val="5A5A5A"/>
                      <w:sz w:val="18"/>
                    </w:rPr>
                    <w:t xml:space="preserve">Joke 4  </w:t>
                  </w:r>
                  <w:r>
                    <w:rPr>
                      <w:rFonts w:eastAsia="Arial"/>
                      <w:b/>
                      <w:color w:val="111111"/>
                      <w:sz w:val="18"/>
                    </w:rPr>
                    <w:t>What would you get if you crossed Quasimodo with an Irish football player?</w:t>
                  </w:r>
                </w:p>
                <w:p w:rsidR="00000000" w:rsidRDefault="00000000">
                  <w:pPr>
                    <w:spacing w:line="240" w:lineRule="auto"/>
                  </w:pPr>
                  <w:r>
                    <w:rPr>
                      <w:rFonts w:eastAsia="Arial"/>
                      <w:i/>
                      <w:color w:val="111111"/>
                      <w:sz w:val="18"/>
                    </w:rPr>
                    <w:t>The Halfback of Notre Dame!</w:t>
                  </w:r>
                </w:p>
              </w:tc>
              <w:tc>
                <w:tcPr>
                  <w:tcW w:w="1468" w:type="dxa"/>
                  <w:tcMar>
                    <w:top w:w="0" w:type="dxa"/>
                    <w:left w:w="0" w:type="dxa"/>
                    <w:bottom w:w="0" w:type="dxa"/>
                    <w:right w:w="0" w:type="dxa"/>
                  </w:tcMar>
                  <w:vAlign w:val="center"/>
                </w:tcPr>
                <w:p w:rsidR="00000000" w:rsidRDefault="00000000">
                  <w:pPr>
                    <w:spacing w:line="240" w:lineRule="auto"/>
                    <w:jc w:val="center"/>
                  </w:pPr>
                  <w:r>
                    <w:rPr>
                      <w:rFonts w:eastAsia="Arial"/>
                      <w:noProof/>
                      <w:sz w:val="18"/>
                    </w:rPr>
                    <w:drawing>
                      <wp:inline distT="0" distB="0" distL="0" distR="0">
                        <wp:extent cx="713232" cy="713232"/>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ball-cathedral.png"/>
                                <pic:cNvPicPr/>
                              </pic:nvPicPr>
                              <pic:blipFill>
                                <a:blip r:embed="rId24"/>
                                <a:stretch>
                                  <a:fillRect/>
                                </a:stretch>
                              </pic:blipFill>
                              <pic:spPr>
                                <a:xfrm>
                                  <a:off x="0" y="0"/>
                                  <a:ext cx="713232" cy="713232"/>
                                </a:xfrm>
                                <a:prstGeom prst="rect">
                                  <a:avLst/>
                                </a:prstGeom>
                              </pic:spPr>
                            </pic:pic>
                          </a:graphicData>
                        </a:graphic>
                      </wp:inline>
                    </w:drawing>
                  </w:r>
                </w:p>
              </w:tc>
            </w:tr>
          </w:tbl>
          <w:p w:rsidR="00000000" w:rsidRDefault="00000000">
            <w:pPr>
              <w:spacing w:line="240" w:lineRule="auto"/>
            </w:pPr>
          </w:p>
          <w:p w:rsidR="00000000" w:rsidRDefault="00000000">
            <w:pPr>
              <w:spacing w:line="240" w:lineRule="auto"/>
            </w:pPr>
            <w:r>
              <w:rPr>
                <w:rFonts w:eastAsia="Arial"/>
                <w:b/>
                <w:color w:val="111111"/>
                <w:sz w:val="18"/>
              </w:rPr>
              <w:t>Background knowledge clue:</w:t>
            </w:r>
          </w:p>
          <w:p w:rsidR="00000000" w:rsidRDefault="00000000">
            <w:pPr>
              <w:pBdr>
                <w:bottom w:val="single" w:sz="6" w:space="1" w:color="4A4A4A"/>
              </w:pBdr>
              <w:spacing w:before="120" w:after="40"/>
            </w:pPr>
          </w:p>
        </w:tc>
      </w:tr>
      <w:tr w:rsidR="00223CF6">
        <w:trPr>
          <w:jc w:val="center"/>
        </w:trPr>
        <w:tc>
          <w:tcPr>
            <w:tcW w:w="11116" w:type="dxa"/>
            <w:gridSpan w:val="2"/>
            <w:shd w:val="clear" w:color="auto" w:fill="E7E7E7"/>
            <w:tcMar>
              <w:top w:w="12" w:type="dxa"/>
              <w:left w:w="0" w:type="dxa"/>
              <w:bottom w:w="12" w:type="dxa"/>
              <w:right w:w="0" w:type="dxa"/>
            </w:tcMar>
          </w:tcPr>
          <w:p w:rsidR="00000000" w:rsidRDefault="00000000">
            <w:pPr>
              <w:spacing w:line="240" w:lineRule="auto"/>
            </w:pPr>
            <w:r>
              <w:rPr>
                <w:rFonts w:eastAsia="Arial"/>
                <w:b/>
                <w:color w:val="111111"/>
                <w:sz w:val="18"/>
              </w:rPr>
              <w:t>CONNECTING TO OTHER READING</w:t>
            </w:r>
          </w:p>
        </w:tc>
      </w:tr>
    </w:tbl>
    <w:p w:rsidR="00000000" w:rsidRDefault="00000000">
      <w:pPr>
        <w:spacing w:before="20" w:after="40"/>
      </w:pPr>
      <w:r>
        <w:rPr>
          <w:rFonts w:eastAsia="Arial"/>
          <w:sz w:val="18"/>
        </w:rPr>
        <w:t xml:space="preserve">Background knowledge helps with all kinds of books. Stories such as </w:t>
      </w:r>
      <w:r>
        <w:rPr>
          <w:rFonts w:eastAsia="Arial"/>
          <w:i/>
          <w:sz w:val="18"/>
        </w:rPr>
        <w:t>Charlotte's Web</w:t>
      </w:r>
      <w:r>
        <w:rPr>
          <w:rFonts w:eastAsia="Arial"/>
          <w:sz w:val="18"/>
        </w:rPr>
        <w:t xml:space="preserve">, </w:t>
      </w:r>
      <w:r>
        <w:rPr>
          <w:rFonts w:eastAsia="Arial"/>
          <w:i/>
          <w:sz w:val="18"/>
        </w:rPr>
        <w:t>The Lion, the Witch and the Wardrobe</w:t>
      </w:r>
      <w:r>
        <w:rPr>
          <w:rFonts w:eastAsia="Arial"/>
          <w:sz w:val="18"/>
        </w:rPr>
        <w:t xml:space="preserve">, and </w:t>
      </w:r>
      <w:r>
        <w:rPr>
          <w:rFonts w:eastAsia="Arial"/>
          <w:i/>
          <w:sz w:val="18"/>
        </w:rPr>
        <w:t>Harry Potter</w:t>
      </w:r>
      <w:r>
        <w:rPr>
          <w:rFonts w:eastAsia="Arial"/>
          <w:sz w:val="18"/>
        </w:rPr>
        <w:t xml:space="preserve"> are easier when you know about farms, myths, animals, friendship, or magic. Every book builds knowledge for the next one!</w:t>
      </w:r>
    </w:p>
    <w:tbl>
      <w:tblPr>
        <w:tblW w:w="0" w:type="auto"/>
        <w:jc w:val="center"/>
        <w:tblLayout w:type="fixed"/>
        <w:tblLook w:val="04A0" w:firstRow="1" w:lastRow="0" w:firstColumn="1" w:lastColumn="0" w:noHBand="0" w:noVBand="1"/>
      </w:tblPr>
      <w:tblGrid>
        <w:gridCol w:w="11116"/>
      </w:tblGrid>
      <w:tr w:rsidR="00223CF6">
        <w:trPr>
          <w:jc w:val="center"/>
        </w:trPr>
        <w:tc>
          <w:tcPr>
            <w:tcW w:w="11116" w:type="dxa"/>
            <w:shd w:val="clear" w:color="auto" w:fill="E7E7E7"/>
            <w:tcMar>
              <w:top w:w="12" w:type="dxa"/>
              <w:left w:w="0" w:type="dxa"/>
              <w:bottom w:w="12" w:type="dxa"/>
              <w:right w:w="0" w:type="dxa"/>
            </w:tcMar>
          </w:tcPr>
          <w:p w:rsidR="00000000" w:rsidRDefault="00000000">
            <w:pPr>
              <w:spacing w:line="240" w:lineRule="auto"/>
            </w:pPr>
            <w:r>
              <w:rPr>
                <w:rFonts w:eastAsia="Arial"/>
                <w:b/>
                <w:color w:val="111111"/>
                <w:sz w:val="18"/>
              </w:rPr>
              <w:t>BONUS CHALLENGE</w:t>
            </w:r>
          </w:p>
        </w:tc>
      </w:tr>
    </w:tbl>
    <w:p w:rsidR="00000000" w:rsidRDefault="00000000">
      <w:pPr>
        <w:spacing w:before="20"/>
      </w:pPr>
      <w:r>
        <w:rPr>
          <w:rFonts w:eastAsia="Arial"/>
          <w:sz w:val="18"/>
        </w:rPr>
        <w:t>Find, remember, or ask someone for a joke. Write it below. Then add one thing a reader needs to know to understand why it is funny.</w:t>
      </w:r>
    </w:p>
    <w:tbl>
      <w:tblPr>
        <w:tblW w:w="0" w:type="auto"/>
        <w:jc w:val="center"/>
        <w:tblLayout w:type="fixed"/>
        <w:tblLook w:val="04A0" w:firstRow="1" w:lastRow="0" w:firstColumn="1" w:lastColumn="0" w:noHBand="0" w:noVBand="1"/>
      </w:tblPr>
      <w:tblGrid>
        <w:gridCol w:w="11116"/>
        <w:gridCol w:w="70"/>
      </w:tblGrid>
      <w:tr w:rsidR="00223CF6">
        <w:trPr>
          <w:cantSplit/>
          <w:jc w:val="center"/>
        </w:trPr>
        <w:tc>
          <w:tcPr>
            <w:tcW w:w="11116" w:type="dxa"/>
            <w:gridSpan w:val="2"/>
            <w:tcBorders>
              <w:bottom w:val="single" w:sz="7" w:space="0" w:color="444444"/>
            </w:tcBorders>
            <w:tcMar>
              <w:top w:w="60" w:type="dxa"/>
              <w:left w:w="0" w:type="dxa"/>
              <w:bottom w:w="60" w:type="dxa"/>
              <w:right w:w="0" w:type="dxa"/>
            </w:tcMar>
          </w:tcPr>
          <w:p w:rsidR="00000000" w:rsidRDefault="00000000">
            <w:pPr>
              <w:spacing w:line="240" w:lineRule="auto"/>
            </w:pPr>
            <w:r>
              <w:rPr>
                <w:rFonts w:eastAsia="Arial"/>
                <w:color w:val="111111"/>
                <w:sz w:val="18"/>
              </w:rPr>
              <w:t> </w:t>
            </w:r>
          </w:p>
        </w:tc>
      </w:tr>
      <w:tr w:rsidR="00223CF6">
        <w:trPr>
          <w:cantSplit/>
          <w:jc w:val="center"/>
        </w:trPr>
        <w:tc>
          <w:tcPr>
            <w:tcW w:w="11116" w:type="dxa"/>
            <w:gridSpan w:val="2"/>
            <w:tcBorders>
              <w:bottom w:val="single" w:sz="7" w:space="0" w:color="444444"/>
            </w:tcBorders>
            <w:tcMar>
              <w:top w:w="60" w:type="dxa"/>
              <w:left w:w="0" w:type="dxa"/>
              <w:bottom w:w="60" w:type="dxa"/>
              <w:right w:w="0" w:type="dxa"/>
            </w:tcMar>
          </w:tcPr>
          <w:p w:rsidR="00000000" w:rsidRDefault="00000000">
            <w:pPr>
              <w:spacing w:line="240" w:lineRule="auto"/>
            </w:pPr>
            <w:r>
              <w:rPr>
                <w:rFonts w:eastAsia="Arial"/>
                <w:color w:val="111111"/>
                <w:sz w:val="18"/>
              </w:rPr>
              <w:t> </w:t>
            </w:r>
          </w:p>
        </w:tc>
      </w:tr>
      <w:tr w:rsidR="00223CF6">
        <w:trPr>
          <w:cantSplit/>
          <w:jc w:val="center"/>
        </w:trPr>
        <w:tc>
          <w:tcPr>
            <w:tcW w:w="11116" w:type="dxa"/>
            <w:gridSpan w:val="2"/>
            <w:tcBorders>
              <w:bottom w:val="single" w:sz="7" w:space="0" w:color="444444"/>
            </w:tcBorders>
            <w:tcMar>
              <w:top w:w="60" w:type="dxa"/>
              <w:left w:w="0" w:type="dxa"/>
              <w:bottom w:w="60" w:type="dxa"/>
              <w:right w:w="0" w:type="dxa"/>
            </w:tcMar>
          </w:tcPr>
          <w:p w:rsidR="00000000" w:rsidRDefault="00000000">
            <w:pPr>
              <w:spacing w:line="240" w:lineRule="auto"/>
            </w:pPr>
            <w:r>
              <w:rPr>
                <w:rFonts w:eastAsia="Arial"/>
                <w:color w:val="111111"/>
                <w:sz w:val="18"/>
              </w:rPr>
              <w:t> </w:t>
            </w:r>
          </w:p>
        </w:tc>
      </w:tr>
      <w:tr w:rsidR="00223CF6">
        <w:trPr>
          <w:gridAfter w:val="1"/>
          <w:wAfter w:w="70" w:type="dxa"/>
          <w:jc w:val="center"/>
        </w:trPr>
        <w:tc>
          <w:tcPr>
            <w:tcW w:w="11116" w:type="dxa"/>
            <w:tcBorders>
              <w:top w:val="single" w:sz="6" w:space="0" w:color="777777"/>
              <w:left w:val="single" w:sz="6" w:space="0" w:color="777777"/>
              <w:bottom w:val="single" w:sz="6" w:space="0" w:color="777777"/>
              <w:right w:val="single" w:sz="6" w:space="0" w:color="777777"/>
            </w:tcBorders>
            <w:shd w:val="clear" w:color="auto" w:fill="E7E7E7"/>
            <w:tcMar>
              <w:top w:w="38" w:type="dxa"/>
              <w:left w:w="70" w:type="dxa"/>
              <w:bottom w:w="38" w:type="dxa"/>
              <w:right w:w="70" w:type="dxa"/>
            </w:tcMar>
          </w:tcPr>
          <w:p w:rsidR="00000000" w:rsidRDefault="00000000">
            <w:pPr>
              <w:spacing w:line="240" w:lineRule="auto"/>
            </w:pPr>
            <w:r>
              <w:rPr>
                <w:rFonts w:eastAsia="Arial"/>
                <w:b/>
                <w:color w:val="111111"/>
                <w:sz w:val="18"/>
              </w:rPr>
              <w:t>RALPH'S READING TIP  Every new book, experience, and fact builds your background knowledge. Great readers understand more jokes - and great joke readers become even better readers!</w:t>
            </w:r>
          </w:p>
        </w:tc>
      </w:tr>
    </w:tbl>
    <w:p w:rsidR="00B63F71" w:rsidRDefault="00000000">
      <w:pPr>
        <w:spacing w:line="20" w:lineRule="exact"/>
      </w:pPr>
      <w:r>
        <w:rPr>
          <w:sz w:val="2"/>
        </w:rPr>
        <w:br w:type="page"/>
      </w:r>
    </w:p>
    <w:tbl>
      <w:tblPr>
        <w:tblW w:w="0" w:type="auto"/>
        <w:jc w:val="center"/>
        <w:tblLayout w:type="fixed"/>
        <w:tblLook w:val="04A0" w:firstRow="1" w:lastRow="0" w:firstColumn="1" w:lastColumn="0" w:noHBand="0" w:noVBand="1"/>
      </w:tblPr>
      <w:tblGrid>
        <w:gridCol w:w="7070"/>
        <w:gridCol w:w="4046"/>
      </w:tblGrid>
      <w:tr w:rsidR="0077590C">
        <w:trPr>
          <w:jc w:val="center"/>
        </w:trPr>
        <w:tc>
          <w:tcPr>
            <w:tcW w:w="7070" w:type="dxa"/>
            <w:tcBorders>
              <w:top w:val="single" w:sz="10" w:space="0" w:color="777777"/>
              <w:left w:val="single" w:sz="10" w:space="0" w:color="777777"/>
              <w:bottom w:val="single" w:sz="10" w:space="0" w:color="777777"/>
              <w:right w:val="single" w:sz="10" w:space="0" w:color="777777"/>
            </w:tcBorders>
            <w:tcMar>
              <w:top w:w="95" w:type="dxa"/>
              <w:left w:w="90" w:type="dxa"/>
              <w:bottom w:w="95" w:type="dxa"/>
              <w:right w:w="90" w:type="dxa"/>
            </w:tcMar>
            <w:vAlign w:val="center"/>
          </w:tcPr>
          <w:p w:rsidR="00000000" w:rsidRDefault="00000000">
            <w:pPr>
              <w:spacing w:after="20"/>
            </w:pPr>
            <w:r>
              <w:rPr>
                <w:rFonts w:eastAsia="Arial"/>
                <w:b/>
                <w:color w:val="555555"/>
                <w:sz w:val="18"/>
              </w:rPr>
              <w:lastRenderedPageBreak/>
              <w:t xml:space="preserve">JOKE DETECTIVE ACTIVITY SHEET  </w:t>
            </w:r>
            <w:r>
              <w:rPr>
                <w:rFonts w:eastAsia="Arial"/>
                <w:b/>
                <w:color w:val="111111"/>
                <w:sz w:val="18"/>
              </w:rPr>
              <w:t>JBRA-S06</w:t>
            </w:r>
          </w:p>
          <w:p w:rsidR="00000000" w:rsidRDefault="00000000">
            <w:pPr>
              <w:spacing w:line="240" w:lineRule="auto"/>
            </w:pPr>
            <w:r>
              <w:rPr>
                <w:rFonts w:eastAsia="Arial"/>
                <w:b/>
                <w:color w:val="111111"/>
                <w:sz w:val="18"/>
              </w:rPr>
              <w:t>Visual Clues</w:t>
            </w:r>
          </w:p>
        </w:tc>
        <w:tc>
          <w:tcPr>
            <w:tcW w:w="4046" w:type="dxa"/>
            <w:tcBorders>
              <w:top w:val="single" w:sz="10" w:space="0" w:color="777777"/>
              <w:left w:val="single" w:sz="10" w:space="0" w:color="777777"/>
              <w:bottom w:val="single" w:sz="10" w:space="0" w:color="777777"/>
              <w:right w:val="single" w:sz="10" w:space="0" w:color="777777"/>
            </w:tcBorders>
            <w:shd w:val="clear" w:color="auto" w:fill="E7E7E7"/>
            <w:tcMar>
              <w:top w:w="95" w:type="dxa"/>
              <w:left w:w="90" w:type="dxa"/>
              <w:bottom w:w="95" w:type="dxa"/>
              <w:right w:w="90" w:type="dxa"/>
            </w:tcMar>
            <w:vAlign w:val="center"/>
          </w:tcPr>
          <w:p w:rsidR="00000000" w:rsidRDefault="00000000">
            <w:pPr>
              <w:spacing w:line="240" w:lineRule="auto"/>
              <w:jc w:val="center"/>
            </w:pPr>
            <w:r>
              <w:rPr>
                <w:rFonts w:eastAsia="Arial"/>
                <w:b/>
                <w:color w:val="555555"/>
                <w:sz w:val="18"/>
              </w:rPr>
              <w:t>READING SKILL</w:t>
            </w:r>
          </w:p>
          <w:p w:rsidR="00000000" w:rsidRDefault="00000000">
            <w:pPr>
              <w:spacing w:line="240" w:lineRule="auto"/>
              <w:jc w:val="center"/>
            </w:pPr>
            <w:r>
              <w:rPr>
                <w:rFonts w:eastAsia="Arial"/>
                <w:b/>
                <w:color w:val="111111"/>
                <w:sz w:val="18"/>
              </w:rPr>
              <w:t>Visual Literacy</w:t>
            </w:r>
          </w:p>
        </w:tc>
      </w:tr>
    </w:tbl>
    <w:p w:rsidR="00000000" w:rsidRDefault="00000000">
      <w:pPr>
        <w:spacing w:after="20"/>
      </w:pPr>
    </w:p>
    <w:p w:rsidR="00000000" w:rsidRDefault="00000000" w:rsidP="00CD59ED">
      <w:pPr>
        <w:pStyle w:val="p1"/>
      </w:pPr>
      <w:r>
        <w:t>Name: ________________________________________________</w:t>
      </w:r>
      <w:r>
        <w:softHyphen/>
      </w:r>
      <w:r>
        <w:softHyphen/>
      </w:r>
      <w:r>
        <w:softHyphen/>
      </w:r>
      <w:r>
        <w:softHyphen/>
      </w:r>
      <w:r>
        <w:softHyphen/>
      </w:r>
      <w:r>
        <w:softHyphen/>
      </w:r>
      <w:r>
        <w:softHyphen/>
      </w:r>
      <w:r>
        <w:softHyphen/>
      </w:r>
      <w:r>
        <w:softHyphen/>
      </w:r>
      <w:r>
        <w:softHyphen/>
      </w:r>
      <w:r>
        <w:softHyphen/>
      </w:r>
      <w:r>
        <w:softHyphen/>
        <w:t xml:space="preserve">____________________________ Date: __________________________________ Class/Period: </w:t>
      </w:r>
      <w:r>
        <w:t>____________________</w:t>
      </w:r>
    </w:p>
    <w:tbl>
      <w:tblPr>
        <w:tblW w:w="0" w:type="auto"/>
        <w:jc w:val="center"/>
        <w:tblLayout w:type="fixed"/>
        <w:tblLook w:val="04A0" w:firstRow="1" w:lastRow="0" w:firstColumn="1" w:lastColumn="0" w:noHBand="0" w:noVBand="1"/>
      </w:tblPr>
      <w:tblGrid>
        <w:gridCol w:w="11116"/>
      </w:tblGrid>
      <w:tr w:rsidR="0077590C">
        <w:trPr>
          <w:jc w:val="center"/>
        </w:trPr>
        <w:tc>
          <w:tcPr>
            <w:tcW w:w="11116" w:type="dxa"/>
            <w:shd w:val="clear" w:color="auto" w:fill="E7E7E7"/>
            <w:tcMar>
              <w:top w:w="6" w:type="dxa"/>
              <w:left w:w="0" w:type="dxa"/>
              <w:bottom w:w="6" w:type="dxa"/>
              <w:right w:w="0" w:type="dxa"/>
            </w:tcMar>
          </w:tcPr>
          <w:p w:rsidR="00000000" w:rsidRDefault="00000000">
            <w:pPr>
              <w:spacing w:line="240" w:lineRule="auto"/>
            </w:pPr>
            <w:r>
              <w:rPr>
                <w:rFonts w:eastAsia="Arial"/>
                <w:b/>
                <w:color w:val="111111"/>
                <w:sz w:val="18"/>
              </w:rPr>
              <w:t>WARM-UP</w:t>
            </w:r>
          </w:p>
        </w:tc>
      </w:tr>
    </w:tbl>
    <w:p w:rsidR="00000000" w:rsidRDefault="00000000">
      <w:pPr>
        <w:spacing w:before="10" w:after="20"/>
      </w:pPr>
      <w:r>
        <w:rPr>
          <w:rFonts w:eastAsia="Arial"/>
          <w:color w:val="111111"/>
          <w:sz w:val="18"/>
        </w:rPr>
        <w:t xml:space="preserve">Pictures do more than make books look nice. Illustrations can reveal </w:t>
      </w:r>
      <w:r>
        <w:rPr>
          <w:rFonts w:eastAsia="Arial"/>
          <w:b/>
          <w:color w:val="111111"/>
          <w:sz w:val="18"/>
        </w:rPr>
        <w:t>characters, setting, vocabulary, actions, mood,</w:t>
      </w:r>
      <w:r>
        <w:rPr>
          <w:rFonts w:eastAsia="Arial"/>
          <w:color w:val="111111"/>
          <w:sz w:val="18"/>
        </w:rPr>
        <w:t xml:space="preserve"> and even a joke's hidden clue. Today, become a </w:t>
      </w:r>
      <w:r>
        <w:rPr>
          <w:rFonts w:eastAsia="Arial"/>
          <w:b/>
          <w:color w:val="111111"/>
          <w:sz w:val="18"/>
        </w:rPr>
        <w:t>Visual Clue Detective!</w:t>
      </w:r>
    </w:p>
    <w:tbl>
      <w:tblPr>
        <w:tblW w:w="0" w:type="auto"/>
        <w:jc w:val="center"/>
        <w:tblLayout w:type="fixed"/>
        <w:tblLook w:val="04A0" w:firstRow="1" w:lastRow="0" w:firstColumn="1" w:lastColumn="0" w:noHBand="0" w:noVBand="1"/>
      </w:tblPr>
      <w:tblGrid>
        <w:gridCol w:w="11116"/>
      </w:tblGrid>
      <w:tr w:rsidR="0077590C">
        <w:trPr>
          <w:jc w:val="center"/>
        </w:trPr>
        <w:tc>
          <w:tcPr>
            <w:tcW w:w="11116" w:type="dxa"/>
            <w:shd w:val="clear" w:color="auto" w:fill="E7E7E7"/>
            <w:tcMar>
              <w:top w:w="6" w:type="dxa"/>
              <w:left w:w="0" w:type="dxa"/>
              <w:bottom w:w="6" w:type="dxa"/>
              <w:right w:w="0" w:type="dxa"/>
            </w:tcMar>
          </w:tcPr>
          <w:p w:rsidR="00000000" w:rsidRDefault="00000000">
            <w:pPr>
              <w:spacing w:line="240" w:lineRule="auto"/>
            </w:pPr>
            <w:r>
              <w:rPr>
                <w:rFonts w:eastAsia="Arial"/>
                <w:b/>
                <w:color w:val="111111"/>
                <w:sz w:val="18"/>
              </w:rPr>
              <w:t>JOKE DETECTIVE CHALLENGE</w:t>
            </w:r>
          </w:p>
        </w:tc>
      </w:tr>
    </w:tbl>
    <w:p w:rsidR="00000000" w:rsidRDefault="00000000">
      <w:pPr>
        <w:spacing w:before="10" w:after="20"/>
      </w:pPr>
      <w:r>
        <w:rPr>
          <w:rFonts w:eastAsia="Arial"/>
          <w:color w:val="111111"/>
          <w:sz w:val="18"/>
        </w:rPr>
        <w:t xml:space="preserve">Look at each picture </w:t>
      </w:r>
      <w:r>
        <w:rPr>
          <w:rFonts w:eastAsia="Arial"/>
          <w:b/>
          <w:color w:val="111111"/>
          <w:sz w:val="18"/>
        </w:rPr>
        <w:t>before</w:t>
      </w:r>
      <w:r>
        <w:rPr>
          <w:rFonts w:eastAsia="Arial"/>
          <w:color w:val="111111"/>
          <w:sz w:val="18"/>
        </w:rPr>
        <w:t xml:space="preserve"> reading the punchline. Then answer the question below.</w:t>
      </w:r>
    </w:p>
    <w:tbl>
      <w:tblPr>
        <w:tblW w:w="0" w:type="auto"/>
        <w:jc w:val="center"/>
        <w:tblLayout w:type="fixed"/>
        <w:tblLook w:val="04A0" w:firstRow="1" w:lastRow="0" w:firstColumn="1" w:lastColumn="0" w:noHBand="0" w:noVBand="1"/>
      </w:tblPr>
      <w:tblGrid>
        <w:gridCol w:w="11116"/>
        <w:gridCol w:w="55"/>
      </w:tblGrid>
      <w:tr w:rsidR="0077590C">
        <w:trPr>
          <w:gridAfter w:val="1"/>
          <w:wAfter w:w="55" w:type="dxa"/>
          <w:cantSplit/>
          <w:trHeight w:hRule="exact" w:val="2333"/>
          <w:jc w:val="center"/>
        </w:trPr>
        <w:tc>
          <w:tcPr>
            <w:tcW w:w="11116" w:type="dxa"/>
            <w:tcBorders>
              <w:top w:val="single" w:sz="4" w:space="0" w:color="B7B7B7"/>
              <w:left w:val="single" w:sz="4" w:space="0" w:color="B7B7B7"/>
              <w:bottom w:val="single" w:sz="4" w:space="0" w:color="B7B7B7"/>
              <w:right w:val="single" w:sz="4" w:space="0" w:color="B7B7B7"/>
            </w:tcBorders>
            <w:tcMar>
              <w:top w:w="35" w:type="dxa"/>
              <w:left w:w="55" w:type="dxa"/>
              <w:bottom w:w="25" w:type="dxa"/>
              <w:right w:w="55" w:type="dxa"/>
            </w:tcMar>
          </w:tcPr>
          <w:tbl>
            <w:tblPr>
              <w:tblW w:w="0" w:type="auto"/>
              <w:tblLayout w:type="fixed"/>
              <w:tblLook w:val="04A0" w:firstRow="1" w:lastRow="0" w:firstColumn="1" w:lastColumn="0" w:noHBand="0" w:noVBand="1"/>
            </w:tblPr>
            <w:tblGrid>
              <w:gridCol w:w="9446"/>
              <w:gridCol w:w="1468"/>
            </w:tblGrid>
            <w:tr w:rsidR="0077590C">
              <w:tc>
                <w:tcPr>
                  <w:tcW w:w="9446" w:type="dxa"/>
                  <w:tcMar>
                    <w:top w:w="15" w:type="dxa"/>
                    <w:left w:w="0" w:type="dxa"/>
                    <w:bottom w:w="10" w:type="dxa"/>
                    <w:right w:w="35" w:type="dxa"/>
                  </w:tcMar>
                </w:tcPr>
                <w:p w:rsidR="00000000" w:rsidRDefault="00000000">
                  <w:pPr>
                    <w:spacing w:line="228" w:lineRule="auto"/>
                  </w:pPr>
                  <w:r>
                    <w:rPr>
                      <w:rFonts w:eastAsia="Arial"/>
                      <w:b/>
                      <w:color w:val="111111"/>
                      <w:sz w:val="18"/>
                    </w:rPr>
                    <w:t>Joke 1  What kind of plants do ghosts like to grow?</w:t>
                  </w:r>
                </w:p>
                <w:p w:rsidR="00000000" w:rsidRDefault="00000000">
                  <w:pPr>
                    <w:spacing w:line="228" w:lineRule="auto"/>
                  </w:pPr>
                  <w:r>
                    <w:rPr>
                      <w:rFonts w:eastAsia="Arial"/>
                      <w:i/>
                      <w:color w:val="111111"/>
                      <w:sz w:val="18"/>
                    </w:rPr>
                    <w:t>Bam-BOO!</w:t>
                  </w:r>
                </w:p>
              </w:tc>
              <w:tc>
                <w:tcPr>
                  <w:tcW w:w="1468" w:type="dxa"/>
                  <w:tcMar>
                    <w:top w:w="5" w:type="dxa"/>
                    <w:left w:w="0" w:type="dxa"/>
                    <w:bottom w:w="5" w:type="dxa"/>
                    <w:right w:w="0" w:type="dxa"/>
                  </w:tcMar>
                  <w:vAlign w:val="center"/>
                </w:tcPr>
                <w:p w:rsidR="00000000" w:rsidRDefault="00000000">
                  <w:pPr>
                    <w:spacing w:line="240" w:lineRule="auto"/>
                    <w:jc w:val="center"/>
                  </w:pPr>
                  <w:r>
                    <w:rPr>
                      <w:rFonts w:eastAsia="Arial"/>
                      <w:noProof/>
                      <w:sz w:val="18"/>
                    </w:rPr>
                    <w:drawing>
                      <wp:inline distT="0" distB="0" distL="0" distR="0">
                        <wp:extent cx="940435" cy="641143"/>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06-1.png"/>
                                <pic:cNvPicPr/>
                              </pic:nvPicPr>
                              <pic:blipFill>
                                <a:blip r:embed="rId25"/>
                                <a:stretch>
                                  <a:fillRect/>
                                </a:stretch>
                              </pic:blipFill>
                              <pic:spPr>
                                <a:xfrm>
                                  <a:off x="0" y="0"/>
                                  <a:ext cx="947698" cy="646094"/>
                                </a:xfrm>
                                <a:prstGeom prst="rect">
                                  <a:avLst/>
                                </a:prstGeom>
                              </pic:spPr>
                            </pic:pic>
                          </a:graphicData>
                        </a:graphic>
                      </wp:inline>
                    </w:drawing>
                  </w:r>
                </w:p>
              </w:tc>
            </w:tr>
          </w:tbl>
          <w:p w:rsidR="00000000" w:rsidRDefault="00000000">
            <w:pPr>
              <w:spacing w:line="240" w:lineRule="auto"/>
            </w:pPr>
          </w:p>
          <w:p w:rsidR="00000000" w:rsidRDefault="00000000">
            <w:pPr>
              <w:spacing w:line="216" w:lineRule="auto"/>
            </w:pPr>
            <w:r>
              <w:rPr>
                <w:rFonts w:eastAsia="Arial"/>
                <w:b/>
                <w:color w:val="111111"/>
                <w:sz w:val="18"/>
              </w:rPr>
              <w:t>How did the illustration help you understand the joke?</w:t>
            </w:r>
          </w:p>
          <w:p w:rsidR="00000000" w:rsidRDefault="00000000">
            <w:pPr>
              <w:spacing w:before="200" w:line="240" w:lineRule="exact"/>
            </w:pPr>
            <w:r>
              <w:rPr>
                <w:rFonts w:eastAsia="Arial"/>
                <w:color w:val="666666"/>
                <w:sz w:val="18"/>
              </w:rPr>
              <w:t>________________________________________________________________________________________________________________________________________</w:t>
            </w:r>
          </w:p>
        </w:tc>
      </w:tr>
      <w:tr w:rsidR="0077590C">
        <w:trPr>
          <w:gridAfter w:val="1"/>
          <w:wAfter w:w="55" w:type="dxa"/>
          <w:cantSplit/>
          <w:trHeight w:hRule="exact" w:val="2333"/>
          <w:jc w:val="center"/>
        </w:trPr>
        <w:tc>
          <w:tcPr>
            <w:tcW w:w="11116" w:type="dxa"/>
            <w:tcBorders>
              <w:top w:val="single" w:sz="4" w:space="0" w:color="B7B7B7"/>
              <w:left w:val="single" w:sz="4" w:space="0" w:color="B7B7B7"/>
              <w:bottom w:val="single" w:sz="4" w:space="0" w:color="B7B7B7"/>
              <w:right w:val="single" w:sz="4" w:space="0" w:color="B7B7B7"/>
            </w:tcBorders>
            <w:tcMar>
              <w:top w:w="35" w:type="dxa"/>
              <w:left w:w="55" w:type="dxa"/>
              <w:bottom w:w="25" w:type="dxa"/>
              <w:right w:w="55" w:type="dxa"/>
            </w:tcMar>
          </w:tcPr>
          <w:tbl>
            <w:tblPr>
              <w:tblW w:w="0" w:type="auto"/>
              <w:tblLayout w:type="fixed"/>
              <w:tblLook w:val="04A0" w:firstRow="1" w:lastRow="0" w:firstColumn="1" w:lastColumn="0" w:noHBand="0" w:noVBand="1"/>
            </w:tblPr>
            <w:tblGrid>
              <w:gridCol w:w="9446"/>
              <w:gridCol w:w="1468"/>
            </w:tblGrid>
            <w:tr w:rsidR="0077590C">
              <w:tc>
                <w:tcPr>
                  <w:tcW w:w="9446" w:type="dxa"/>
                  <w:tcMar>
                    <w:top w:w="15" w:type="dxa"/>
                    <w:left w:w="0" w:type="dxa"/>
                    <w:bottom w:w="10" w:type="dxa"/>
                    <w:right w:w="35" w:type="dxa"/>
                  </w:tcMar>
                </w:tcPr>
                <w:p w:rsidR="00000000" w:rsidRDefault="00000000">
                  <w:pPr>
                    <w:spacing w:line="228" w:lineRule="auto"/>
                  </w:pPr>
                  <w:r>
                    <w:rPr>
                      <w:rFonts w:eastAsia="Arial"/>
                      <w:b/>
                      <w:color w:val="111111"/>
                      <w:sz w:val="18"/>
                    </w:rPr>
                    <w:t>Joke 2  How did the soggy Easter Bunny dry himself?</w:t>
                  </w:r>
                </w:p>
                <w:p w:rsidR="00000000" w:rsidRDefault="00000000">
                  <w:pPr>
                    <w:spacing w:line="228" w:lineRule="auto"/>
                  </w:pPr>
                  <w:r>
                    <w:rPr>
                      <w:rFonts w:eastAsia="Arial"/>
                      <w:i/>
                      <w:color w:val="111111"/>
                      <w:sz w:val="18"/>
                    </w:rPr>
                    <w:t>With a hare dryer.</w:t>
                  </w:r>
                </w:p>
              </w:tc>
              <w:tc>
                <w:tcPr>
                  <w:tcW w:w="1468" w:type="dxa"/>
                  <w:tcMar>
                    <w:top w:w="5" w:type="dxa"/>
                    <w:left w:w="0" w:type="dxa"/>
                    <w:bottom w:w="5" w:type="dxa"/>
                    <w:right w:w="0" w:type="dxa"/>
                  </w:tcMar>
                  <w:vAlign w:val="center"/>
                </w:tcPr>
                <w:p w:rsidR="00000000" w:rsidRDefault="00000000">
                  <w:pPr>
                    <w:spacing w:line="240" w:lineRule="auto"/>
                    <w:jc w:val="center"/>
                  </w:pPr>
                  <w:r>
                    <w:rPr>
                      <w:rFonts w:eastAsia="Arial"/>
                      <w:noProof/>
                      <w:sz w:val="18"/>
                    </w:rPr>
                    <w:drawing>
                      <wp:inline distT="0" distB="0" distL="0" distR="0">
                        <wp:extent cx="940435" cy="682261"/>
                        <wp:effectExtent l="0" t="0" r="0" b="381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06-2.png"/>
                                <pic:cNvPicPr/>
                              </pic:nvPicPr>
                              <pic:blipFill>
                                <a:blip r:embed="rId26"/>
                                <a:stretch>
                                  <a:fillRect/>
                                </a:stretch>
                              </pic:blipFill>
                              <pic:spPr>
                                <a:xfrm>
                                  <a:off x="0" y="0"/>
                                  <a:ext cx="948447" cy="688073"/>
                                </a:xfrm>
                                <a:prstGeom prst="rect">
                                  <a:avLst/>
                                </a:prstGeom>
                              </pic:spPr>
                            </pic:pic>
                          </a:graphicData>
                        </a:graphic>
                      </wp:inline>
                    </w:drawing>
                  </w:r>
                </w:p>
              </w:tc>
            </w:tr>
          </w:tbl>
          <w:p w:rsidR="00000000" w:rsidRDefault="00000000">
            <w:pPr>
              <w:spacing w:line="240" w:lineRule="auto"/>
            </w:pPr>
          </w:p>
          <w:p w:rsidR="00000000" w:rsidRDefault="00000000">
            <w:pPr>
              <w:spacing w:line="216" w:lineRule="auto"/>
            </w:pPr>
            <w:r>
              <w:rPr>
                <w:rFonts w:eastAsia="Arial"/>
                <w:b/>
                <w:color w:val="111111"/>
                <w:sz w:val="18"/>
              </w:rPr>
              <w:t>What clue did the illustration give you?</w:t>
            </w:r>
          </w:p>
          <w:p w:rsidR="00000000" w:rsidRDefault="00000000">
            <w:pPr>
              <w:pBdr>
                <w:bottom w:val="single" w:sz="6" w:space="1" w:color="4A4A4A"/>
              </w:pBdr>
              <w:spacing w:before="60" w:line="240" w:lineRule="exact"/>
            </w:pPr>
          </w:p>
          <w:p w:rsidR="00000000" w:rsidRDefault="00000000">
            <w:pPr>
              <w:spacing w:before="200" w:line="240" w:lineRule="exact"/>
            </w:pPr>
            <w:r>
              <w:rPr>
                <w:rFonts w:eastAsia="Arial"/>
                <w:color w:val="666666"/>
                <w:sz w:val="18"/>
              </w:rPr>
              <w:t>________________________________________________________________________________________________________________________________________</w:t>
            </w:r>
          </w:p>
        </w:tc>
      </w:tr>
      <w:tr w:rsidR="0077590C">
        <w:trPr>
          <w:gridAfter w:val="1"/>
          <w:wAfter w:w="55" w:type="dxa"/>
          <w:cantSplit/>
          <w:trHeight w:hRule="exact" w:val="2333"/>
          <w:jc w:val="center"/>
        </w:trPr>
        <w:tc>
          <w:tcPr>
            <w:tcW w:w="11116" w:type="dxa"/>
            <w:tcBorders>
              <w:top w:val="single" w:sz="4" w:space="0" w:color="B7B7B7"/>
              <w:left w:val="single" w:sz="4" w:space="0" w:color="B7B7B7"/>
              <w:bottom w:val="single" w:sz="4" w:space="0" w:color="B7B7B7"/>
              <w:right w:val="single" w:sz="4" w:space="0" w:color="B7B7B7"/>
            </w:tcBorders>
            <w:tcMar>
              <w:top w:w="35" w:type="dxa"/>
              <w:left w:w="55" w:type="dxa"/>
              <w:bottom w:w="25" w:type="dxa"/>
              <w:right w:w="55" w:type="dxa"/>
            </w:tcMar>
          </w:tcPr>
          <w:tbl>
            <w:tblPr>
              <w:tblW w:w="0" w:type="auto"/>
              <w:tblLayout w:type="fixed"/>
              <w:tblLook w:val="04A0" w:firstRow="1" w:lastRow="0" w:firstColumn="1" w:lastColumn="0" w:noHBand="0" w:noVBand="1"/>
            </w:tblPr>
            <w:tblGrid>
              <w:gridCol w:w="9446"/>
              <w:gridCol w:w="1468"/>
            </w:tblGrid>
            <w:tr w:rsidR="0077590C">
              <w:tc>
                <w:tcPr>
                  <w:tcW w:w="9446" w:type="dxa"/>
                  <w:tcMar>
                    <w:top w:w="15" w:type="dxa"/>
                    <w:left w:w="0" w:type="dxa"/>
                    <w:bottom w:w="10" w:type="dxa"/>
                    <w:right w:w="35" w:type="dxa"/>
                  </w:tcMar>
                </w:tcPr>
                <w:p w:rsidR="00000000" w:rsidRDefault="00000000">
                  <w:pPr>
                    <w:spacing w:line="228" w:lineRule="auto"/>
                  </w:pPr>
                  <w:r>
                    <w:rPr>
                      <w:rFonts w:eastAsia="Arial"/>
                      <w:b/>
                      <w:color w:val="111111"/>
                      <w:sz w:val="18"/>
                    </w:rPr>
                    <w:t>Joke 3  Why did the ghost mother always know when her children were fibbing?</w:t>
                  </w:r>
                </w:p>
                <w:p w:rsidR="00000000" w:rsidRDefault="00000000">
                  <w:pPr>
                    <w:spacing w:line="228" w:lineRule="auto"/>
                  </w:pPr>
                  <w:r>
                    <w:rPr>
                      <w:rFonts w:eastAsia="Arial"/>
                      <w:i/>
                      <w:color w:val="111111"/>
                      <w:sz w:val="18"/>
                    </w:rPr>
                    <w:t>She could see right through them.</w:t>
                  </w:r>
                </w:p>
              </w:tc>
              <w:tc>
                <w:tcPr>
                  <w:tcW w:w="1468" w:type="dxa"/>
                  <w:tcMar>
                    <w:top w:w="5" w:type="dxa"/>
                    <w:left w:w="0" w:type="dxa"/>
                    <w:bottom w:w="5" w:type="dxa"/>
                    <w:right w:w="0" w:type="dxa"/>
                  </w:tcMar>
                  <w:vAlign w:val="center"/>
                </w:tcPr>
                <w:p w:rsidR="00000000" w:rsidRDefault="00000000">
                  <w:pPr>
                    <w:spacing w:line="240" w:lineRule="auto"/>
                    <w:jc w:val="center"/>
                  </w:pPr>
                  <w:r>
                    <w:rPr>
                      <w:rFonts w:eastAsia="Arial"/>
                      <w:noProof/>
                      <w:sz w:val="18"/>
                    </w:rPr>
                    <w:drawing>
                      <wp:inline distT="0" distB="0" distL="0" distR="0">
                        <wp:extent cx="940887" cy="64008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06-3.png"/>
                                <pic:cNvPicPr/>
                              </pic:nvPicPr>
                              <pic:blipFill>
                                <a:blip r:embed="rId27"/>
                                <a:stretch>
                                  <a:fillRect/>
                                </a:stretch>
                              </pic:blipFill>
                              <pic:spPr>
                                <a:xfrm>
                                  <a:off x="0" y="0"/>
                                  <a:ext cx="946524" cy="643915"/>
                                </a:xfrm>
                                <a:prstGeom prst="rect">
                                  <a:avLst/>
                                </a:prstGeom>
                              </pic:spPr>
                            </pic:pic>
                          </a:graphicData>
                        </a:graphic>
                      </wp:inline>
                    </w:drawing>
                  </w:r>
                </w:p>
              </w:tc>
            </w:tr>
          </w:tbl>
          <w:p w:rsidR="00000000" w:rsidRDefault="00000000">
            <w:pPr>
              <w:spacing w:line="240" w:lineRule="auto"/>
            </w:pPr>
          </w:p>
          <w:p w:rsidR="00000000" w:rsidRDefault="00000000">
            <w:pPr>
              <w:spacing w:line="216" w:lineRule="auto"/>
            </w:pPr>
            <w:r>
              <w:rPr>
                <w:rFonts w:eastAsia="Arial"/>
                <w:b/>
                <w:color w:val="111111"/>
                <w:sz w:val="18"/>
              </w:rPr>
              <w:t>Which part of the illustration helped you understand the joke best?</w:t>
            </w:r>
          </w:p>
          <w:p w:rsidR="00000000" w:rsidRDefault="00000000">
            <w:pPr>
              <w:pBdr>
                <w:bottom w:val="single" w:sz="6" w:space="1" w:color="4A4A4A"/>
              </w:pBdr>
              <w:spacing w:before="60" w:line="240" w:lineRule="exact"/>
            </w:pPr>
          </w:p>
          <w:p w:rsidR="00000000" w:rsidRDefault="00000000">
            <w:pPr>
              <w:spacing w:before="200" w:line="240" w:lineRule="exact"/>
            </w:pPr>
            <w:r>
              <w:rPr>
                <w:rFonts w:eastAsia="Arial"/>
                <w:color w:val="666666"/>
                <w:sz w:val="18"/>
              </w:rPr>
              <w:t>________________________________________________________________________________________________________________________________________</w:t>
            </w:r>
          </w:p>
        </w:tc>
      </w:tr>
      <w:tr w:rsidR="0077590C">
        <w:trPr>
          <w:gridAfter w:val="1"/>
          <w:wAfter w:w="55" w:type="dxa"/>
          <w:cantSplit/>
          <w:trHeight w:hRule="exact" w:val="2333"/>
          <w:jc w:val="center"/>
        </w:trPr>
        <w:tc>
          <w:tcPr>
            <w:tcW w:w="11116" w:type="dxa"/>
            <w:tcBorders>
              <w:top w:val="single" w:sz="4" w:space="0" w:color="B7B7B7"/>
              <w:left w:val="single" w:sz="4" w:space="0" w:color="B7B7B7"/>
              <w:bottom w:val="single" w:sz="4" w:space="0" w:color="B7B7B7"/>
              <w:right w:val="single" w:sz="4" w:space="0" w:color="B7B7B7"/>
            </w:tcBorders>
            <w:tcMar>
              <w:top w:w="35" w:type="dxa"/>
              <w:left w:w="55" w:type="dxa"/>
              <w:bottom w:w="25" w:type="dxa"/>
              <w:right w:w="55" w:type="dxa"/>
            </w:tcMar>
          </w:tcPr>
          <w:tbl>
            <w:tblPr>
              <w:tblW w:w="0" w:type="auto"/>
              <w:tblLayout w:type="fixed"/>
              <w:tblLook w:val="04A0" w:firstRow="1" w:lastRow="0" w:firstColumn="1" w:lastColumn="0" w:noHBand="0" w:noVBand="1"/>
            </w:tblPr>
            <w:tblGrid>
              <w:gridCol w:w="9446"/>
              <w:gridCol w:w="1468"/>
            </w:tblGrid>
            <w:tr w:rsidR="0077590C">
              <w:tc>
                <w:tcPr>
                  <w:tcW w:w="9446" w:type="dxa"/>
                  <w:tcMar>
                    <w:top w:w="15" w:type="dxa"/>
                    <w:left w:w="0" w:type="dxa"/>
                    <w:bottom w:w="10" w:type="dxa"/>
                    <w:right w:w="35" w:type="dxa"/>
                  </w:tcMar>
                </w:tcPr>
                <w:p w:rsidR="00000000" w:rsidRDefault="00000000">
                  <w:pPr>
                    <w:spacing w:line="228" w:lineRule="auto"/>
                  </w:pPr>
                  <w:r>
                    <w:rPr>
                      <w:rFonts w:eastAsia="Arial"/>
                      <w:b/>
                      <w:color w:val="111111"/>
                      <w:sz w:val="18"/>
                    </w:rPr>
                    <w:t>Joke 4  What do you call a jack-o'-lantern after it eats too much Halloween candy?</w:t>
                  </w:r>
                </w:p>
                <w:p w:rsidR="00000000" w:rsidRDefault="00000000">
                  <w:pPr>
                    <w:spacing w:line="228" w:lineRule="auto"/>
                  </w:pPr>
                  <w:r>
                    <w:rPr>
                      <w:rFonts w:eastAsia="Arial"/>
                      <w:i/>
                      <w:color w:val="111111"/>
                      <w:sz w:val="18"/>
                    </w:rPr>
                    <w:t>A plumpkin.</w:t>
                  </w:r>
                </w:p>
              </w:tc>
              <w:tc>
                <w:tcPr>
                  <w:tcW w:w="1468" w:type="dxa"/>
                  <w:tcMar>
                    <w:top w:w="5" w:type="dxa"/>
                    <w:left w:w="0" w:type="dxa"/>
                    <w:bottom w:w="5" w:type="dxa"/>
                    <w:right w:w="0" w:type="dxa"/>
                  </w:tcMar>
                  <w:vAlign w:val="center"/>
                </w:tcPr>
                <w:p w:rsidR="00000000" w:rsidRDefault="00000000">
                  <w:pPr>
                    <w:spacing w:line="240" w:lineRule="auto"/>
                    <w:jc w:val="center"/>
                  </w:pPr>
                  <w:r>
                    <w:rPr>
                      <w:rFonts w:eastAsia="Arial"/>
                      <w:noProof/>
                      <w:sz w:val="18"/>
                    </w:rPr>
                    <w:drawing>
                      <wp:inline distT="0" distB="0" distL="0" distR="0">
                        <wp:extent cx="911815" cy="599440"/>
                        <wp:effectExtent l="0" t="0" r="3175"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06-4.png"/>
                                <pic:cNvPicPr/>
                              </pic:nvPicPr>
                              <pic:blipFill>
                                <a:blip r:embed="rId28"/>
                                <a:stretch>
                                  <a:fillRect/>
                                </a:stretch>
                              </pic:blipFill>
                              <pic:spPr>
                                <a:xfrm>
                                  <a:off x="0" y="0"/>
                                  <a:ext cx="922158" cy="606239"/>
                                </a:xfrm>
                                <a:prstGeom prst="rect">
                                  <a:avLst/>
                                </a:prstGeom>
                              </pic:spPr>
                            </pic:pic>
                          </a:graphicData>
                        </a:graphic>
                      </wp:inline>
                    </w:drawing>
                  </w:r>
                </w:p>
              </w:tc>
            </w:tr>
          </w:tbl>
          <w:p w:rsidR="00000000" w:rsidRDefault="00000000">
            <w:pPr>
              <w:spacing w:line="240" w:lineRule="auto"/>
            </w:pPr>
          </w:p>
          <w:p w:rsidR="00000000" w:rsidRDefault="00000000">
            <w:pPr>
              <w:spacing w:line="216" w:lineRule="auto"/>
            </w:pPr>
            <w:r>
              <w:rPr>
                <w:rFonts w:eastAsia="Arial"/>
                <w:b/>
                <w:color w:val="111111"/>
                <w:sz w:val="18"/>
              </w:rPr>
              <w:t>Would the joke still make sense without the illustration? Why or why not?</w:t>
            </w:r>
          </w:p>
          <w:p w:rsidR="00000000" w:rsidRDefault="00000000">
            <w:pPr>
              <w:spacing w:before="200" w:line="240" w:lineRule="exact"/>
            </w:pPr>
            <w:r>
              <w:rPr>
                <w:rFonts w:eastAsia="Arial"/>
                <w:color w:val="666666"/>
                <w:sz w:val="18"/>
              </w:rPr>
              <w:t>________________________________________________________________________________________________________________________________________</w:t>
            </w:r>
          </w:p>
        </w:tc>
      </w:tr>
      <w:tr w:rsidR="0077590C">
        <w:trPr>
          <w:jc w:val="center"/>
        </w:trPr>
        <w:tc>
          <w:tcPr>
            <w:tcW w:w="11116" w:type="dxa"/>
            <w:gridSpan w:val="2"/>
            <w:shd w:val="clear" w:color="auto" w:fill="E7E7E7"/>
            <w:tcMar>
              <w:top w:w="6" w:type="dxa"/>
              <w:left w:w="0" w:type="dxa"/>
              <w:bottom w:w="6" w:type="dxa"/>
              <w:right w:w="0" w:type="dxa"/>
            </w:tcMar>
          </w:tcPr>
          <w:p w:rsidR="00000000" w:rsidRDefault="00000000">
            <w:pPr>
              <w:spacing w:line="240" w:lineRule="auto"/>
            </w:pPr>
            <w:r>
              <w:rPr>
                <w:rFonts w:eastAsia="Arial"/>
                <w:b/>
                <w:color w:val="111111"/>
                <w:sz w:val="18"/>
              </w:rPr>
              <w:t>CONNECTING TO OTHER READING</w:t>
            </w:r>
          </w:p>
        </w:tc>
      </w:tr>
    </w:tbl>
    <w:p w:rsidR="00000000" w:rsidRDefault="00000000">
      <w:pPr>
        <w:spacing w:before="10" w:after="20"/>
      </w:pPr>
      <w:r>
        <w:rPr>
          <w:rFonts w:eastAsia="Arial"/>
          <w:color w:val="111111"/>
          <w:sz w:val="18"/>
        </w:rPr>
        <w:t xml:space="preserve">Illustrations support many kinds of reading - picture books, graphic novels, comics, and textbooks. They often give clues about </w:t>
      </w:r>
      <w:r>
        <w:rPr>
          <w:rFonts w:eastAsia="Arial"/>
          <w:b/>
          <w:color w:val="111111"/>
          <w:sz w:val="18"/>
        </w:rPr>
        <w:t>characters, setting, vocabulary, mood,</w:t>
      </w:r>
      <w:r>
        <w:rPr>
          <w:rFonts w:eastAsia="Arial"/>
          <w:color w:val="111111"/>
          <w:sz w:val="18"/>
        </w:rPr>
        <w:t xml:space="preserve"> and important events. Ask: </w:t>
      </w:r>
      <w:r>
        <w:rPr>
          <w:rFonts w:eastAsia="Arial"/>
          <w:b/>
          <w:i/>
          <w:color w:val="111111"/>
          <w:sz w:val="18"/>
        </w:rPr>
        <w:t>What clues is the illustrator giving me?</w:t>
      </w:r>
    </w:p>
    <w:tbl>
      <w:tblPr>
        <w:tblW w:w="0" w:type="auto"/>
        <w:jc w:val="center"/>
        <w:tblLayout w:type="fixed"/>
        <w:tblLook w:val="04A0" w:firstRow="1" w:lastRow="0" w:firstColumn="1" w:lastColumn="0" w:noHBand="0" w:noVBand="1"/>
      </w:tblPr>
      <w:tblGrid>
        <w:gridCol w:w="11116"/>
      </w:tblGrid>
      <w:tr w:rsidR="0077590C">
        <w:trPr>
          <w:jc w:val="center"/>
        </w:trPr>
        <w:tc>
          <w:tcPr>
            <w:tcW w:w="11116" w:type="dxa"/>
            <w:shd w:val="clear" w:color="auto" w:fill="E7E7E7"/>
            <w:tcMar>
              <w:top w:w="6" w:type="dxa"/>
              <w:left w:w="0" w:type="dxa"/>
              <w:bottom w:w="6" w:type="dxa"/>
              <w:right w:w="0" w:type="dxa"/>
            </w:tcMar>
          </w:tcPr>
          <w:p w:rsidR="00000000" w:rsidRDefault="00000000">
            <w:pPr>
              <w:spacing w:line="240" w:lineRule="auto"/>
            </w:pPr>
            <w:r>
              <w:rPr>
                <w:rFonts w:eastAsia="Arial"/>
                <w:b/>
                <w:color w:val="111111"/>
                <w:sz w:val="18"/>
              </w:rPr>
              <w:t>BONUS CHALLENGE</w:t>
            </w:r>
          </w:p>
        </w:tc>
      </w:tr>
    </w:tbl>
    <w:p w:rsidR="00000000" w:rsidRDefault="00000000">
      <w:pPr>
        <w:spacing w:before="10" w:after="20"/>
      </w:pPr>
      <w:r>
        <w:rPr>
          <w:rFonts w:eastAsia="Arial"/>
          <w:color w:val="111111"/>
          <w:sz w:val="18"/>
        </w:rPr>
        <w:t>Think of a favorite joke. Draw a picture that helps a reader understand it - but don't give away the punchline completely!</w:t>
      </w:r>
    </w:p>
    <w:tbl>
      <w:tblPr>
        <w:tblW w:w="0" w:type="auto"/>
        <w:jc w:val="center"/>
        <w:tblLayout w:type="fixed"/>
        <w:tblLook w:val="04A0" w:firstRow="1" w:lastRow="0" w:firstColumn="1" w:lastColumn="0" w:noHBand="0" w:noVBand="1"/>
      </w:tblPr>
      <w:tblGrid>
        <w:gridCol w:w="11116"/>
        <w:gridCol w:w="25"/>
      </w:tblGrid>
      <w:tr w:rsidR="0077590C">
        <w:trPr>
          <w:cantSplit/>
          <w:trHeight w:hRule="exact" w:val="1008"/>
          <w:jc w:val="center"/>
        </w:trPr>
        <w:tc>
          <w:tcPr>
            <w:tcW w:w="11116" w:type="dxa"/>
            <w:gridSpan w:val="2"/>
            <w:tcBorders>
              <w:top w:val="single" w:sz="9" w:space="0" w:color="777777"/>
              <w:left w:val="single" w:sz="9" w:space="0" w:color="777777"/>
              <w:bottom w:val="single" w:sz="9" w:space="0" w:color="777777"/>
              <w:right w:val="single" w:sz="9" w:space="0" w:color="777777"/>
            </w:tcBorders>
            <w:tcMar>
              <w:top w:w="45" w:type="dxa"/>
              <w:left w:w="45" w:type="dxa"/>
              <w:bottom w:w="45" w:type="dxa"/>
              <w:right w:w="45" w:type="dxa"/>
            </w:tcMar>
          </w:tcPr>
          <w:p w:rsidR="00000000" w:rsidRDefault="00000000">
            <w:pPr>
              <w:spacing w:line="240" w:lineRule="auto"/>
            </w:pPr>
          </w:p>
        </w:tc>
      </w:tr>
      <w:tr w:rsidR="0077590C">
        <w:trPr>
          <w:gridAfter w:val="1"/>
          <w:wAfter w:w="25" w:type="dxa"/>
          <w:jc w:val="center"/>
        </w:trPr>
        <w:tc>
          <w:tcPr>
            <w:tcW w:w="11116" w:type="dxa"/>
            <w:tcBorders>
              <w:top w:val="single" w:sz="6" w:space="0" w:color="777777"/>
              <w:left w:val="single" w:sz="6" w:space="0" w:color="777777"/>
              <w:bottom w:val="single" w:sz="6" w:space="0" w:color="777777"/>
              <w:right w:val="single" w:sz="6" w:space="0" w:color="777777"/>
            </w:tcBorders>
            <w:shd w:val="clear" w:color="auto" w:fill="E7E7E7"/>
            <w:tcMar>
              <w:top w:w="38" w:type="dxa"/>
              <w:left w:w="70" w:type="dxa"/>
              <w:bottom w:w="38" w:type="dxa"/>
              <w:right w:w="70" w:type="dxa"/>
            </w:tcMar>
          </w:tcPr>
          <w:p w:rsidR="00000000" w:rsidRDefault="00000000">
            <w:pPr>
              <w:spacing w:line="240" w:lineRule="auto"/>
            </w:pPr>
            <w:r>
              <w:rPr>
                <w:rFonts w:eastAsia="Arial"/>
                <w:b/>
                <w:color w:val="111111"/>
                <w:sz w:val="18"/>
              </w:rPr>
              <w:t>RALPH'S READING TIP  Pictures are part of the story. Great readers use both words and illustrations to discover clues and understand what they read.</w:t>
            </w:r>
          </w:p>
        </w:tc>
      </w:tr>
    </w:tbl>
    <w:p w:rsidR="00B63F71" w:rsidRDefault="00000000">
      <w:pPr>
        <w:spacing w:line="20" w:lineRule="exact"/>
      </w:pPr>
      <w:r>
        <w:rPr>
          <w:sz w:val="2"/>
        </w:rPr>
        <w:br w:type="page"/>
      </w:r>
    </w:p>
    <w:tbl>
      <w:tblPr>
        <w:tblW w:w="0" w:type="auto"/>
        <w:jc w:val="center"/>
        <w:tblLayout w:type="fixed"/>
        <w:tblLook w:val="04A0" w:firstRow="1" w:lastRow="0" w:firstColumn="1" w:lastColumn="0" w:noHBand="0" w:noVBand="1"/>
      </w:tblPr>
      <w:tblGrid>
        <w:gridCol w:w="7070"/>
        <w:gridCol w:w="4046"/>
      </w:tblGrid>
      <w:tr w:rsidR="00A132FB">
        <w:trPr>
          <w:jc w:val="center"/>
        </w:trPr>
        <w:tc>
          <w:tcPr>
            <w:tcW w:w="7070" w:type="dxa"/>
            <w:tcBorders>
              <w:top w:val="single" w:sz="10" w:space="0" w:color="777777"/>
              <w:left w:val="single" w:sz="10" w:space="0" w:color="777777"/>
              <w:bottom w:val="single" w:sz="10" w:space="0" w:color="777777"/>
              <w:right w:val="single" w:sz="10" w:space="0" w:color="777777"/>
            </w:tcBorders>
            <w:tcMar>
              <w:top w:w="95" w:type="dxa"/>
              <w:left w:w="90" w:type="dxa"/>
              <w:bottom w:w="95" w:type="dxa"/>
              <w:right w:w="90" w:type="dxa"/>
            </w:tcMar>
            <w:vAlign w:val="center"/>
          </w:tcPr>
          <w:p w:rsidR="00000000" w:rsidRDefault="00000000">
            <w:pPr>
              <w:spacing w:after="20"/>
            </w:pPr>
            <w:r>
              <w:rPr>
                <w:rFonts w:eastAsia="Arial"/>
                <w:b/>
                <w:color w:val="555555"/>
                <w:sz w:val="18"/>
              </w:rPr>
              <w:lastRenderedPageBreak/>
              <w:t xml:space="preserve">JOKE DETECTIVE ACTIVITY SHEET  </w:t>
            </w:r>
            <w:r>
              <w:rPr>
                <w:rFonts w:eastAsia="Arial"/>
                <w:b/>
                <w:color w:val="111111"/>
                <w:sz w:val="18"/>
              </w:rPr>
              <w:t>JBRA-S07</w:t>
            </w:r>
          </w:p>
          <w:p w:rsidR="00000000" w:rsidRDefault="00000000">
            <w:pPr>
              <w:spacing w:line="240" w:lineRule="auto"/>
            </w:pPr>
            <w:r>
              <w:rPr>
                <w:rFonts w:eastAsia="Arial"/>
                <w:b/>
                <w:color w:val="111111"/>
                <w:sz w:val="18"/>
              </w:rPr>
              <w:t>Match the Joke to the Book</w:t>
            </w:r>
          </w:p>
        </w:tc>
        <w:tc>
          <w:tcPr>
            <w:tcW w:w="4046" w:type="dxa"/>
            <w:tcBorders>
              <w:top w:val="single" w:sz="10" w:space="0" w:color="777777"/>
              <w:left w:val="single" w:sz="10" w:space="0" w:color="777777"/>
              <w:bottom w:val="single" w:sz="10" w:space="0" w:color="777777"/>
              <w:right w:val="single" w:sz="10" w:space="0" w:color="777777"/>
            </w:tcBorders>
            <w:shd w:val="clear" w:color="auto" w:fill="E7E7E7"/>
            <w:tcMar>
              <w:top w:w="95" w:type="dxa"/>
              <w:left w:w="90" w:type="dxa"/>
              <w:bottom w:w="95" w:type="dxa"/>
              <w:right w:w="90" w:type="dxa"/>
            </w:tcMar>
            <w:vAlign w:val="center"/>
          </w:tcPr>
          <w:p w:rsidR="00000000" w:rsidRDefault="00000000">
            <w:pPr>
              <w:spacing w:line="240" w:lineRule="auto"/>
              <w:jc w:val="center"/>
            </w:pPr>
            <w:r>
              <w:rPr>
                <w:rFonts w:eastAsia="Arial"/>
                <w:b/>
                <w:color w:val="555555"/>
                <w:sz w:val="18"/>
              </w:rPr>
              <w:t>READING SKILL</w:t>
            </w:r>
          </w:p>
          <w:p w:rsidR="00000000" w:rsidRDefault="00000000">
            <w:pPr>
              <w:spacing w:line="240" w:lineRule="auto"/>
              <w:jc w:val="center"/>
            </w:pPr>
            <w:r>
              <w:rPr>
                <w:rFonts w:eastAsia="Arial"/>
                <w:b/>
                <w:color w:val="111111"/>
                <w:sz w:val="18"/>
              </w:rPr>
              <w:t>Theme &amp; Categorizing</w:t>
            </w:r>
          </w:p>
        </w:tc>
      </w:tr>
    </w:tbl>
    <w:p w:rsidR="00000000" w:rsidRDefault="00000000">
      <w:pPr>
        <w:spacing w:after="20"/>
      </w:pPr>
    </w:p>
    <w:p w:rsidR="00000000" w:rsidRDefault="00000000" w:rsidP="00537DCE">
      <w:pPr>
        <w:pStyle w:val="p1"/>
      </w:pPr>
      <w:r>
        <w:t>Name: ________________________________________________</w:t>
      </w:r>
      <w:r>
        <w:softHyphen/>
      </w:r>
      <w:r>
        <w:softHyphen/>
      </w:r>
      <w:r>
        <w:softHyphen/>
      </w:r>
      <w:r>
        <w:softHyphen/>
      </w:r>
      <w:r>
        <w:softHyphen/>
      </w:r>
      <w:r>
        <w:softHyphen/>
      </w:r>
      <w:r>
        <w:softHyphen/>
      </w:r>
      <w:r>
        <w:softHyphen/>
      </w:r>
      <w:r>
        <w:softHyphen/>
      </w:r>
      <w:r>
        <w:softHyphen/>
      </w:r>
      <w:r>
        <w:softHyphen/>
      </w:r>
      <w:r>
        <w:softHyphen/>
        <w:t xml:space="preserve">____________________________ Date: </w:t>
      </w:r>
      <w:r>
        <w:t>__________________________________ Class/Period: ____________________</w:t>
      </w:r>
    </w:p>
    <w:tbl>
      <w:tblPr>
        <w:tblW w:w="0" w:type="auto"/>
        <w:jc w:val="center"/>
        <w:tblLayout w:type="fixed"/>
        <w:tblLook w:val="04A0" w:firstRow="1" w:lastRow="0" w:firstColumn="1" w:lastColumn="0" w:noHBand="0" w:noVBand="1"/>
      </w:tblPr>
      <w:tblGrid>
        <w:gridCol w:w="11116"/>
      </w:tblGrid>
      <w:tr w:rsidR="00A132FB">
        <w:trPr>
          <w:jc w:val="center"/>
        </w:trPr>
        <w:tc>
          <w:tcPr>
            <w:tcW w:w="11116" w:type="dxa"/>
            <w:shd w:val="clear" w:color="auto" w:fill="E7E7E7"/>
            <w:tcMar>
              <w:top w:w="4" w:type="dxa"/>
              <w:left w:w="0" w:type="dxa"/>
              <w:bottom w:w="4" w:type="dxa"/>
              <w:right w:w="0" w:type="dxa"/>
            </w:tcMar>
          </w:tcPr>
          <w:p w:rsidR="00000000" w:rsidRDefault="00000000" w:rsidP="00A07342">
            <w:r>
              <w:rPr>
                <w:rFonts w:eastAsia="Arial"/>
                <w:b/>
                <w:color w:val="111111"/>
                <w:sz w:val="18"/>
              </w:rPr>
              <w:t>WARM-UP</w:t>
            </w:r>
          </w:p>
        </w:tc>
      </w:tr>
    </w:tbl>
    <w:p w:rsidR="00000000" w:rsidRPr="00A07342" w:rsidRDefault="00000000" w:rsidP="00A07342">
      <w:pPr>
        <w:spacing w:before="5" w:after="10"/>
        <w:rPr>
          <w:rFonts w:eastAsia="Arial"/>
          <w:sz w:val="18"/>
          <w:szCs w:val="20"/>
        </w:rPr>
      </w:pPr>
      <w:r w:rsidRPr="00A07342">
        <w:rPr>
          <w:rFonts w:eastAsia="Arial"/>
          <w:color w:val="111111"/>
          <w:sz w:val="18"/>
          <w:szCs w:val="20"/>
        </w:rPr>
        <w:t xml:space="preserve">Most joke books have a </w:t>
      </w:r>
      <w:r w:rsidRPr="00A07342">
        <w:rPr>
          <w:rFonts w:eastAsia="Arial"/>
          <w:b/>
          <w:color w:val="111111"/>
          <w:sz w:val="18"/>
          <w:szCs w:val="20"/>
        </w:rPr>
        <w:t>theme</w:t>
      </w:r>
      <w:r w:rsidRPr="00A07342">
        <w:rPr>
          <w:rFonts w:eastAsia="Arial"/>
          <w:color w:val="111111"/>
          <w:sz w:val="18"/>
          <w:szCs w:val="20"/>
        </w:rPr>
        <w:t xml:space="preserve">. Good readers notice what a book is mostly about because it helps them know what to expect. Today, become a </w:t>
      </w:r>
      <w:r w:rsidRPr="00A07342">
        <w:rPr>
          <w:rFonts w:eastAsia="Arial"/>
          <w:b/>
          <w:color w:val="111111"/>
          <w:sz w:val="18"/>
          <w:szCs w:val="20"/>
        </w:rPr>
        <w:t>Theme Detective!</w:t>
      </w:r>
    </w:p>
    <w:tbl>
      <w:tblPr>
        <w:tblW w:w="0" w:type="auto"/>
        <w:jc w:val="center"/>
        <w:tblLayout w:type="fixed"/>
        <w:tblLook w:val="04A0" w:firstRow="1" w:lastRow="0" w:firstColumn="1" w:lastColumn="0" w:noHBand="0" w:noVBand="1"/>
      </w:tblPr>
      <w:tblGrid>
        <w:gridCol w:w="11116"/>
      </w:tblGrid>
      <w:tr w:rsidR="00A132FB">
        <w:trPr>
          <w:jc w:val="center"/>
        </w:trPr>
        <w:tc>
          <w:tcPr>
            <w:tcW w:w="11116" w:type="dxa"/>
            <w:shd w:val="clear" w:color="auto" w:fill="E7E7E7"/>
            <w:tcMar>
              <w:top w:w="4" w:type="dxa"/>
              <w:left w:w="0" w:type="dxa"/>
              <w:bottom w:w="4" w:type="dxa"/>
              <w:right w:w="0" w:type="dxa"/>
            </w:tcMar>
          </w:tcPr>
          <w:p w:rsidR="00000000" w:rsidRDefault="00000000" w:rsidP="00A07342">
            <w:r>
              <w:rPr>
                <w:rFonts w:eastAsia="Arial"/>
                <w:b/>
                <w:color w:val="111111"/>
                <w:sz w:val="18"/>
              </w:rPr>
              <w:t>JOKE DETECTIVE CHALLENGE</w:t>
            </w:r>
          </w:p>
        </w:tc>
      </w:tr>
    </w:tbl>
    <w:p w:rsidR="00000000" w:rsidRDefault="00000000" w:rsidP="00537DCE">
      <w:pPr>
        <w:spacing w:before="5" w:after="10"/>
        <w:rPr>
          <w:rFonts w:eastAsia="Arial"/>
          <w:color w:val="111111"/>
          <w:sz w:val="18"/>
          <w:szCs w:val="20"/>
        </w:rPr>
      </w:pPr>
      <w:r w:rsidRPr="00A07342">
        <w:rPr>
          <w:rFonts w:eastAsia="Arial"/>
          <w:color w:val="111111"/>
          <w:sz w:val="18"/>
          <w:szCs w:val="20"/>
        </w:rPr>
        <w:t>Read each joke. Write the letter of the Ralph Lane joke book it most likely came from.</w:t>
      </w:r>
    </w:p>
    <w:p w:rsidR="00000000" w:rsidRPr="00537DCE" w:rsidRDefault="00000000" w:rsidP="00537DCE">
      <w:pPr>
        <w:spacing w:before="5" w:after="10"/>
        <w:rPr>
          <w:rFonts w:eastAsia="Arial"/>
          <w:color w:val="111111"/>
          <w:sz w:val="18"/>
          <w:szCs w:val="20"/>
        </w:rPr>
      </w:pPr>
      <w:r>
        <w:rPr>
          <w:rFonts w:eastAsia="Arial"/>
          <w:b/>
          <w:color w:val="111111"/>
          <w:sz w:val="18"/>
        </w:rPr>
        <w:br/>
      </w:r>
      <w:proofErr w:type="gramStart"/>
      <w:r w:rsidRPr="00A07342">
        <w:rPr>
          <w:rFonts w:eastAsia="Arial"/>
          <w:b/>
          <w:color w:val="111111"/>
          <w:sz w:val="18"/>
          <w:szCs w:val="20"/>
        </w:rPr>
        <w:t>A  Birthday</w:t>
      </w:r>
      <w:proofErr w:type="gramEnd"/>
      <w:r w:rsidRPr="00A07342">
        <w:rPr>
          <w:rFonts w:eastAsia="Arial"/>
          <w:b/>
          <w:color w:val="111111"/>
          <w:sz w:val="18"/>
          <w:szCs w:val="20"/>
        </w:rPr>
        <w:t xml:space="preserve">     B  Christmas     C  Valentine's Day     D  Sports     E  Travel</w:t>
      </w:r>
    </w:p>
    <w:tbl>
      <w:tblPr>
        <w:tblW w:w="0" w:type="auto"/>
        <w:jc w:val="center"/>
        <w:tblLayout w:type="fixed"/>
        <w:tblLook w:val="04A0" w:firstRow="1" w:lastRow="0" w:firstColumn="1" w:lastColumn="0" w:noHBand="0" w:noVBand="1"/>
      </w:tblPr>
      <w:tblGrid>
        <w:gridCol w:w="11116"/>
        <w:gridCol w:w="55"/>
      </w:tblGrid>
      <w:tr w:rsidR="00A132FB">
        <w:trPr>
          <w:gridAfter w:val="1"/>
          <w:wAfter w:w="55" w:type="dxa"/>
          <w:cantSplit/>
          <w:trHeight w:hRule="exact" w:val="1469"/>
          <w:jc w:val="center"/>
        </w:trPr>
        <w:tc>
          <w:tcPr>
            <w:tcW w:w="11116" w:type="dxa"/>
            <w:tcBorders>
              <w:top w:val="single" w:sz="4" w:space="0" w:color="B7B7B7"/>
              <w:left w:val="single" w:sz="4" w:space="0" w:color="B7B7B7"/>
              <w:bottom w:val="single" w:sz="4" w:space="0" w:color="B7B7B7"/>
              <w:right w:val="single" w:sz="4" w:space="0" w:color="B7B7B7"/>
            </w:tcBorders>
            <w:tcMar>
              <w:top w:w="20" w:type="dxa"/>
              <w:left w:w="55" w:type="dxa"/>
              <w:bottom w:w="18" w:type="dxa"/>
              <w:right w:w="55" w:type="dxa"/>
            </w:tcMar>
          </w:tcPr>
          <w:tbl>
            <w:tblPr>
              <w:tblW w:w="0" w:type="auto"/>
              <w:tblLayout w:type="fixed"/>
              <w:tblLook w:val="04A0" w:firstRow="1" w:lastRow="0" w:firstColumn="1" w:lastColumn="0" w:noHBand="0" w:noVBand="1"/>
            </w:tblPr>
            <w:tblGrid>
              <w:gridCol w:w="9446"/>
              <w:gridCol w:w="1468"/>
            </w:tblGrid>
            <w:tr w:rsidR="00A132FB">
              <w:tc>
                <w:tcPr>
                  <w:tcW w:w="9446" w:type="dxa"/>
                  <w:tcMar>
                    <w:top w:w="5" w:type="dxa"/>
                    <w:left w:w="0" w:type="dxa"/>
                    <w:bottom w:w="5" w:type="dxa"/>
                    <w:right w:w="25" w:type="dxa"/>
                  </w:tcMar>
                  <w:vAlign w:val="center"/>
                </w:tcPr>
                <w:p w:rsidR="00000000" w:rsidRDefault="00000000">
                  <w:pPr>
                    <w:spacing w:line="221" w:lineRule="auto"/>
                  </w:pPr>
                  <w:r>
                    <w:rPr>
                      <w:rFonts w:eastAsia="Arial"/>
                      <w:b/>
                      <w:color w:val="111111"/>
                      <w:sz w:val="18"/>
                    </w:rPr>
                    <w:t>____</w:t>
                  </w:r>
                  <w:proofErr w:type="gramStart"/>
                  <w:r>
                    <w:rPr>
                      <w:rFonts w:eastAsia="Arial"/>
                      <w:b/>
                      <w:color w:val="111111"/>
                      <w:sz w:val="18"/>
                    </w:rPr>
                    <w:t>_  Where</w:t>
                  </w:r>
                  <w:proofErr w:type="gramEnd"/>
                  <w:r>
                    <w:rPr>
                      <w:rFonts w:eastAsia="Arial"/>
                      <w:b/>
                      <w:color w:val="111111"/>
                      <w:sz w:val="18"/>
                    </w:rPr>
                    <w:t xml:space="preserve"> do cows go on vacation?</w:t>
                  </w:r>
                </w:p>
                <w:p w:rsidR="00000000" w:rsidRDefault="00000000">
                  <w:pPr>
                    <w:spacing w:line="221" w:lineRule="auto"/>
                  </w:pPr>
                  <w:r>
                    <w:rPr>
                      <w:rFonts w:eastAsia="Arial"/>
                      <w:i/>
                      <w:color w:val="111111"/>
                      <w:sz w:val="18"/>
                    </w:rPr>
                    <w:t>Moo York.</w:t>
                  </w:r>
                </w:p>
              </w:tc>
              <w:tc>
                <w:tcPr>
                  <w:tcW w:w="1468" w:type="dxa"/>
                  <w:tcMar>
                    <w:top w:w="2" w:type="dxa"/>
                    <w:left w:w="0" w:type="dxa"/>
                    <w:bottom w:w="2" w:type="dxa"/>
                    <w:right w:w="0" w:type="dxa"/>
                  </w:tcMar>
                  <w:vAlign w:val="center"/>
                </w:tcPr>
                <w:p w:rsidR="00000000" w:rsidRDefault="00000000">
                  <w:pPr>
                    <w:spacing w:line="240" w:lineRule="auto"/>
                    <w:jc w:val="center"/>
                  </w:pPr>
                  <w:r>
                    <w:rPr>
                      <w:rFonts w:eastAsia="Arial"/>
                      <w:noProof/>
                      <w:sz w:val="18"/>
                    </w:rPr>
                    <w:drawing>
                      <wp:inline distT="0" distB="0" distL="0" distR="0">
                        <wp:extent cx="786384" cy="566074"/>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07-1-crop.png"/>
                                <pic:cNvPicPr/>
                              </pic:nvPicPr>
                              <pic:blipFill>
                                <a:blip r:embed="rId29"/>
                                <a:stretch>
                                  <a:fillRect/>
                                </a:stretch>
                              </pic:blipFill>
                              <pic:spPr>
                                <a:xfrm>
                                  <a:off x="0" y="0"/>
                                  <a:ext cx="786384" cy="566074"/>
                                </a:xfrm>
                                <a:prstGeom prst="rect">
                                  <a:avLst/>
                                </a:prstGeom>
                              </pic:spPr>
                            </pic:pic>
                          </a:graphicData>
                        </a:graphic>
                      </wp:inline>
                    </w:drawing>
                  </w:r>
                </w:p>
              </w:tc>
            </w:tr>
          </w:tbl>
          <w:p w:rsidR="00000000" w:rsidRDefault="00000000">
            <w:pPr>
              <w:spacing w:line="240" w:lineRule="auto"/>
            </w:pPr>
          </w:p>
        </w:tc>
      </w:tr>
      <w:tr w:rsidR="00A132FB">
        <w:trPr>
          <w:gridAfter w:val="1"/>
          <w:wAfter w:w="55" w:type="dxa"/>
          <w:cantSplit/>
          <w:trHeight w:hRule="exact" w:val="1469"/>
          <w:jc w:val="center"/>
        </w:trPr>
        <w:tc>
          <w:tcPr>
            <w:tcW w:w="11116" w:type="dxa"/>
            <w:tcBorders>
              <w:top w:val="single" w:sz="4" w:space="0" w:color="B7B7B7"/>
              <w:left w:val="single" w:sz="4" w:space="0" w:color="B7B7B7"/>
              <w:bottom w:val="single" w:sz="4" w:space="0" w:color="B7B7B7"/>
              <w:right w:val="single" w:sz="4" w:space="0" w:color="B7B7B7"/>
            </w:tcBorders>
            <w:tcMar>
              <w:top w:w="20" w:type="dxa"/>
              <w:left w:w="55" w:type="dxa"/>
              <w:bottom w:w="18" w:type="dxa"/>
              <w:right w:w="55" w:type="dxa"/>
            </w:tcMar>
          </w:tcPr>
          <w:tbl>
            <w:tblPr>
              <w:tblW w:w="0" w:type="auto"/>
              <w:tblLayout w:type="fixed"/>
              <w:tblLook w:val="04A0" w:firstRow="1" w:lastRow="0" w:firstColumn="1" w:lastColumn="0" w:noHBand="0" w:noVBand="1"/>
            </w:tblPr>
            <w:tblGrid>
              <w:gridCol w:w="9446"/>
              <w:gridCol w:w="1468"/>
            </w:tblGrid>
            <w:tr w:rsidR="00A132FB">
              <w:tc>
                <w:tcPr>
                  <w:tcW w:w="9446" w:type="dxa"/>
                  <w:tcMar>
                    <w:top w:w="5" w:type="dxa"/>
                    <w:left w:w="0" w:type="dxa"/>
                    <w:bottom w:w="5" w:type="dxa"/>
                    <w:right w:w="25" w:type="dxa"/>
                  </w:tcMar>
                  <w:vAlign w:val="center"/>
                </w:tcPr>
                <w:p w:rsidR="00000000" w:rsidRDefault="00000000">
                  <w:pPr>
                    <w:spacing w:line="221" w:lineRule="auto"/>
                  </w:pPr>
                  <w:r>
                    <w:rPr>
                      <w:rFonts w:eastAsia="Arial"/>
                      <w:b/>
                      <w:color w:val="111111"/>
                      <w:sz w:val="18"/>
                    </w:rPr>
                    <w:t>_____  What do you call two birds in love?</w:t>
                  </w:r>
                </w:p>
                <w:p w:rsidR="00000000" w:rsidRDefault="00000000">
                  <w:pPr>
                    <w:spacing w:line="221" w:lineRule="auto"/>
                  </w:pPr>
                  <w:r>
                    <w:rPr>
                      <w:rFonts w:eastAsia="Arial"/>
                      <w:i/>
                      <w:color w:val="111111"/>
                      <w:sz w:val="18"/>
                    </w:rPr>
                    <w:t>Tweethearts.</w:t>
                  </w:r>
                </w:p>
              </w:tc>
              <w:tc>
                <w:tcPr>
                  <w:tcW w:w="1468" w:type="dxa"/>
                  <w:tcMar>
                    <w:top w:w="2" w:type="dxa"/>
                    <w:left w:w="0" w:type="dxa"/>
                    <w:bottom w:w="2" w:type="dxa"/>
                    <w:right w:w="0" w:type="dxa"/>
                  </w:tcMar>
                  <w:vAlign w:val="center"/>
                </w:tcPr>
                <w:p w:rsidR="00000000" w:rsidRDefault="00000000">
                  <w:pPr>
                    <w:spacing w:line="240" w:lineRule="auto"/>
                    <w:jc w:val="center"/>
                  </w:pPr>
                  <w:r>
                    <w:rPr>
                      <w:rFonts w:eastAsia="Arial"/>
                      <w:noProof/>
                      <w:sz w:val="18"/>
                    </w:rPr>
                    <w:drawing>
                      <wp:inline distT="0" distB="0" distL="0" distR="0">
                        <wp:extent cx="786384" cy="637746"/>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07-2-crop.png"/>
                                <pic:cNvPicPr/>
                              </pic:nvPicPr>
                              <pic:blipFill>
                                <a:blip r:embed="rId30"/>
                                <a:stretch>
                                  <a:fillRect/>
                                </a:stretch>
                              </pic:blipFill>
                              <pic:spPr>
                                <a:xfrm>
                                  <a:off x="0" y="0"/>
                                  <a:ext cx="786384" cy="637746"/>
                                </a:xfrm>
                                <a:prstGeom prst="rect">
                                  <a:avLst/>
                                </a:prstGeom>
                              </pic:spPr>
                            </pic:pic>
                          </a:graphicData>
                        </a:graphic>
                      </wp:inline>
                    </w:drawing>
                  </w:r>
                </w:p>
              </w:tc>
            </w:tr>
          </w:tbl>
          <w:p w:rsidR="00000000" w:rsidRDefault="00000000">
            <w:pPr>
              <w:spacing w:line="240" w:lineRule="auto"/>
            </w:pPr>
          </w:p>
        </w:tc>
      </w:tr>
      <w:tr w:rsidR="00A132FB">
        <w:trPr>
          <w:gridAfter w:val="1"/>
          <w:wAfter w:w="55" w:type="dxa"/>
          <w:cantSplit/>
          <w:trHeight w:hRule="exact" w:val="1469"/>
          <w:jc w:val="center"/>
        </w:trPr>
        <w:tc>
          <w:tcPr>
            <w:tcW w:w="11116" w:type="dxa"/>
            <w:tcBorders>
              <w:top w:val="single" w:sz="4" w:space="0" w:color="B7B7B7"/>
              <w:left w:val="single" w:sz="4" w:space="0" w:color="B7B7B7"/>
              <w:bottom w:val="single" w:sz="4" w:space="0" w:color="B7B7B7"/>
              <w:right w:val="single" w:sz="4" w:space="0" w:color="B7B7B7"/>
            </w:tcBorders>
            <w:tcMar>
              <w:top w:w="20" w:type="dxa"/>
              <w:left w:w="55" w:type="dxa"/>
              <w:bottom w:w="18" w:type="dxa"/>
              <w:right w:w="55" w:type="dxa"/>
            </w:tcMar>
          </w:tcPr>
          <w:tbl>
            <w:tblPr>
              <w:tblW w:w="0" w:type="auto"/>
              <w:tblLayout w:type="fixed"/>
              <w:tblLook w:val="04A0" w:firstRow="1" w:lastRow="0" w:firstColumn="1" w:lastColumn="0" w:noHBand="0" w:noVBand="1"/>
            </w:tblPr>
            <w:tblGrid>
              <w:gridCol w:w="9446"/>
              <w:gridCol w:w="1468"/>
            </w:tblGrid>
            <w:tr w:rsidR="00A132FB">
              <w:tc>
                <w:tcPr>
                  <w:tcW w:w="9446" w:type="dxa"/>
                  <w:tcMar>
                    <w:top w:w="5" w:type="dxa"/>
                    <w:left w:w="0" w:type="dxa"/>
                    <w:bottom w:w="5" w:type="dxa"/>
                    <w:right w:w="25" w:type="dxa"/>
                  </w:tcMar>
                  <w:vAlign w:val="center"/>
                </w:tcPr>
                <w:p w:rsidR="00000000" w:rsidRDefault="00000000">
                  <w:pPr>
                    <w:spacing w:line="221" w:lineRule="auto"/>
                  </w:pPr>
                  <w:r>
                    <w:rPr>
                      <w:rFonts w:eastAsia="Arial"/>
                      <w:b/>
                      <w:color w:val="111111"/>
                      <w:sz w:val="18"/>
                    </w:rPr>
                    <w:t>_____  What do you learn at Santa's Helpers School?</w:t>
                  </w:r>
                </w:p>
                <w:p w:rsidR="00000000" w:rsidRDefault="00000000">
                  <w:pPr>
                    <w:spacing w:line="221" w:lineRule="auto"/>
                  </w:pPr>
                  <w:r>
                    <w:rPr>
                      <w:rFonts w:eastAsia="Arial"/>
                      <w:i/>
                      <w:color w:val="111111"/>
                      <w:sz w:val="18"/>
                    </w:rPr>
                    <w:t>The elf-a-bet.</w:t>
                  </w:r>
                </w:p>
              </w:tc>
              <w:tc>
                <w:tcPr>
                  <w:tcW w:w="1468" w:type="dxa"/>
                  <w:tcMar>
                    <w:top w:w="2" w:type="dxa"/>
                    <w:left w:w="0" w:type="dxa"/>
                    <w:bottom w:w="2" w:type="dxa"/>
                    <w:right w:w="0" w:type="dxa"/>
                  </w:tcMar>
                  <w:vAlign w:val="center"/>
                </w:tcPr>
                <w:p w:rsidR="00000000" w:rsidRDefault="00000000">
                  <w:pPr>
                    <w:spacing w:line="240" w:lineRule="auto"/>
                    <w:jc w:val="center"/>
                  </w:pPr>
                  <w:r>
                    <w:rPr>
                      <w:rFonts w:eastAsia="Arial"/>
                      <w:noProof/>
                      <w:sz w:val="18"/>
                    </w:rPr>
                    <w:drawing>
                      <wp:inline distT="0" distB="0" distL="0" distR="0">
                        <wp:extent cx="786384" cy="493631"/>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07-3-crop.png"/>
                                <pic:cNvPicPr/>
                              </pic:nvPicPr>
                              <pic:blipFill>
                                <a:blip r:embed="rId31"/>
                                <a:stretch>
                                  <a:fillRect/>
                                </a:stretch>
                              </pic:blipFill>
                              <pic:spPr>
                                <a:xfrm>
                                  <a:off x="0" y="0"/>
                                  <a:ext cx="786384" cy="493631"/>
                                </a:xfrm>
                                <a:prstGeom prst="rect">
                                  <a:avLst/>
                                </a:prstGeom>
                              </pic:spPr>
                            </pic:pic>
                          </a:graphicData>
                        </a:graphic>
                      </wp:inline>
                    </w:drawing>
                  </w:r>
                </w:p>
              </w:tc>
            </w:tr>
          </w:tbl>
          <w:p w:rsidR="00000000" w:rsidRDefault="00000000">
            <w:pPr>
              <w:spacing w:line="240" w:lineRule="auto"/>
            </w:pPr>
          </w:p>
        </w:tc>
      </w:tr>
      <w:tr w:rsidR="00A132FB">
        <w:trPr>
          <w:gridAfter w:val="1"/>
          <w:wAfter w:w="55" w:type="dxa"/>
          <w:cantSplit/>
          <w:trHeight w:hRule="exact" w:val="1469"/>
          <w:jc w:val="center"/>
        </w:trPr>
        <w:tc>
          <w:tcPr>
            <w:tcW w:w="11116" w:type="dxa"/>
            <w:tcBorders>
              <w:top w:val="single" w:sz="4" w:space="0" w:color="B7B7B7"/>
              <w:left w:val="single" w:sz="4" w:space="0" w:color="B7B7B7"/>
              <w:bottom w:val="single" w:sz="4" w:space="0" w:color="B7B7B7"/>
              <w:right w:val="single" w:sz="4" w:space="0" w:color="B7B7B7"/>
            </w:tcBorders>
            <w:tcMar>
              <w:top w:w="20" w:type="dxa"/>
              <w:left w:w="55" w:type="dxa"/>
              <w:bottom w:w="18" w:type="dxa"/>
              <w:right w:w="55" w:type="dxa"/>
            </w:tcMar>
          </w:tcPr>
          <w:tbl>
            <w:tblPr>
              <w:tblW w:w="0" w:type="auto"/>
              <w:tblLayout w:type="fixed"/>
              <w:tblLook w:val="04A0" w:firstRow="1" w:lastRow="0" w:firstColumn="1" w:lastColumn="0" w:noHBand="0" w:noVBand="1"/>
            </w:tblPr>
            <w:tblGrid>
              <w:gridCol w:w="9446"/>
              <w:gridCol w:w="1468"/>
            </w:tblGrid>
            <w:tr w:rsidR="00A132FB">
              <w:tc>
                <w:tcPr>
                  <w:tcW w:w="9446" w:type="dxa"/>
                  <w:tcMar>
                    <w:top w:w="5" w:type="dxa"/>
                    <w:left w:w="0" w:type="dxa"/>
                    <w:bottom w:w="5" w:type="dxa"/>
                    <w:right w:w="25" w:type="dxa"/>
                  </w:tcMar>
                  <w:vAlign w:val="center"/>
                </w:tcPr>
                <w:p w:rsidR="00000000" w:rsidRDefault="00000000">
                  <w:pPr>
                    <w:spacing w:line="221" w:lineRule="auto"/>
                  </w:pPr>
                  <w:r>
                    <w:rPr>
                      <w:rFonts w:eastAsia="Arial"/>
                      <w:b/>
                      <w:color w:val="111111"/>
                      <w:sz w:val="18"/>
                    </w:rPr>
                    <w:t>_____  Why isn't Cinderella good at soccer?</w:t>
                  </w:r>
                </w:p>
                <w:p w:rsidR="00000000" w:rsidRDefault="00000000">
                  <w:pPr>
                    <w:spacing w:line="221" w:lineRule="auto"/>
                  </w:pPr>
                  <w:r>
                    <w:rPr>
                      <w:rFonts w:eastAsia="Arial"/>
                      <w:i/>
                      <w:color w:val="111111"/>
                      <w:sz w:val="18"/>
                    </w:rPr>
                    <w:t>Because her coach is a pumpkin and she keeps running away from the ball.</w:t>
                  </w:r>
                </w:p>
              </w:tc>
              <w:tc>
                <w:tcPr>
                  <w:tcW w:w="1468" w:type="dxa"/>
                  <w:tcMar>
                    <w:top w:w="2" w:type="dxa"/>
                    <w:left w:w="0" w:type="dxa"/>
                    <w:bottom w:w="2" w:type="dxa"/>
                    <w:right w:w="0" w:type="dxa"/>
                  </w:tcMar>
                  <w:vAlign w:val="center"/>
                </w:tcPr>
                <w:p w:rsidR="00000000" w:rsidRDefault="00000000">
                  <w:pPr>
                    <w:spacing w:line="240" w:lineRule="auto"/>
                    <w:jc w:val="center"/>
                  </w:pPr>
                  <w:r>
                    <w:rPr>
                      <w:rFonts w:eastAsia="Arial"/>
                      <w:noProof/>
                      <w:sz w:val="18"/>
                    </w:rPr>
                    <w:drawing>
                      <wp:inline distT="0" distB="0" distL="0" distR="0">
                        <wp:extent cx="786384" cy="465509"/>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07-4-crop.png"/>
                                <pic:cNvPicPr/>
                              </pic:nvPicPr>
                              <pic:blipFill>
                                <a:blip r:embed="rId32"/>
                                <a:stretch>
                                  <a:fillRect/>
                                </a:stretch>
                              </pic:blipFill>
                              <pic:spPr>
                                <a:xfrm>
                                  <a:off x="0" y="0"/>
                                  <a:ext cx="786384" cy="465509"/>
                                </a:xfrm>
                                <a:prstGeom prst="rect">
                                  <a:avLst/>
                                </a:prstGeom>
                              </pic:spPr>
                            </pic:pic>
                          </a:graphicData>
                        </a:graphic>
                      </wp:inline>
                    </w:drawing>
                  </w:r>
                </w:p>
              </w:tc>
            </w:tr>
          </w:tbl>
          <w:p w:rsidR="00000000" w:rsidRDefault="00000000">
            <w:pPr>
              <w:spacing w:line="240" w:lineRule="auto"/>
            </w:pPr>
          </w:p>
        </w:tc>
      </w:tr>
      <w:tr w:rsidR="00A132FB">
        <w:trPr>
          <w:gridAfter w:val="1"/>
          <w:wAfter w:w="55" w:type="dxa"/>
          <w:cantSplit/>
          <w:trHeight w:hRule="exact" w:val="1469"/>
          <w:jc w:val="center"/>
        </w:trPr>
        <w:tc>
          <w:tcPr>
            <w:tcW w:w="11116" w:type="dxa"/>
            <w:tcBorders>
              <w:top w:val="single" w:sz="4" w:space="0" w:color="B7B7B7"/>
              <w:left w:val="single" w:sz="4" w:space="0" w:color="B7B7B7"/>
              <w:bottom w:val="single" w:sz="4" w:space="0" w:color="B7B7B7"/>
              <w:right w:val="single" w:sz="4" w:space="0" w:color="B7B7B7"/>
            </w:tcBorders>
            <w:tcMar>
              <w:top w:w="20" w:type="dxa"/>
              <w:left w:w="55" w:type="dxa"/>
              <w:bottom w:w="18" w:type="dxa"/>
              <w:right w:w="55" w:type="dxa"/>
            </w:tcMar>
          </w:tcPr>
          <w:tbl>
            <w:tblPr>
              <w:tblW w:w="0" w:type="auto"/>
              <w:tblLayout w:type="fixed"/>
              <w:tblLook w:val="04A0" w:firstRow="1" w:lastRow="0" w:firstColumn="1" w:lastColumn="0" w:noHBand="0" w:noVBand="1"/>
            </w:tblPr>
            <w:tblGrid>
              <w:gridCol w:w="9446"/>
              <w:gridCol w:w="1468"/>
            </w:tblGrid>
            <w:tr w:rsidR="00A132FB">
              <w:tc>
                <w:tcPr>
                  <w:tcW w:w="9446" w:type="dxa"/>
                  <w:tcMar>
                    <w:top w:w="5" w:type="dxa"/>
                    <w:left w:w="0" w:type="dxa"/>
                    <w:bottom w:w="5" w:type="dxa"/>
                    <w:right w:w="25" w:type="dxa"/>
                  </w:tcMar>
                  <w:vAlign w:val="center"/>
                </w:tcPr>
                <w:p w:rsidR="00000000" w:rsidRDefault="00000000">
                  <w:pPr>
                    <w:spacing w:line="221" w:lineRule="auto"/>
                  </w:pPr>
                  <w:r>
                    <w:rPr>
                      <w:rFonts w:eastAsia="Arial"/>
                      <w:b/>
                      <w:color w:val="111111"/>
                      <w:sz w:val="18"/>
                    </w:rPr>
                    <w:t>_____  What do you say to a kangaroo on its birthday?</w:t>
                  </w:r>
                </w:p>
                <w:p w:rsidR="00000000" w:rsidRDefault="00000000">
                  <w:pPr>
                    <w:spacing w:line="221" w:lineRule="auto"/>
                  </w:pPr>
                  <w:r>
                    <w:rPr>
                      <w:rFonts w:eastAsia="Arial"/>
                      <w:i/>
                      <w:color w:val="111111"/>
                      <w:sz w:val="18"/>
                    </w:rPr>
                    <w:t>Hoppy Birthday!</w:t>
                  </w:r>
                </w:p>
              </w:tc>
              <w:tc>
                <w:tcPr>
                  <w:tcW w:w="1468" w:type="dxa"/>
                  <w:tcMar>
                    <w:top w:w="2" w:type="dxa"/>
                    <w:left w:w="0" w:type="dxa"/>
                    <w:bottom w:w="2" w:type="dxa"/>
                    <w:right w:w="0" w:type="dxa"/>
                  </w:tcMar>
                  <w:vAlign w:val="center"/>
                </w:tcPr>
                <w:p w:rsidR="00000000" w:rsidRDefault="00000000">
                  <w:pPr>
                    <w:spacing w:line="240" w:lineRule="auto"/>
                    <w:jc w:val="center"/>
                  </w:pPr>
                  <w:r>
                    <w:rPr>
                      <w:rFonts w:eastAsia="Arial"/>
                      <w:noProof/>
                      <w:sz w:val="18"/>
                    </w:rPr>
                    <w:drawing>
                      <wp:inline distT="0" distB="0" distL="0" distR="0">
                        <wp:extent cx="786384" cy="654009"/>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07-5-crop.png"/>
                                <pic:cNvPicPr/>
                              </pic:nvPicPr>
                              <pic:blipFill>
                                <a:blip r:embed="rId33"/>
                                <a:stretch>
                                  <a:fillRect/>
                                </a:stretch>
                              </pic:blipFill>
                              <pic:spPr>
                                <a:xfrm>
                                  <a:off x="0" y="0"/>
                                  <a:ext cx="786384" cy="654009"/>
                                </a:xfrm>
                                <a:prstGeom prst="rect">
                                  <a:avLst/>
                                </a:prstGeom>
                              </pic:spPr>
                            </pic:pic>
                          </a:graphicData>
                        </a:graphic>
                      </wp:inline>
                    </w:drawing>
                  </w:r>
                </w:p>
              </w:tc>
            </w:tr>
          </w:tbl>
          <w:p w:rsidR="00000000" w:rsidRDefault="00000000">
            <w:pPr>
              <w:spacing w:line="240" w:lineRule="auto"/>
            </w:pPr>
          </w:p>
        </w:tc>
      </w:tr>
      <w:tr w:rsidR="00A132FB">
        <w:trPr>
          <w:jc w:val="center"/>
        </w:trPr>
        <w:tc>
          <w:tcPr>
            <w:tcW w:w="11116" w:type="dxa"/>
            <w:gridSpan w:val="2"/>
            <w:shd w:val="clear" w:color="auto" w:fill="E7E7E7"/>
            <w:tcMar>
              <w:top w:w="4" w:type="dxa"/>
              <w:left w:w="0" w:type="dxa"/>
              <w:bottom w:w="4" w:type="dxa"/>
              <w:right w:w="0" w:type="dxa"/>
            </w:tcMar>
          </w:tcPr>
          <w:p w:rsidR="00000000" w:rsidRDefault="00000000">
            <w:pPr>
              <w:spacing w:line="240" w:lineRule="auto"/>
            </w:pPr>
            <w:r>
              <w:rPr>
                <w:rFonts w:eastAsia="Arial"/>
                <w:b/>
                <w:color w:val="111111"/>
                <w:sz w:val="18"/>
              </w:rPr>
              <w:t>CONNECTING TO OTHER READING</w:t>
            </w:r>
          </w:p>
        </w:tc>
      </w:tr>
    </w:tbl>
    <w:p w:rsidR="00000000" w:rsidRDefault="00000000">
      <w:pPr>
        <w:spacing w:before="5" w:after="10"/>
      </w:pPr>
      <w:r>
        <w:rPr>
          <w:rFonts w:eastAsia="Arial"/>
          <w:color w:val="111111"/>
          <w:sz w:val="18"/>
        </w:rPr>
        <w:t xml:space="preserve">Many books and other texts focus on one main topic or idea. Recognizing the theme gives you clues about what you may read, learn, or discover next. Ask: </w:t>
      </w:r>
      <w:r>
        <w:rPr>
          <w:rFonts w:eastAsia="Arial"/>
          <w:b/>
          <w:i/>
          <w:color w:val="111111"/>
          <w:sz w:val="18"/>
        </w:rPr>
        <w:t>What is this mostly about?</w:t>
      </w:r>
    </w:p>
    <w:tbl>
      <w:tblPr>
        <w:tblW w:w="0" w:type="auto"/>
        <w:jc w:val="center"/>
        <w:tblLayout w:type="fixed"/>
        <w:tblLook w:val="04A0" w:firstRow="1" w:lastRow="0" w:firstColumn="1" w:lastColumn="0" w:noHBand="0" w:noVBand="1"/>
      </w:tblPr>
      <w:tblGrid>
        <w:gridCol w:w="11116"/>
      </w:tblGrid>
      <w:tr w:rsidR="00A132FB">
        <w:trPr>
          <w:jc w:val="center"/>
        </w:trPr>
        <w:tc>
          <w:tcPr>
            <w:tcW w:w="11116" w:type="dxa"/>
            <w:shd w:val="clear" w:color="auto" w:fill="E7E7E7"/>
            <w:tcMar>
              <w:top w:w="4" w:type="dxa"/>
              <w:left w:w="0" w:type="dxa"/>
              <w:bottom w:w="4" w:type="dxa"/>
              <w:right w:w="0" w:type="dxa"/>
            </w:tcMar>
          </w:tcPr>
          <w:p w:rsidR="00000000" w:rsidRDefault="00000000">
            <w:pPr>
              <w:spacing w:line="240" w:lineRule="auto"/>
            </w:pPr>
            <w:r>
              <w:rPr>
                <w:rFonts w:eastAsia="Arial"/>
                <w:b/>
                <w:color w:val="111111"/>
                <w:sz w:val="18"/>
              </w:rPr>
              <w:t>BONUS CHALLENGE</w:t>
            </w:r>
          </w:p>
        </w:tc>
      </w:tr>
    </w:tbl>
    <w:p w:rsidR="00000000" w:rsidRDefault="00000000">
      <w:pPr>
        <w:spacing w:before="5" w:after="10"/>
      </w:pPr>
      <w:r>
        <w:rPr>
          <w:rFonts w:eastAsia="Arial"/>
          <w:color w:val="111111"/>
          <w:sz w:val="18"/>
        </w:rPr>
        <w:t>If you could create your own themed joke book, what would it be about? Write your theme and one joke that belongs in it.</w:t>
      </w:r>
    </w:p>
    <w:tbl>
      <w:tblPr>
        <w:tblW w:w="0" w:type="auto"/>
        <w:jc w:val="center"/>
        <w:tblLayout w:type="fixed"/>
        <w:tblLook w:val="04A0" w:firstRow="1" w:lastRow="0" w:firstColumn="1" w:lastColumn="0" w:noHBand="0" w:noVBand="1"/>
      </w:tblPr>
      <w:tblGrid>
        <w:gridCol w:w="11116"/>
        <w:gridCol w:w="35"/>
      </w:tblGrid>
      <w:tr w:rsidR="00A132FB">
        <w:trPr>
          <w:cantSplit/>
          <w:trHeight w:hRule="exact" w:val="547"/>
          <w:jc w:val="center"/>
        </w:trPr>
        <w:tc>
          <w:tcPr>
            <w:tcW w:w="11116" w:type="dxa"/>
            <w:gridSpan w:val="2"/>
            <w:tcBorders>
              <w:top w:val="single" w:sz="9" w:space="0" w:color="777777"/>
              <w:left w:val="single" w:sz="9" w:space="0" w:color="777777"/>
              <w:bottom w:val="single" w:sz="9" w:space="0" w:color="777777"/>
              <w:right w:val="single" w:sz="9" w:space="0" w:color="777777"/>
            </w:tcBorders>
            <w:tcMar>
              <w:top w:w="10" w:type="dxa"/>
              <w:left w:w="35" w:type="dxa"/>
              <w:bottom w:w="8" w:type="dxa"/>
              <w:right w:w="35" w:type="dxa"/>
            </w:tcMar>
            <w:vAlign w:val="bottom"/>
          </w:tcPr>
          <w:p w:rsidR="00000000" w:rsidRDefault="00000000">
            <w:pPr>
              <w:spacing w:line="240" w:lineRule="auto"/>
            </w:pPr>
            <w:r>
              <w:rPr>
                <w:rFonts w:eastAsia="Arial"/>
                <w:b/>
                <w:color w:val="111111"/>
                <w:sz w:val="18"/>
              </w:rPr>
              <w:t>My joke book theme:</w:t>
            </w:r>
          </w:p>
        </w:tc>
      </w:tr>
      <w:tr w:rsidR="00A132FB">
        <w:trPr>
          <w:cantSplit/>
          <w:trHeight w:hRule="exact" w:val="547"/>
          <w:jc w:val="center"/>
        </w:trPr>
        <w:tc>
          <w:tcPr>
            <w:tcW w:w="11116" w:type="dxa"/>
            <w:gridSpan w:val="2"/>
            <w:tcBorders>
              <w:top w:val="single" w:sz="9" w:space="0" w:color="777777"/>
              <w:left w:val="single" w:sz="9" w:space="0" w:color="777777"/>
              <w:bottom w:val="single" w:sz="9" w:space="0" w:color="777777"/>
              <w:right w:val="single" w:sz="9" w:space="0" w:color="777777"/>
            </w:tcBorders>
            <w:tcMar>
              <w:top w:w="10" w:type="dxa"/>
              <w:left w:w="35" w:type="dxa"/>
              <w:bottom w:w="8" w:type="dxa"/>
              <w:right w:w="35" w:type="dxa"/>
            </w:tcMar>
            <w:vAlign w:val="bottom"/>
          </w:tcPr>
          <w:p w:rsidR="00000000" w:rsidRDefault="00000000">
            <w:pPr>
              <w:spacing w:line="240" w:lineRule="auto"/>
            </w:pPr>
            <w:r>
              <w:rPr>
                <w:rFonts w:eastAsia="Arial"/>
                <w:color w:val="111111"/>
                <w:sz w:val="18"/>
              </w:rPr>
              <w:t xml:space="preserve"> </w:t>
            </w:r>
            <w:r>
              <w:rPr>
                <w:rFonts w:eastAsia="Arial"/>
                <w:b/>
                <w:color w:val="111111"/>
                <w:sz w:val="18"/>
              </w:rPr>
              <w:t>My joke:</w:t>
            </w:r>
          </w:p>
        </w:tc>
      </w:tr>
      <w:tr w:rsidR="00A132FB">
        <w:trPr>
          <w:cantSplit/>
          <w:trHeight w:hRule="exact" w:val="547"/>
          <w:jc w:val="center"/>
        </w:trPr>
        <w:tc>
          <w:tcPr>
            <w:tcW w:w="11116" w:type="dxa"/>
            <w:gridSpan w:val="2"/>
            <w:tcBorders>
              <w:top w:val="single" w:sz="9" w:space="0" w:color="777777"/>
              <w:left w:val="single" w:sz="9" w:space="0" w:color="777777"/>
              <w:bottom w:val="single" w:sz="9" w:space="0" w:color="777777"/>
              <w:right w:val="single" w:sz="9" w:space="0" w:color="777777"/>
            </w:tcBorders>
            <w:tcMar>
              <w:top w:w="10" w:type="dxa"/>
              <w:left w:w="35" w:type="dxa"/>
              <w:bottom w:w="8" w:type="dxa"/>
              <w:right w:w="35" w:type="dxa"/>
            </w:tcMar>
            <w:vAlign w:val="bottom"/>
          </w:tcPr>
          <w:p w:rsidR="00000000" w:rsidRDefault="00000000">
            <w:pPr>
              <w:spacing w:line="240" w:lineRule="auto"/>
            </w:pPr>
          </w:p>
        </w:tc>
      </w:tr>
      <w:tr w:rsidR="00A132FB">
        <w:trPr>
          <w:cantSplit/>
          <w:trHeight w:hRule="exact" w:val="547"/>
          <w:jc w:val="center"/>
        </w:trPr>
        <w:tc>
          <w:tcPr>
            <w:tcW w:w="11116" w:type="dxa"/>
            <w:gridSpan w:val="2"/>
            <w:tcBorders>
              <w:top w:val="single" w:sz="9" w:space="0" w:color="777777"/>
              <w:left w:val="single" w:sz="9" w:space="0" w:color="777777"/>
              <w:bottom w:val="single" w:sz="9" w:space="0" w:color="777777"/>
              <w:right w:val="single" w:sz="9" w:space="0" w:color="777777"/>
            </w:tcBorders>
            <w:tcMar>
              <w:top w:w="10" w:type="dxa"/>
              <w:left w:w="35" w:type="dxa"/>
              <w:bottom w:w="8" w:type="dxa"/>
              <w:right w:w="35" w:type="dxa"/>
            </w:tcMar>
            <w:vAlign w:val="bottom"/>
          </w:tcPr>
          <w:p w:rsidR="00000000" w:rsidRDefault="00000000">
            <w:pPr>
              <w:spacing w:line="240" w:lineRule="auto"/>
            </w:pPr>
            <w:r>
              <w:rPr>
                <w:rFonts w:eastAsia="Arial"/>
                <w:color w:val="111111"/>
                <w:sz w:val="18"/>
              </w:rPr>
              <w:t xml:space="preserve"> </w:t>
            </w:r>
          </w:p>
        </w:tc>
      </w:tr>
      <w:tr w:rsidR="00A132FB">
        <w:trPr>
          <w:gridAfter w:val="1"/>
          <w:wAfter w:w="35" w:type="dxa"/>
          <w:jc w:val="center"/>
        </w:trPr>
        <w:tc>
          <w:tcPr>
            <w:tcW w:w="11116" w:type="dxa"/>
            <w:tcBorders>
              <w:top w:val="single" w:sz="6" w:space="0" w:color="777777"/>
              <w:left w:val="single" w:sz="6" w:space="0" w:color="777777"/>
              <w:bottom w:val="single" w:sz="6" w:space="0" w:color="777777"/>
              <w:right w:val="single" w:sz="6" w:space="0" w:color="777777"/>
            </w:tcBorders>
            <w:shd w:val="clear" w:color="auto" w:fill="E7E7E7"/>
            <w:tcMar>
              <w:top w:w="38" w:type="dxa"/>
              <w:left w:w="70" w:type="dxa"/>
              <w:bottom w:w="38" w:type="dxa"/>
              <w:right w:w="70" w:type="dxa"/>
            </w:tcMar>
          </w:tcPr>
          <w:p w:rsidR="00000000" w:rsidRDefault="00000000">
            <w:pPr>
              <w:spacing w:line="240" w:lineRule="auto"/>
            </w:pPr>
            <w:r w:rsidRPr="00A07342">
              <w:rPr>
                <w:rFonts w:eastAsia="Arial"/>
                <w:b/>
                <w:color w:val="111111"/>
                <w:sz w:val="18"/>
                <w:szCs w:val="20"/>
              </w:rPr>
              <w:t>RALPH'S READING TIP</w:t>
            </w:r>
            <w:r>
              <w:rPr>
                <w:rFonts w:eastAsia="Arial"/>
                <w:b/>
                <w:color w:val="111111"/>
                <w:sz w:val="18"/>
              </w:rPr>
              <w:t xml:space="preserve">: </w:t>
            </w:r>
            <w:r w:rsidRPr="00A07342">
              <w:rPr>
                <w:rFonts w:eastAsia="Arial"/>
                <w:b/>
                <w:color w:val="111111"/>
                <w:sz w:val="18"/>
                <w:szCs w:val="20"/>
              </w:rPr>
              <w:t>Great readers notice themes. Knowing what a book is mostly about helps you understand new words, make predictions, and enjoy reading even more!</w:t>
            </w:r>
          </w:p>
        </w:tc>
      </w:tr>
    </w:tbl>
    <w:p w:rsidR="00B63F71" w:rsidRDefault="00000000">
      <w:pPr>
        <w:spacing w:line="20" w:lineRule="exact"/>
      </w:pPr>
      <w:r>
        <w:rPr>
          <w:sz w:val="2"/>
        </w:rPr>
        <w:br w:type="page"/>
      </w:r>
    </w:p>
    <w:tbl>
      <w:tblPr>
        <w:tblW w:w="11200" w:type="dxa"/>
        <w:tblLayout w:type="fixed"/>
        <w:tblLook w:val="04A0" w:firstRow="1" w:lastRow="0" w:firstColumn="1" w:lastColumn="0" w:noHBand="0" w:noVBand="1"/>
      </w:tblPr>
      <w:tblGrid>
        <w:gridCol w:w="7120"/>
        <w:gridCol w:w="4080"/>
      </w:tblGrid>
      <w:tr w:rsidR="004661D7">
        <w:tc>
          <w:tcPr>
            <w:tcW w:w="7120" w:type="dxa"/>
            <w:tcBorders>
              <w:top w:val="single" w:sz="10" w:space="0" w:color="777777"/>
              <w:left w:val="single" w:sz="10" w:space="0" w:color="777777"/>
              <w:bottom w:val="single" w:sz="10" w:space="0" w:color="777777"/>
              <w:right w:val="single" w:sz="10" w:space="0" w:color="777777"/>
            </w:tcBorders>
            <w:tcMar>
              <w:top w:w="70" w:type="dxa"/>
              <w:left w:w="80" w:type="dxa"/>
              <w:bottom w:w="70" w:type="dxa"/>
              <w:right w:w="80" w:type="dxa"/>
            </w:tcMar>
            <w:vAlign w:val="center"/>
          </w:tcPr>
          <w:p w:rsidR="00000000" w:rsidRDefault="00000000">
            <w:pPr>
              <w:spacing w:after="60"/>
            </w:pPr>
            <w:r>
              <w:rPr>
                <w:rFonts w:eastAsia="Arial"/>
                <w:b/>
                <w:color w:val="555555"/>
                <w:sz w:val="20"/>
              </w:rPr>
              <w:lastRenderedPageBreak/>
              <w:t xml:space="preserve">JOKE DETECTIVE ACTIVITY SHEET  </w:t>
            </w:r>
            <w:r>
              <w:rPr>
                <w:rFonts w:eastAsia="Arial"/>
                <w:b/>
                <w:color w:val="111111"/>
                <w:sz w:val="20"/>
              </w:rPr>
              <w:t>JBRA-S08</w:t>
            </w:r>
          </w:p>
          <w:p w:rsidR="00000000" w:rsidRDefault="00000000">
            <w:pPr>
              <w:spacing w:line="240" w:lineRule="auto"/>
            </w:pPr>
            <w:r>
              <w:rPr>
                <w:rFonts w:eastAsia="Arial"/>
                <w:b/>
                <w:color w:val="111111"/>
                <w:sz w:val="20"/>
              </w:rPr>
              <w:t>Which Joke Doesn't Belong?</w:t>
            </w:r>
          </w:p>
        </w:tc>
        <w:tc>
          <w:tcPr>
            <w:tcW w:w="4080" w:type="dxa"/>
            <w:tcBorders>
              <w:top w:val="single" w:sz="10" w:space="0" w:color="777777"/>
              <w:left w:val="single" w:sz="10" w:space="0" w:color="777777"/>
              <w:bottom w:val="single" w:sz="10" w:space="0" w:color="777777"/>
              <w:right w:val="single" w:sz="10" w:space="0" w:color="777777"/>
            </w:tcBorders>
            <w:shd w:val="clear" w:color="auto" w:fill="E7E7E7"/>
            <w:tcMar>
              <w:top w:w="70" w:type="dxa"/>
              <w:left w:w="80" w:type="dxa"/>
              <w:bottom w:w="70" w:type="dxa"/>
              <w:right w:w="80" w:type="dxa"/>
            </w:tcMar>
            <w:vAlign w:val="center"/>
          </w:tcPr>
          <w:p w:rsidR="00000000" w:rsidRDefault="00000000">
            <w:pPr>
              <w:spacing w:after="40"/>
              <w:jc w:val="center"/>
            </w:pPr>
            <w:r>
              <w:rPr>
                <w:rFonts w:eastAsia="Arial"/>
                <w:b/>
                <w:color w:val="555555"/>
                <w:sz w:val="20"/>
              </w:rPr>
              <w:t>READING SKILL</w:t>
            </w:r>
          </w:p>
          <w:p w:rsidR="00000000" w:rsidRDefault="00000000">
            <w:pPr>
              <w:spacing w:line="240" w:lineRule="auto"/>
              <w:jc w:val="center"/>
            </w:pPr>
            <w:r>
              <w:rPr>
                <w:rFonts w:eastAsia="Arial"/>
                <w:b/>
                <w:color w:val="111111"/>
                <w:sz w:val="20"/>
              </w:rPr>
              <w:t>Comparing &amp; Categorizing</w:t>
            </w:r>
          </w:p>
        </w:tc>
      </w:tr>
    </w:tbl>
    <w:p w:rsidR="00000000" w:rsidRDefault="00000000" w:rsidP="00F40DD0">
      <w:pPr>
        <w:spacing w:after="20" w:line="480" w:lineRule="auto"/>
        <w:rPr>
          <w:rFonts w:eastAsia="Arial"/>
          <w:color w:val="111111"/>
          <w:sz w:val="20"/>
        </w:rPr>
      </w:pPr>
    </w:p>
    <w:p w:rsidR="00000000" w:rsidRDefault="00000000" w:rsidP="00F40DD0">
      <w:pPr>
        <w:spacing w:after="20" w:line="480" w:lineRule="auto"/>
      </w:pPr>
      <w:r>
        <w:rPr>
          <w:rFonts w:eastAsia="Arial"/>
          <w:color w:val="111111"/>
          <w:sz w:val="20"/>
        </w:rPr>
        <w:t>Name: _______________________________</w:t>
      </w:r>
      <w:r>
        <w:rPr>
          <w:rFonts w:eastAsia="Arial"/>
          <w:color w:val="111111"/>
          <w:sz w:val="20"/>
        </w:rPr>
        <w:t>___________________   Date: ______________</w:t>
      </w:r>
      <w:r>
        <w:rPr>
          <w:rFonts w:eastAsia="Arial"/>
          <w:color w:val="111111"/>
          <w:sz w:val="20"/>
        </w:rPr>
        <w:t>_____</w:t>
      </w:r>
      <w:proofErr w:type="gramStart"/>
      <w:r>
        <w:rPr>
          <w:rFonts w:eastAsia="Arial"/>
          <w:color w:val="111111"/>
          <w:sz w:val="20"/>
        </w:rPr>
        <w:t>_</w:t>
      </w:r>
      <w:r>
        <w:rPr>
          <w:rFonts w:eastAsia="Arial"/>
          <w:color w:val="111111"/>
          <w:sz w:val="20"/>
        </w:rPr>
        <w:t xml:space="preserve">  Class</w:t>
      </w:r>
      <w:proofErr w:type="gramEnd"/>
      <w:r>
        <w:rPr>
          <w:rFonts w:eastAsia="Arial"/>
          <w:color w:val="111111"/>
          <w:sz w:val="20"/>
        </w:rPr>
        <w:t xml:space="preserve"> or Period: ______________</w:t>
      </w:r>
    </w:p>
    <w:tbl>
      <w:tblPr>
        <w:tblW w:w="11200" w:type="dxa"/>
        <w:tblLayout w:type="fixed"/>
        <w:tblLook w:val="04A0" w:firstRow="1" w:lastRow="0" w:firstColumn="1" w:lastColumn="0" w:noHBand="0" w:noVBand="1"/>
      </w:tblPr>
      <w:tblGrid>
        <w:gridCol w:w="11200"/>
      </w:tblGrid>
      <w:tr w:rsidR="004661D7">
        <w:tc>
          <w:tcPr>
            <w:tcW w:w="11200" w:type="dxa"/>
            <w:tcBorders>
              <w:top w:val="nil"/>
              <w:left w:val="nil"/>
              <w:bottom w:val="nil"/>
              <w:right w:val="nil"/>
            </w:tcBorders>
            <w:shd w:val="clear" w:color="auto" w:fill="E7E7E7"/>
            <w:tcMar>
              <w:top w:w="12" w:type="dxa"/>
              <w:left w:w="0" w:type="dxa"/>
              <w:bottom w:w="8" w:type="dxa"/>
              <w:right w:w="0" w:type="dxa"/>
            </w:tcMar>
          </w:tcPr>
          <w:p w:rsidR="00000000" w:rsidRDefault="00000000" w:rsidP="00F40DD0">
            <w:pPr>
              <w:spacing w:line="360" w:lineRule="auto"/>
            </w:pPr>
            <w:r>
              <w:rPr>
                <w:rFonts w:eastAsia="Arial"/>
                <w:b/>
                <w:color w:val="111111"/>
                <w:sz w:val="20"/>
              </w:rPr>
              <w:t>WARM-UP</w:t>
            </w:r>
          </w:p>
        </w:tc>
      </w:tr>
    </w:tbl>
    <w:p w:rsidR="00000000" w:rsidRPr="00F40DD0" w:rsidRDefault="00000000">
      <w:pPr>
        <w:spacing w:after="40" w:line="228" w:lineRule="auto"/>
        <w:rPr>
          <w:rFonts w:eastAsia="Arial"/>
          <w:sz w:val="20"/>
          <w:szCs w:val="20"/>
        </w:rPr>
      </w:pPr>
      <w:r w:rsidRPr="00F40DD0">
        <w:rPr>
          <w:rFonts w:eastAsia="Arial"/>
          <w:color w:val="111111"/>
          <w:sz w:val="20"/>
          <w:szCs w:val="20"/>
        </w:rPr>
        <w:t>Good readers compare ideas and sort them into categories. In each group, three jokes belong together and one is different. Circle the joke that does not belong, then explain your thinking. More than one answer may work if you support it!</w:t>
      </w:r>
    </w:p>
    <w:tbl>
      <w:tblPr>
        <w:tblW w:w="11200" w:type="dxa"/>
        <w:tblLayout w:type="fixed"/>
        <w:tblLook w:val="04A0" w:firstRow="1" w:lastRow="0" w:firstColumn="1" w:lastColumn="0" w:noHBand="0" w:noVBand="1"/>
      </w:tblPr>
      <w:tblGrid>
        <w:gridCol w:w="11200"/>
      </w:tblGrid>
      <w:tr w:rsidR="004661D7" w:rsidRPr="00F40DD0">
        <w:tc>
          <w:tcPr>
            <w:tcW w:w="11200" w:type="dxa"/>
            <w:tcBorders>
              <w:top w:val="nil"/>
              <w:left w:val="nil"/>
              <w:bottom w:val="nil"/>
              <w:right w:val="nil"/>
            </w:tcBorders>
            <w:shd w:val="clear" w:color="auto" w:fill="E7E7E7"/>
            <w:tcMar>
              <w:top w:w="12" w:type="dxa"/>
              <w:left w:w="0" w:type="dxa"/>
              <w:bottom w:w="8" w:type="dxa"/>
              <w:right w:w="0" w:type="dxa"/>
            </w:tcMar>
          </w:tcPr>
          <w:p w:rsidR="00000000" w:rsidRPr="00F40DD0" w:rsidRDefault="00000000" w:rsidP="00F40DD0">
            <w:pPr>
              <w:spacing w:line="360" w:lineRule="auto"/>
              <w:rPr>
                <w:rFonts w:eastAsia="Arial"/>
                <w:sz w:val="20"/>
              </w:rPr>
            </w:pPr>
            <w:r w:rsidRPr="00F40DD0">
              <w:rPr>
                <w:rFonts w:eastAsia="Arial"/>
                <w:b/>
                <w:color w:val="111111"/>
                <w:sz w:val="20"/>
              </w:rPr>
              <w:t>JOKE DETECTIVE CHALLENGE</w:t>
            </w:r>
          </w:p>
        </w:tc>
      </w:tr>
    </w:tbl>
    <w:p w:rsidR="00000000" w:rsidRPr="00F40DD0" w:rsidRDefault="00000000" w:rsidP="00F40DD0">
      <w:pPr>
        <w:spacing w:after="40"/>
        <w:rPr>
          <w:rFonts w:eastAsia="Arial"/>
          <w:sz w:val="20"/>
          <w:szCs w:val="20"/>
        </w:rPr>
      </w:pPr>
      <w:r w:rsidRPr="00F40DD0">
        <w:rPr>
          <w:rFonts w:eastAsia="Arial"/>
          <w:color w:val="111111"/>
          <w:sz w:val="20"/>
          <w:szCs w:val="20"/>
        </w:rPr>
        <w:t>Read each group. Circle one letter in each group and explain why it does not belong.</w:t>
      </w:r>
      <w:r>
        <w:rPr>
          <w:rFonts w:eastAsia="Arial"/>
          <w:color w:val="111111"/>
          <w:sz w:val="20"/>
          <w:szCs w:val="20"/>
        </w:rPr>
        <w:t xml:space="preserve"> Be prepared to explain your answer.</w:t>
      </w:r>
    </w:p>
    <w:tbl>
      <w:tblPr>
        <w:tblW w:w="11040" w:type="dxa"/>
        <w:jc w:val="center"/>
        <w:tblLayout w:type="fixed"/>
        <w:tblLook w:val="04A0" w:firstRow="1" w:lastRow="0" w:firstColumn="1" w:lastColumn="0" w:noHBand="0" w:noVBand="1"/>
      </w:tblPr>
      <w:tblGrid>
        <w:gridCol w:w="5437"/>
        <w:gridCol w:w="5436"/>
        <w:gridCol w:w="167"/>
      </w:tblGrid>
      <w:tr w:rsidR="004661D7">
        <w:trPr>
          <w:gridAfter w:val="1"/>
          <w:wAfter w:w="170" w:type="dxa"/>
          <w:jc w:val="center"/>
        </w:trPr>
        <w:tc>
          <w:tcPr>
            <w:tcW w:w="5520" w:type="dxa"/>
            <w:tcBorders>
              <w:top w:val="single" w:sz="8" w:space="0" w:color="777777"/>
              <w:left w:val="single" w:sz="8" w:space="0" w:color="777777"/>
              <w:bottom w:val="single" w:sz="8" w:space="0" w:color="777777"/>
              <w:right w:val="single" w:sz="8" w:space="0" w:color="777777"/>
            </w:tcBorders>
            <w:tcMar>
              <w:top w:w="0" w:type="dxa"/>
              <w:left w:w="0" w:type="dxa"/>
              <w:bottom w:w="0" w:type="dxa"/>
              <w:right w:w="0" w:type="dxa"/>
            </w:tcMar>
          </w:tcPr>
          <w:p w:rsidR="00000000" w:rsidRDefault="00000000">
            <w:pPr>
              <w:spacing w:line="240" w:lineRule="auto"/>
            </w:pPr>
          </w:p>
          <w:tbl>
            <w:tblPr>
              <w:tblW w:w="5050" w:type="dxa"/>
              <w:tblLayout w:type="fixed"/>
              <w:tblLook w:val="04A0" w:firstRow="1" w:lastRow="0" w:firstColumn="1" w:lastColumn="0" w:noHBand="0" w:noVBand="1"/>
            </w:tblPr>
            <w:tblGrid>
              <w:gridCol w:w="5050"/>
            </w:tblGrid>
            <w:tr w:rsidR="004661D7">
              <w:tc>
                <w:tcPr>
                  <w:tcW w:w="5050" w:type="dxa"/>
                  <w:tcBorders>
                    <w:top w:val="nil"/>
                    <w:left w:val="nil"/>
                    <w:bottom w:val="nil"/>
                    <w:right w:val="nil"/>
                  </w:tcBorders>
                  <w:shd w:val="clear" w:color="auto" w:fill="D7D7D7"/>
                  <w:tcMar>
                    <w:top w:w="35" w:type="dxa"/>
                    <w:left w:w="70" w:type="dxa"/>
                    <w:bottom w:w="30" w:type="dxa"/>
                    <w:right w:w="70" w:type="dxa"/>
                  </w:tcMar>
                </w:tcPr>
                <w:p w:rsidR="00000000" w:rsidRDefault="00000000">
                  <w:pPr>
                    <w:spacing w:line="240" w:lineRule="auto"/>
                  </w:pPr>
                  <w:r>
                    <w:rPr>
                      <w:rFonts w:eastAsia="Arial"/>
                      <w:b/>
                      <w:color w:val="111111"/>
                      <w:sz w:val="20"/>
                    </w:rPr>
                    <w:t>GROUP 1</w:t>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rsidP="00F40DD0">
                  <w:pPr>
                    <w:pStyle w:val="ListParagraph"/>
                    <w:numPr>
                      <w:ilvl w:val="0"/>
                      <w:numId w:val="11"/>
                    </w:numPr>
                    <w:spacing w:after="20" w:line="228" w:lineRule="auto"/>
                  </w:pPr>
                  <w:r w:rsidRPr="00F40DD0">
                    <w:rPr>
                      <w:rFonts w:eastAsia="Arial"/>
                      <w:b/>
                      <w:color w:val="111111"/>
                      <w:sz w:val="20"/>
                    </w:rPr>
                    <w:t>Where do pirates go on vacation?</w:t>
                  </w:r>
                </w:p>
                <w:p w:rsidR="00000000" w:rsidRDefault="00000000">
                  <w:pPr>
                    <w:spacing w:line="228" w:lineRule="auto"/>
                  </w:pPr>
                  <w:r>
                    <w:rPr>
                      <w:rFonts w:eastAsia="Arial"/>
                      <w:i/>
                      <w:color w:val="111111"/>
                      <w:sz w:val="20"/>
                    </w:rPr>
                    <w:t>Arrr-gentina.</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26" name="Picture 1" descr="Image: 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1-pirate.png"/>
                                <pic:cNvPicPr/>
                              </pic:nvPicPr>
                              <pic:blipFill>
                                <a:blip r:embed="rId34"/>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B. What washes up on very small beaches?</w:t>
                  </w:r>
                </w:p>
                <w:p w:rsidR="00000000" w:rsidRDefault="00000000">
                  <w:pPr>
                    <w:spacing w:line="228" w:lineRule="auto"/>
                  </w:pPr>
                  <w:r>
                    <w:rPr>
                      <w:rFonts w:eastAsia="Arial"/>
                      <w:i/>
                      <w:color w:val="111111"/>
                      <w:sz w:val="20"/>
                    </w:rPr>
                    <w:t>Microwaves.</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27" name="Picture 2" descr="Image: 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2-microwaves.png"/>
                                <pic:cNvPicPr/>
                              </pic:nvPicPr>
                              <pic:blipFill>
                                <a:blip r:embed="rId35"/>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C. What is the worst vegetable to bring on a boat?</w:t>
                  </w:r>
                </w:p>
                <w:p w:rsidR="00000000" w:rsidRDefault="00000000">
                  <w:pPr>
                    <w:spacing w:line="228" w:lineRule="auto"/>
                  </w:pPr>
                  <w:r>
                    <w:rPr>
                      <w:rFonts w:eastAsia="Arial"/>
                      <w:i/>
                      <w:color w:val="111111"/>
                      <w:sz w:val="20"/>
                    </w:rPr>
                    <w:t>A leek.</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28" name="Picture 3" descr="Image: 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3-leek.png"/>
                                <pic:cNvPicPr/>
                              </pic:nvPicPr>
                              <pic:blipFill>
                                <a:blip r:embed="rId36"/>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D. Why do skunks celebrate Valentine</w:t>
                  </w:r>
                  <w:r>
                    <w:rPr>
                      <w:rFonts w:eastAsia="Arial"/>
                      <w:b/>
                      <w:color w:val="111111"/>
                      <w:sz w:val="20"/>
                    </w:rPr>
                    <w:t>’s Day?</w:t>
                  </w:r>
                </w:p>
                <w:p w:rsidR="00000000" w:rsidRDefault="00000000">
                  <w:pPr>
                    <w:spacing w:line="228" w:lineRule="auto"/>
                  </w:pPr>
                  <w:r>
                    <w:rPr>
                      <w:rFonts w:eastAsia="Arial"/>
                      <w:i/>
                      <w:color w:val="111111"/>
                      <w:sz w:val="20"/>
                    </w:rPr>
                    <w:t>Because they</w:t>
                  </w:r>
                  <w:r>
                    <w:rPr>
                      <w:rFonts w:eastAsia="Arial"/>
                      <w:i/>
                      <w:color w:val="111111"/>
                      <w:sz w:val="20"/>
                    </w:rPr>
                    <w:t>’re very scent-</w:t>
                  </w:r>
                  <w:proofErr w:type="spellStart"/>
                  <w:r>
                    <w:rPr>
                      <w:rFonts w:eastAsia="Arial"/>
                      <w:i/>
                      <w:color w:val="111111"/>
                      <w:sz w:val="20"/>
                    </w:rPr>
                    <w:t>imental</w:t>
                  </w:r>
                  <w:proofErr w:type="spellEnd"/>
                  <w:r>
                    <w:rPr>
                      <w:rFonts w:eastAsia="Arial"/>
                      <w:i/>
                      <w:color w:val="111111"/>
                      <w:sz w:val="20"/>
                    </w:rPr>
                    <w:t>.</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29" name="Picture 4" descr="Image: 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4-skunks.png"/>
                                <pic:cNvPicPr/>
                              </pic:nvPicPr>
                              <pic:blipFill>
                                <a:blip r:embed="rId37"/>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p w:rsidR="00000000" w:rsidRDefault="00000000">
            <w:pPr>
              <w:spacing w:before="60" w:after="40"/>
            </w:pPr>
            <w:r>
              <w:rPr>
                <w:rFonts w:eastAsia="Arial"/>
                <w:b/>
                <w:color w:val="111111"/>
                <w:sz w:val="20"/>
              </w:rPr>
              <w:t>Which joke doesn</w:t>
            </w:r>
            <w:r>
              <w:rPr>
                <w:rFonts w:eastAsia="Arial"/>
                <w:b/>
                <w:color w:val="111111"/>
                <w:sz w:val="20"/>
              </w:rPr>
              <w:t>’t belong? Why?</w:t>
            </w:r>
          </w:p>
          <w:p w:rsidR="00000000" w:rsidRDefault="00000000">
            <w:pPr>
              <w:pBdr>
                <w:bottom w:val="single" w:sz="5" w:space="1" w:color="999999"/>
              </w:pBdr>
              <w:spacing w:after="40" w:line="180" w:lineRule="auto"/>
            </w:pPr>
            <w:r>
              <w:rPr>
                <w:rFonts w:eastAsia="Arial"/>
                <w:sz w:val="20"/>
              </w:rPr>
              <w:t xml:space="preserve"> </w:t>
            </w:r>
          </w:p>
          <w:p w:rsidR="00000000" w:rsidRDefault="00000000">
            <w:pPr>
              <w:pBdr>
                <w:bottom w:val="single" w:sz="5" w:space="1" w:color="999999"/>
              </w:pBdr>
              <w:spacing w:after="40" w:line="180" w:lineRule="auto"/>
            </w:pPr>
            <w:r>
              <w:rPr>
                <w:rFonts w:eastAsia="Arial"/>
                <w:sz w:val="20"/>
              </w:rPr>
              <w:t xml:space="preserve"> </w:t>
            </w:r>
          </w:p>
          <w:p w:rsidR="00000000" w:rsidRDefault="00000000">
            <w:pPr>
              <w:pBdr>
                <w:bottom w:val="single" w:sz="5" w:space="1" w:color="999999"/>
              </w:pBdr>
              <w:spacing w:after="40" w:line="180" w:lineRule="auto"/>
            </w:pPr>
            <w:r>
              <w:rPr>
                <w:rFonts w:eastAsia="Arial"/>
                <w:sz w:val="20"/>
              </w:rPr>
              <w:t xml:space="preserve"> </w:t>
            </w:r>
          </w:p>
        </w:tc>
        <w:tc>
          <w:tcPr>
            <w:tcW w:w="5520" w:type="dxa"/>
            <w:tcBorders>
              <w:top w:val="single" w:sz="8" w:space="0" w:color="777777"/>
              <w:left w:val="single" w:sz="8" w:space="0" w:color="777777"/>
              <w:bottom w:val="single" w:sz="8" w:space="0" w:color="777777"/>
              <w:right w:val="single" w:sz="8" w:space="0" w:color="777777"/>
            </w:tcBorders>
            <w:tcMar>
              <w:top w:w="0" w:type="dxa"/>
              <w:left w:w="0" w:type="dxa"/>
              <w:bottom w:w="0" w:type="dxa"/>
              <w:right w:w="0" w:type="dxa"/>
            </w:tcMar>
          </w:tcPr>
          <w:p w:rsidR="00000000" w:rsidRDefault="00000000">
            <w:pPr>
              <w:spacing w:line="240" w:lineRule="auto"/>
            </w:pPr>
          </w:p>
          <w:tbl>
            <w:tblPr>
              <w:tblW w:w="5050" w:type="dxa"/>
              <w:tblLayout w:type="fixed"/>
              <w:tblLook w:val="04A0" w:firstRow="1" w:lastRow="0" w:firstColumn="1" w:lastColumn="0" w:noHBand="0" w:noVBand="1"/>
            </w:tblPr>
            <w:tblGrid>
              <w:gridCol w:w="5050"/>
            </w:tblGrid>
            <w:tr w:rsidR="004661D7">
              <w:tc>
                <w:tcPr>
                  <w:tcW w:w="5050" w:type="dxa"/>
                  <w:tcBorders>
                    <w:top w:val="nil"/>
                    <w:left w:val="nil"/>
                    <w:bottom w:val="nil"/>
                    <w:right w:val="nil"/>
                  </w:tcBorders>
                  <w:shd w:val="clear" w:color="auto" w:fill="D7D7D7"/>
                  <w:tcMar>
                    <w:top w:w="35" w:type="dxa"/>
                    <w:left w:w="70" w:type="dxa"/>
                    <w:bottom w:w="30" w:type="dxa"/>
                    <w:right w:w="70" w:type="dxa"/>
                  </w:tcMar>
                </w:tcPr>
                <w:p w:rsidR="00000000" w:rsidRDefault="00000000">
                  <w:pPr>
                    <w:spacing w:line="240" w:lineRule="auto"/>
                  </w:pPr>
                  <w:r>
                    <w:rPr>
                      <w:rFonts w:eastAsia="Arial"/>
                      <w:b/>
                      <w:color w:val="111111"/>
                      <w:sz w:val="20"/>
                    </w:rPr>
                    <w:t>GROUP 2</w:t>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rsidP="00F40DD0">
                  <w:pPr>
                    <w:pStyle w:val="ListParagraph"/>
                    <w:numPr>
                      <w:ilvl w:val="0"/>
                      <w:numId w:val="10"/>
                    </w:numPr>
                    <w:spacing w:after="20" w:line="228" w:lineRule="auto"/>
                  </w:pPr>
                  <w:r w:rsidRPr="00F40DD0">
                    <w:rPr>
                      <w:rFonts w:eastAsia="Arial"/>
                      <w:b/>
                      <w:color w:val="111111"/>
                      <w:sz w:val="20"/>
                    </w:rPr>
                    <w:t>Why do chickens stay in shape?</w:t>
                  </w:r>
                </w:p>
                <w:p w:rsidR="00000000" w:rsidRDefault="00000000">
                  <w:pPr>
                    <w:spacing w:line="228" w:lineRule="auto"/>
                  </w:pPr>
                  <w:r>
                    <w:rPr>
                      <w:rFonts w:eastAsia="Arial"/>
                      <w:i/>
                      <w:color w:val="111111"/>
                      <w:sz w:val="20"/>
                    </w:rPr>
                    <w:t>Eggsercise.</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30" name="Picture 5" descr="Image: 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5-eggsercise.png"/>
                                <pic:cNvPicPr/>
                              </pic:nvPicPr>
                              <pic:blipFill>
                                <a:blip r:embed="rId38"/>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B. What do you call a mischievous egg?</w:t>
                  </w:r>
                </w:p>
                <w:p w:rsidR="00000000" w:rsidRDefault="00000000">
                  <w:pPr>
                    <w:spacing w:line="228" w:lineRule="auto"/>
                  </w:pPr>
                  <w:r>
                    <w:rPr>
                      <w:rFonts w:eastAsia="Arial"/>
                      <w:i/>
                      <w:color w:val="111111"/>
                      <w:sz w:val="20"/>
                    </w:rPr>
                    <w:t>A practical yolker.</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31" name="Picture 6" descr="Image: 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6-yolker.png"/>
                                <pic:cNvPicPr/>
                              </pic:nvPicPr>
                              <pic:blipFill>
                                <a:blip r:embed="rId39"/>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C. Where do chickens work?</w:t>
                  </w:r>
                </w:p>
                <w:p w:rsidR="00000000" w:rsidRDefault="00000000">
                  <w:pPr>
                    <w:spacing w:line="228" w:lineRule="auto"/>
                  </w:pPr>
                  <w:r>
                    <w:rPr>
                      <w:rFonts w:eastAsia="Arial"/>
                      <w:i/>
                      <w:color w:val="111111"/>
                      <w:sz w:val="20"/>
                    </w:rPr>
                    <w:t>At eggplants.</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32" name="Picture 7" descr="Image: 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7-eggplants.png"/>
                                <pic:cNvPicPr/>
                              </pic:nvPicPr>
                              <pic:blipFill>
                                <a:blip r:embed="rId40"/>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tbl>
            <w:tblPr>
              <w:tblW w:w="5050" w:type="dxa"/>
              <w:tblLayout w:type="fixed"/>
              <w:tblLook w:val="04A0" w:firstRow="1" w:lastRow="0" w:firstColumn="1" w:lastColumn="0" w:noHBand="0" w:noVBand="1"/>
            </w:tblPr>
            <w:tblGrid>
              <w:gridCol w:w="3900"/>
              <w:gridCol w:w="1150"/>
            </w:tblGrid>
            <w:tr w:rsidR="004661D7">
              <w:tc>
                <w:tcPr>
                  <w:tcW w:w="390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after="20" w:line="228" w:lineRule="auto"/>
                  </w:pPr>
                  <w:r>
                    <w:rPr>
                      <w:rFonts w:eastAsia="Arial"/>
                      <w:b/>
                      <w:color w:val="111111"/>
                      <w:sz w:val="20"/>
                    </w:rPr>
                    <w:t>D. What do witches ask for at a hotel?</w:t>
                  </w:r>
                </w:p>
                <w:p w:rsidR="00000000" w:rsidRDefault="00000000">
                  <w:pPr>
                    <w:spacing w:line="228" w:lineRule="auto"/>
                  </w:pPr>
                  <w:r>
                    <w:rPr>
                      <w:rFonts w:eastAsia="Arial"/>
                      <w:i/>
                      <w:color w:val="111111"/>
                      <w:sz w:val="20"/>
                    </w:rPr>
                    <w:t>Broom service.</w:t>
                  </w:r>
                </w:p>
              </w:tc>
              <w:tc>
                <w:tcPr>
                  <w:tcW w:w="1150" w:type="dxa"/>
                  <w:tcBorders>
                    <w:top w:val="nil"/>
                    <w:left w:val="nil"/>
                    <w:bottom w:val="single" w:sz="5" w:space="0" w:color="C8C8C8"/>
                    <w:right w:val="nil"/>
                  </w:tcBorders>
                  <w:tcMar>
                    <w:top w:w="45" w:type="dxa"/>
                    <w:left w:w="55" w:type="dxa"/>
                    <w:bottom w:w="35" w:type="dxa"/>
                    <w:right w:w="55" w:type="dxa"/>
                  </w:tcMar>
                  <w:vAlign w:val="center"/>
                </w:tcPr>
                <w:p w:rsidR="00000000" w:rsidRDefault="00000000">
                  <w:pPr>
                    <w:spacing w:line="240" w:lineRule="auto"/>
                    <w:jc w:val="center"/>
                  </w:pPr>
                  <w:r>
                    <w:rPr>
                      <w:rFonts w:eastAsia="Arial"/>
                      <w:noProof/>
                      <w:sz w:val="20"/>
                    </w:rPr>
                    <w:drawing>
                      <wp:inline distT="0" distB="0" distL="0" distR="0">
                        <wp:extent cx="621792" cy="832346"/>
                        <wp:effectExtent l="0" t="0" r="0" b="0"/>
                        <wp:docPr id="33" name="Picture 8" descr="Image: 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8-broom.png"/>
                                <pic:cNvPicPr/>
                              </pic:nvPicPr>
                              <pic:blipFill>
                                <a:blip r:embed="rId41"/>
                                <a:stretch>
                                  <a:fillRect/>
                                </a:stretch>
                              </pic:blipFill>
                              <pic:spPr>
                                <a:xfrm>
                                  <a:off x="0" y="0"/>
                                  <a:ext cx="621792" cy="832346"/>
                                </a:xfrm>
                                <a:prstGeom prst="rect">
                                  <a:avLst/>
                                </a:prstGeom>
                              </pic:spPr>
                            </pic:pic>
                          </a:graphicData>
                        </a:graphic>
                      </wp:inline>
                    </w:drawing>
                  </w:r>
                </w:p>
              </w:tc>
            </w:tr>
          </w:tbl>
          <w:p w:rsidR="00000000" w:rsidRDefault="00000000">
            <w:pPr>
              <w:spacing w:line="240" w:lineRule="auto"/>
            </w:pPr>
          </w:p>
          <w:p w:rsidR="00000000" w:rsidRDefault="00000000">
            <w:pPr>
              <w:spacing w:before="60" w:after="40"/>
            </w:pPr>
            <w:r>
              <w:rPr>
                <w:rFonts w:eastAsia="Arial"/>
                <w:b/>
                <w:color w:val="111111"/>
                <w:sz w:val="20"/>
              </w:rPr>
              <w:t>Which joke doesn</w:t>
            </w:r>
            <w:r>
              <w:rPr>
                <w:rFonts w:eastAsia="Arial"/>
                <w:b/>
                <w:color w:val="111111"/>
                <w:sz w:val="20"/>
              </w:rPr>
              <w:t>’t belong? Why?</w:t>
            </w:r>
          </w:p>
          <w:p w:rsidR="00000000" w:rsidRDefault="00000000">
            <w:pPr>
              <w:pBdr>
                <w:bottom w:val="single" w:sz="5" w:space="1" w:color="999999"/>
              </w:pBdr>
              <w:spacing w:after="40" w:line="180" w:lineRule="auto"/>
            </w:pPr>
            <w:r>
              <w:rPr>
                <w:rFonts w:eastAsia="Arial"/>
                <w:sz w:val="20"/>
              </w:rPr>
              <w:t xml:space="preserve"> </w:t>
            </w:r>
          </w:p>
          <w:p w:rsidR="00000000" w:rsidRDefault="00000000">
            <w:pPr>
              <w:pBdr>
                <w:bottom w:val="single" w:sz="5" w:space="1" w:color="999999"/>
              </w:pBdr>
              <w:spacing w:after="40" w:line="180" w:lineRule="auto"/>
            </w:pPr>
            <w:r>
              <w:rPr>
                <w:rFonts w:eastAsia="Arial"/>
                <w:sz w:val="20"/>
              </w:rPr>
              <w:t xml:space="preserve"> </w:t>
            </w:r>
          </w:p>
          <w:p w:rsidR="00000000" w:rsidRDefault="00000000">
            <w:pPr>
              <w:pBdr>
                <w:bottom w:val="single" w:sz="5" w:space="1" w:color="999999"/>
              </w:pBdr>
              <w:spacing w:after="40" w:line="180" w:lineRule="auto"/>
            </w:pPr>
            <w:r>
              <w:rPr>
                <w:rFonts w:eastAsia="Arial"/>
                <w:sz w:val="20"/>
              </w:rPr>
              <w:t xml:space="preserve"> </w:t>
            </w:r>
          </w:p>
        </w:tc>
      </w:tr>
      <w:tr w:rsidR="004661D7">
        <w:tblPrEx>
          <w:jc w:val="left"/>
        </w:tblPrEx>
        <w:tc>
          <w:tcPr>
            <w:tcW w:w="11200" w:type="dxa"/>
            <w:gridSpan w:val="3"/>
            <w:tcBorders>
              <w:top w:val="nil"/>
              <w:left w:val="nil"/>
              <w:bottom w:val="nil"/>
              <w:right w:val="nil"/>
            </w:tcBorders>
            <w:shd w:val="clear" w:color="auto" w:fill="E7E7E7"/>
            <w:tcMar>
              <w:top w:w="12" w:type="dxa"/>
              <w:left w:w="0" w:type="dxa"/>
              <w:bottom w:w="8" w:type="dxa"/>
              <w:right w:w="0" w:type="dxa"/>
            </w:tcMar>
          </w:tcPr>
          <w:p w:rsidR="00000000" w:rsidRDefault="00000000" w:rsidP="00F40DD0">
            <w:r>
              <w:rPr>
                <w:rFonts w:eastAsia="Arial"/>
                <w:b/>
                <w:color w:val="111111"/>
                <w:sz w:val="20"/>
              </w:rPr>
              <w:t>BONUS CHALLENGE</w:t>
            </w:r>
          </w:p>
        </w:tc>
      </w:tr>
    </w:tbl>
    <w:p w:rsidR="00000000" w:rsidRPr="00F40DD0" w:rsidRDefault="00000000" w:rsidP="00F40DD0">
      <w:pPr>
        <w:spacing w:after="40"/>
        <w:rPr>
          <w:rFonts w:eastAsia="Arial"/>
          <w:sz w:val="20"/>
          <w:szCs w:val="20"/>
        </w:rPr>
      </w:pPr>
      <w:r w:rsidRPr="00F40DD0">
        <w:rPr>
          <w:rFonts w:eastAsia="Arial"/>
          <w:color w:val="111111"/>
          <w:sz w:val="20"/>
          <w:szCs w:val="20"/>
        </w:rPr>
        <w:t>Choose one theme for a joke book. Circle it. Then list people, places, objects, or ideas that belong in that book.</w:t>
      </w:r>
    </w:p>
    <w:tbl>
      <w:tblPr>
        <w:tblW w:w="11200" w:type="dxa"/>
        <w:tblLayout w:type="fixed"/>
        <w:tblLook w:val="04A0" w:firstRow="1" w:lastRow="0" w:firstColumn="1" w:lastColumn="0" w:noHBand="0" w:noVBand="1"/>
      </w:tblPr>
      <w:tblGrid>
        <w:gridCol w:w="3727"/>
        <w:gridCol w:w="3726"/>
        <w:gridCol w:w="3727"/>
        <w:gridCol w:w="20"/>
      </w:tblGrid>
      <w:tr w:rsidR="004661D7">
        <w:tc>
          <w:tcPr>
            <w:tcW w:w="3733" w:type="dxa"/>
            <w:tcBorders>
              <w:top w:val="single" w:sz="7" w:space="0" w:color="888888"/>
              <w:left w:val="single" w:sz="7" w:space="0" w:color="888888"/>
              <w:bottom w:val="single" w:sz="7" w:space="0" w:color="888888"/>
              <w:right w:val="single" w:sz="7" w:space="0" w:color="888888"/>
            </w:tcBorders>
            <w:tcMar>
              <w:top w:w="45" w:type="dxa"/>
              <w:left w:w="50" w:type="dxa"/>
              <w:bottom w:w="40" w:type="dxa"/>
              <w:right w:w="50" w:type="dxa"/>
            </w:tcMar>
          </w:tcPr>
          <w:p w:rsidR="00000000" w:rsidRDefault="00000000">
            <w:pPr>
              <w:spacing w:line="240" w:lineRule="auto"/>
              <w:jc w:val="center"/>
            </w:pPr>
            <w:proofErr w:type="gramStart"/>
            <w:r>
              <w:rPr>
                <w:rFonts w:eastAsia="Arial"/>
                <w:b/>
                <w:color w:val="111111"/>
                <w:sz w:val="20"/>
              </w:rPr>
              <w:t>◯  HALLOWEEN</w:t>
            </w:r>
            <w:proofErr w:type="gramEnd"/>
          </w:p>
        </w:tc>
        <w:tc>
          <w:tcPr>
            <w:tcW w:w="3733" w:type="dxa"/>
            <w:tcBorders>
              <w:top w:val="single" w:sz="7" w:space="0" w:color="888888"/>
              <w:left w:val="single" w:sz="7" w:space="0" w:color="888888"/>
              <w:bottom w:val="single" w:sz="7" w:space="0" w:color="888888"/>
              <w:right w:val="single" w:sz="7" w:space="0" w:color="888888"/>
            </w:tcBorders>
            <w:tcMar>
              <w:top w:w="45" w:type="dxa"/>
              <w:left w:w="50" w:type="dxa"/>
              <w:bottom w:w="40" w:type="dxa"/>
              <w:right w:w="50" w:type="dxa"/>
            </w:tcMar>
          </w:tcPr>
          <w:p w:rsidR="00000000" w:rsidRDefault="00000000">
            <w:pPr>
              <w:spacing w:line="240" w:lineRule="auto"/>
              <w:jc w:val="center"/>
            </w:pPr>
            <w:r>
              <w:rPr>
                <w:rFonts w:eastAsia="Arial"/>
                <w:b/>
                <w:color w:val="111111"/>
                <w:sz w:val="20"/>
              </w:rPr>
              <w:t>◯  SPORTS</w:t>
            </w:r>
          </w:p>
        </w:tc>
        <w:tc>
          <w:tcPr>
            <w:tcW w:w="3734" w:type="dxa"/>
            <w:gridSpan w:val="2"/>
            <w:tcBorders>
              <w:top w:val="single" w:sz="7" w:space="0" w:color="888888"/>
              <w:left w:val="single" w:sz="7" w:space="0" w:color="888888"/>
              <w:bottom w:val="single" w:sz="7" w:space="0" w:color="888888"/>
              <w:right w:val="single" w:sz="7" w:space="0" w:color="888888"/>
            </w:tcBorders>
            <w:tcMar>
              <w:top w:w="45" w:type="dxa"/>
              <w:left w:w="50" w:type="dxa"/>
              <w:bottom w:w="40" w:type="dxa"/>
              <w:right w:w="50" w:type="dxa"/>
            </w:tcMar>
          </w:tcPr>
          <w:p w:rsidR="00000000" w:rsidRDefault="00000000">
            <w:pPr>
              <w:spacing w:line="240" w:lineRule="auto"/>
              <w:jc w:val="center"/>
            </w:pPr>
            <w:r>
              <w:rPr>
                <w:rFonts w:eastAsia="Arial"/>
                <w:b/>
                <w:color w:val="111111"/>
                <w:sz w:val="20"/>
              </w:rPr>
              <w:t>◯  SCIENCE</w:t>
            </w:r>
          </w:p>
        </w:tc>
      </w:tr>
      <w:tr w:rsidR="004661D7">
        <w:trPr>
          <w:gridAfter w:val="1"/>
          <w:wAfter w:w="20" w:type="dxa"/>
        </w:trPr>
        <w:tc>
          <w:tcPr>
            <w:tcW w:w="11200" w:type="dxa"/>
            <w:gridSpan w:val="3"/>
            <w:tcBorders>
              <w:top w:val="single" w:sz="8" w:space="0" w:color="777777"/>
              <w:left w:val="single" w:sz="8" w:space="0" w:color="777777"/>
              <w:bottom w:val="single" w:sz="8" w:space="0" w:color="777777"/>
              <w:right w:val="single" w:sz="8" w:space="0" w:color="777777"/>
            </w:tcBorders>
            <w:tcMar>
              <w:top w:w="45" w:type="dxa"/>
              <w:left w:w="70" w:type="dxa"/>
              <w:bottom w:w="45" w:type="dxa"/>
              <w:right w:w="70" w:type="dxa"/>
            </w:tcMar>
          </w:tcPr>
          <w:p w:rsidR="00000000" w:rsidRPr="00F40DD0" w:rsidRDefault="00000000">
            <w:pPr>
              <w:spacing w:after="40"/>
              <w:rPr>
                <w:rFonts w:eastAsia="Arial"/>
                <w:sz w:val="20"/>
                <w:szCs w:val="20"/>
              </w:rPr>
            </w:pPr>
            <w:r>
              <w:rPr>
                <w:rFonts w:eastAsia="Arial"/>
                <w:b/>
                <w:color w:val="111111"/>
                <w:sz w:val="20"/>
              </w:rPr>
              <w:t>D</w:t>
            </w:r>
            <w:r w:rsidRPr="00F40DD0">
              <w:rPr>
                <w:rFonts w:eastAsia="Arial"/>
                <w:b/>
                <w:color w:val="111111"/>
                <w:sz w:val="20"/>
                <w:szCs w:val="20"/>
              </w:rPr>
              <w:t>etails that belong in my themed joke book:</w:t>
            </w:r>
          </w:p>
          <w:p w:rsidR="00000000" w:rsidRDefault="00000000">
            <w:pPr>
              <w:pBdr>
                <w:bottom w:val="single" w:sz="5" w:space="1" w:color="999999"/>
              </w:pBdr>
              <w:spacing w:after="40" w:line="180" w:lineRule="auto"/>
            </w:pPr>
            <w:r>
              <w:rPr>
                <w:rFonts w:eastAsia="Arial"/>
                <w:sz w:val="20"/>
              </w:rPr>
              <w:t xml:space="preserve"> </w:t>
            </w:r>
          </w:p>
          <w:p w:rsidR="00000000" w:rsidRDefault="00000000">
            <w:pPr>
              <w:pBdr>
                <w:bottom w:val="single" w:sz="5" w:space="1" w:color="999999"/>
              </w:pBdr>
              <w:spacing w:after="40" w:line="180" w:lineRule="auto"/>
            </w:pPr>
            <w:r>
              <w:rPr>
                <w:rFonts w:eastAsia="Arial"/>
                <w:sz w:val="20"/>
              </w:rPr>
              <w:t xml:space="preserve"> </w:t>
            </w:r>
          </w:p>
        </w:tc>
      </w:tr>
      <w:tr w:rsidR="004661D7">
        <w:trPr>
          <w:gridAfter w:val="1"/>
          <w:wAfter w:w="20" w:type="dxa"/>
        </w:trPr>
        <w:tc>
          <w:tcPr>
            <w:tcW w:w="11200" w:type="dxa"/>
            <w:gridSpan w:val="3"/>
            <w:tcBorders>
              <w:top w:val="single" w:sz="10" w:space="0" w:color="777777"/>
              <w:left w:val="single" w:sz="10" w:space="0" w:color="777777"/>
              <w:bottom w:val="single" w:sz="10" w:space="0" w:color="777777"/>
              <w:right w:val="single" w:sz="10" w:space="0" w:color="777777"/>
            </w:tcBorders>
            <w:shd w:val="clear" w:color="auto" w:fill="E7E7E7"/>
            <w:tcMar>
              <w:top w:w="45" w:type="dxa"/>
              <w:left w:w="70" w:type="dxa"/>
              <w:bottom w:w="40" w:type="dxa"/>
              <w:right w:w="70" w:type="dxa"/>
            </w:tcMar>
          </w:tcPr>
          <w:p w:rsidR="00000000" w:rsidRPr="00F40DD0" w:rsidRDefault="00000000">
            <w:pPr>
              <w:spacing w:line="228" w:lineRule="auto"/>
              <w:rPr>
                <w:rFonts w:eastAsia="Arial"/>
                <w:sz w:val="20"/>
                <w:szCs w:val="20"/>
              </w:rPr>
            </w:pPr>
            <w:r w:rsidRPr="00F40DD0">
              <w:rPr>
                <w:rFonts w:eastAsia="Arial"/>
                <w:b/>
                <w:color w:val="111111"/>
                <w:sz w:val="20"/>
                <w:szCs w:val="20"/>
              </w:rPr>
              <w:t>RALPH</w:t>
            </w:r>
            <w:r>
              <w:rPr>
                <w:rFonts w:eastAsia="Arial"/>
                <w:b/>
                <w:color w:val="111111"/>
                <w:sz w:val="20"/>
                <w:szCs w:val="20"/>
              </w:rPr>
              <w:t>’</w:t>
            </w:r>
            <w:r w:rsidRPr="00F40DD0">
              <w:rPr>
                <w:rFonts w:eastAsia="Arial"/>
                <w:b/>
                <w:color w:val="111111"/>
                <w:sz w:val="20"/>
                <w:szCs w:val="20"/>
              </w:rPr>
              <w:t>S READING TIP</w:t>
            </w:r>
            <w:r>
              <w:rPr>
                <w:rFonts w:eastAsia="Arial"/>
                <w:b/>
                <w:color w:val="111111"/>
                <w:sz w:val="20"/>
                <w:szCs w:val="20"/>
              </w:rPr>
              <w:t>:</w:t>
            </w:r>
            <w:r w:rsidRPr="00F40DD0">
              <w:rPr>
                <w:rFonts w:eastAsia="Arial"/>
                <w:b/>
                <w:color w:val="111111"/>
                <w:sz w:val="20"/>
                <w:szCs w:val="20"/>
              </w:rPr>
              <w:t xml:space="preserve">  Strong readers compare details, notice patterns, and explain how their evidence supports a category.</w:t>
            </w:r>
          </w:p>
        </w:tc>
      </w:tr>
    </w:tbl>
    <w:p w:rsidR="00B63F71" w:rsidRDefault="00000000">
      <w:pPr>
        <w:spacing w:line="20" w:lineRule="exact"/>
      </w:pPr>
      <w:r>
        <w:rPr>
          <w:sz w:val="2"/>
        </w:rPr>
        <w:br w:type="page"/>
      </w:r>
    </w:p>
    <w:p w:rsidR="00000000" w:rsidRDefault="00000000">
      <w:pPr>
        <w:spacing w:line="240" w:lineRule="auto"/>
      </w:pPr>
    </w:p>
    <w:p w:rsidR="00000000" w:rsidRDefault="00000000">
      <w:pPr>
        <w:spacing w:line="240" w:lineRule="auto"/>
      </w:pPr>
    </w:p>
    <w:tbl>
      <w:tblPr>
        <w:tblW w:w="11200" w:type="dxa"/>
        <w:tblLayout w:type="fixed"/>
        <w:tblLook w:val="04A0" w:firstRow="1" w:lastRow="0" w:firstColumn="1" w:lastColumn="0" w:noHBand="0" w:noVBand="1"/>
      </w:tblPr>
      <w:tblGrid>
        <w:gridCol w:w="7120"/>
        <w:gridCol w:w="4080"/>
      </w:tblGrid>
      <w:tr w:rsidR="00FF4549">
        <w:tc>
          <w:tcPr>
            <w:tcW w:w="7120" w:type="dxa"/>
            <w:tcBorders>
              <w:top w:val="single" w:sz="10" w:space="0" w:color="777777"/>
              <w:left w:val="single" w:sz="10" w:space="0" w:color="777777"/>
              <w:bottom w:val="single" w:sz="10" w:space="0" w:color="777777"/>
              <w:right w:val="single" w:sz="10" w:space="0" w:color="777777"/>
            </w:tcBorders>
            <w:tcMar>
              <w:top w:w="70" w:type="dxa"/>
              <w:left w:w="80" w:type="dxa"/>
              <w:bottom w:w="70" w:type="dxa"/>
              <w:right w:w="80" w:type="dxa"/>
            </w:tcMar>
            <w:vAlign w:val="center"/>
          </w:tcPr>
          <w:p w:rsidR="00000000" w:rsidRDefault="00000000">
            <w:pPr>
              <w:spacing w:after="60"/>
            </w:pPr>
            <w:r>
              <w:rPr>
                <w:rFonts w:eastAsia="Arial"/>
                <w:b/>
                <w:color w:val="555555"/>
                <w:sz w:val="20"/>
              </w:rPr>
              <w:t xml:space="preserve">JOKE DETECTIVE ACTIVITY </w:t>
            </w:r>
            <w:proofErr w:type="gramStart"/>
            <w:r>
              <w:rPr>
                <w:rFonts w:eastAsia="Arial"/>
                <w:b/>
                <w:color w:val="555555"/>
                <w:sz w:val="20"/>
              </w:rPr>
              <w:t xml:space="preserve">SHEET  </w:t>
            </w:r>
            <w:r>
              <w:rPr>
                <w:rFonts w:eastAsia="Arial"/>
                <w:b/>
                <w:color w:val="111111"/>
                <w:sz w:val="20"/>
              </w:rPr>
              <w:t>JBRA</w:t>
            </w:r>
            <w:proofErr w:type="gramEnd"/>
            <w:r>
              <w:rPr>
                <w:rFonts w:eastAsia="Arial"/>
                <w:b/>
                <w:color w:val="111111"/>
                <w:sz w:val="20"/>
              </w:rPr>
              <w:t>-S09</w:t>
            </w:r>
          </w:p>
          <w:p w:rsidR="00000000" w:rsidRDefault="00000000">
            <w:pPr>
              <w:spacing w:line="240" w:lineRule="auto"/>
            </w:pPr>
            <w:r>
              <w:rPr>
                <w:rFonts w:eastAsia="Arial"/>
                <w:b/>
                <w:color w:val="111111"/>
                <w:sz w:val="20"/>
              </w:rPr>
              <w:t>Picture It!</w:t>
            </w:r>
          </w:p>
        </w:tc>
        <w:tc>
          <w:tcPr>
            <w:tcW w:w="4080" w:type="dxa"/>
            <w:tcBorders>
              <w:top w:val="single" w:sz="10" w:space="0" w:color="777777"/>
              <w:left w:val="single" w:sz="10" w:space="0" w:color="777777"/>
              <w:bottom w:val="single" w:sz="10" w:space="0" w:color="777777"/>
              <w:right w:val="single" w:sz="10" w:space="0" w:color="777777"/>
            </w:tcBorders>
            <w:shd w:val="clear" w:color="auto" w:fill="E7E7E7"/>
            <w:tcMar>
              <w:top w:w="70" w:type="dxa"/>
              <w:left w:w="80" w:type="dxa"/>
              <w:bottom w:w="70" w:type="dxa"/>
              <w:right w:w="80" w:type="dxa"/>
            </w:tcMar>
            <w:vAlign w:val="center"/>
          </w:tcPr>
          <w:p w:rsidR="00000000" w:rsidRDefault="00000000">
            <w:pPr>
              <w:spacing w:after="40"/>
              <w:jc w:val="center"/>
            </w:pPr>
            <w:r>
              <w:rPr>
                <w:rFonts w:eastAsia="Arial"/>
                <w:b/>
                <w:color w:val="555555"/>
                <w:sz w:val="20"/>
              </w:rPr>
              <w:t>READING SKILL</w:t>
            </w:r>
          </w:p>
          <w:p w:rsidR="00000000" w:rsidRDefault="00000000" w:rsidP="00823AA3">
            <w:pPr>
              <w:jc w:val="center"/>
            </w:pPr>
            <w:r>
              <w:rPr>
                <w:rFonts w:eastAsia="Arial"/>
                <w:b/>
                <w:color w:val="111111"/>
                <w:sz w:val="20"/>
              </w:rPr>
              <w:t>Visualization</w:t>
            </w:r>
          </w:p>
        </w:tc>
      </w:tr>
    </w:tbl>
    <w:p w:rsidR="00000000" w:rsidRDefault="00000000" w:rsidP="00823AA3">
      <w:pPr>
        <w:spacing w:after="20" w:line="480" w:lineRule="auto"/>
        <w:rPr>
          <w:rFonts w:eastAsia="Arial"/>
          <w:color w:val="111111"/>
          <w:sz w:val="20"/>
        </w:rPr>
      </w:pPr>
    </w:p>
    <w:p w:rsidR="00000000" w:rsidRDefault="00000000" w:rsidP="00823AA3">
      <w:pPr>
        <w:spacing w:after="20" w:line="480" w:lineRule="auto"/>
      </w:pPr>
      <w:r>
        <w:rPr>
          <w:rFonts w:eastAsia="Arial"/>
          <w:color w:val="111111"/>
          <w:sz w:val="20"/>
        </w:rPr>
        <w:t>Name: ___________________________</w:t>
      </w:r>
      <w:r>
        <w:rPr>
          <w:rFonts w:eastAsia="Arial"/>
          <w:color w:val="111111"/>
          <w:sz w:val="20"/>
        </w:rPr>
        <w:t>________________________   Date: __________________</w:t>
      </w:r>
      <w:r>
        <w:rPr>
          <w:rFonts w:eastAsia="Arial"/>
          <w:color w:val="111111"/>
          <w:sz w:val="20"/>
        </w:rPr>
        <w:t>___  Class/Period: ____________________</w:t>
      </w:r>
    </w:p>
    <w:tbl>
      <w:tblPr>
        <w:tblW w:w="11200" w:type="dxa"/>
        <w:tblLayout w:type="fixed"/>
        <w:tblLook w:val="04A0" w:firstRow="1" w:lastRow="0" w:firstColumn="1" w:lastColumn="0" w:noHBand="0" w:noVBand="1"/>
      </w:tblPr>
      <w:tblGrid>
        <w:gridCol w:w="11200"/>
      </w:tblGrid>
      <w:tr w:rsidR="00FF4549">
        <w:tc>
          <w:tcPr>
            <w:tcW w:w="11200" w:type="dxa"/>
            <w:tcBorders>
              <w:top w:val="nil"/>
              <w:left w:val="nil"/>
              <w:bottom w:val="nil"/>
              <w:right w:val="nil"/>
            </w:tcBorders>
            <w:shd w:val="clear" w:color="auto" w:fill="E7E7E7"/>
            <w:tcMar>
              <w:top w:w="12" w:type="dxa"/>
              <w:left w:w="0" w:type="dxa"/>
              <w:bottom w:w="8" w:type="dxa"/>
              <w:right w:w="0" w:type="dxa"/>
            </w:tcMar>
          </w:tcPr>
          <w:p w:rsidR="00000000" w:rsidRDefault="00000000" w:rsidP="00823AA3">
            <w:pPr>
              <w:spacing w:line="360" w:lineRule="auto"/>
            </w:pPr>
            <w:r>
              <w:rPr>
                <w:rFonts w:eastAsia="Arial"/>
                <w:b/>
                <w:color w:val="111111"/>
                <w:sz w:val="20"/>
              </w:rPr>
              <w:t>WARM-UP</w:t>
            </w:r>
          </w:p>
        </w:tc>
      </w:tr>
    </w:tbl>
    <w:p w:rsidR="00000000" w:rsidRPr="00823AA3" w:rsidRDefault="00000000" w:rsidP="00823AA3">
      <w:pPr>
        <w:spacing w:after="40"/>
        <w:rPr>
          <w:rFonts w:eastAsia="Arial"/>
          <w:sz w:val="20"/>
          <w:szCs w:val="21"/>
        </w:rPr>
      </w:pPr>
      <w:r w:rsidRPr="00823AA3">
        <w:rPr>
          <w:rFonts w:eastAsia="Arial"/>
          <w:color w:val="111111"/>
          <w:sz w:val="20"/>
          <w:szCs w:val="21"/>
        </w:rPr>
        <w:t>Great readers make pictures—or even movies—in their minds. Read each joke, pause to picture the funniest scene, and then draw what you imagined. Your mental pictures can help you understand and remember what you read.</w:t>
      </w:r>
    </w:p>
    <w:tbl>
      <w:tblPr>
        <w:tblW w:w="11200" w:type="dxa"/>
        <w:tblLayout w:type="fixed"/>
        <w:tblLook w:val="04A0" w:firstRow="1" w:lastRow="0" w:firstColumn="1" w:lastColumn="0" w:noHBand="0" w:noVBand="1"/>
      </w:tblPr>
      <w:tblGrid>
        <w:gridCol w:w="11200"/>
      </w:tblGrid>
      <w:tr w:rsidR="00FF4549">
        <w:tc>
          <w:tcPr>
            <w:tcW w:w="11200" w:type="dxa"/>
            <w:tcBorders>
              <w:top w:val="nil"/>
              <w:left w:val="nil"/>
              <w:bottom w:val="nil"/>
              <w:right w:val="nil"/>
            </w:tcBorders>
            <w:shd w:val="clear" w:color="auto" w:fill="E7E7E7"/>
            <w:tcMar>
              <w:top w:w="12" w:type="dxa"/>
              <w:left w:w="0" w:type="dxa"/>
              <w:bottom w:w="8" w:type="dxa"/>
              <w:right w:w="0" w:type="dxa"/>
            </w:tcMar>
          </w:tcPr>
          <w:p w:rsidR="00000000" w:rsidRDefault="00000000" w:rsidP="00823AA3">
            <w:pPr>
              <w:spacing w:line="360" w:lineRule="auto"/>
            </w:pPr>
            <w:r>
              <w:rPr>
                <w:rFonts w:eastAsia="Arial"/>
                <w:b/>
                <w:color w:val="111111"/>
                <w:sz w:val="20"/>
              </w:rPr>
              <w:t>JOKE DETECTIVE CHALLENGE</w:t>
            </w:r>
          </w:p>
        </w:tc>
      </w:tr>
    </w:tbl>
    <w:p w:rsidR="00000000" w:rsidRPr="00823AA3" w:rsidRDefault="00000000" w:rsidP="00823AA3">
      <w:pPr>
        <w:spacing w:after="40" w:line="360" w:lineRule="auto"/>
        <w:rPr>
          <w:rFonts w:eastAsia="Arial"/>
          <w:sz w:val="20"/>
          <w:szCs w:val="20"/>
        </w:rPr>
      </w:pPr>
      <w:r w:rsidRPr="00823AA3">
        <w:rPr>
          <w:rFonts w:eastAsia="Arial"/>
          <w:color w:val="111111"/>
          <w:sz w:val="20"/>
          <w:szCs w:val="20"/>
        </w:rPr>
        <w:t>Read each joke carefully. Picture the scene in your mind before you draw it. This time, you are the illustrator!</w:t>
      </w:r>
    </w:p>
    <w:tbl>
      <w:tblPr>
        <w:tblW w:w="11040" w:type="dxa"/>
        <w:jc w:val="center"/>
        <w:tblLayout w:type="fixed"/>
        <w:tblLook w:val="04A0" w:firstRow="1" w:lastRow="0" w:firstColumn="1" w:lastColumn="0" w:noHBand="0" w:noVBand="1"/>
      </w:tblPr>
      <w:tblGrid>
        <w:gridCol w:w="5400"/>
        <w:gridCol w:w="5400"/>
        <w:gridCol w:w="240"/>
      </w:tblGrid>
      <w:tr w:rsidR="00FF4549" w:rsidTr="00823AA3">
        <w:trPr>
          <w:gridAfter w:val="1"/>
          <w:wAfter w:w="245" w:type="dxa"/>
          <w:trHeight w:hRule="exact" w:val="3275"/>
          <w:jc w:val="center"/>
        </w:trPr>
        <w:tc>
          <w:tcPr>
            <w:tcW w:w="5520" w:type="dxa"/>
            <w:tcBorders>
              <w:top w:val="single" w:sz="8" w:space="0" w:color="777777"/>
              <w:left w:val="single" w:sz="8" w:space="0" w:color="777777"/>
              <w:bottom w:val="single" w:sz="8" w:space="0" w:color="777777"/>
              <w:right w:val="single" w:sz="8" w:space="0" w:color="777777"/>
            </w:tcBorders>
            <w:tcMar>
              <w:top w:w="65" w:type="dxa"/>
              <w:left w:w="85" w:type="dxa"/>
              <w:bottom w:w="55" w:type="dxa"/>
              <w:right w:w="85" w:type="dxa"/>
            </w:tcMar>
          </w:tcPr>
          <w:p w:rsidR="00000000" w:rsidRDefault="00000000">
            <w:pPr>
              <w:spacing w:after="20" w:line="221" w:lineRule="auto"/>
            </w:pPr>
            <w:r>
              <w:rPr>
                <w:rFonts w:eastAsia="Arial"/>
                <w:b/>
                <w:color w:val="111111"/>
                <w:sz w:val="20"/>
              </w:rPr>
              <w:t>1. Why did the librarian get kicked off the plane?</w:t>
            </w:r>
          </w:p>
          <w:p w:rsidR="00000000" w:rsidRDefault="00000000">
            <w:pPr>
              <w:spacing w:after="40" w:line="221" w:lineRule="auto"/>
            </w:pPr>
            <w:r>
              <w:rPr>
                <w:rFonts w:eastAsia="Arial"/>
                <w:i/>
                <w:color w:val="111111"/>
                <w:sz w:val="20"/>
              </w:rPr>
              <w:t>Because it was overbooked.</w:t>
            </w:r>
          </w:p>
          <w:p w:rsidR="00000000" w:rsidRDefault="00000000">
            <w:pPr>
              <w:spacing w:before="20" w:line="216" w:lineRule="auto"/>
            </w:pPr>
            <w:r>
              <w:rPr>
                <w:rFonts w:eastAsia="Arial"/>
                <w:color w:val="555555"/>
                <w:sz w:val="20"/>
              </w:rPr>
              <w:t>✎</w:t>
            </w:r>
            <w:r>
              <w:rPr>
                <w:rFonts w:eastAsia="Arial"/>
                <w:b/>
                <w:color w:val="555555"/>
                <w:sz w:val="20"/>
              </w:rPr>
              <w:t xml:space="preserve">  Draw what you pictured in your mind.</w:t>
            </w:r>
          </w:p>
        </w:tc>
        <w:tc>
          <w:tcPr>
            <w:tcW w:w="5520" w:type="dxa"/>
            <w:tcBorders>
              <w:top w:val="single" w:sz="8" w:space="0" w:color="777777"/>
              <w:left w:val="single" w:sz="8" w:space="0" w:color="777777"/>
              <w:bottom w:val="single" w:sz="8" w:space="0" w:color="777777"/>
              <w:right w:val="single" w:sz="8" w:space="0" w:color="777777"/>
            </w:tcBorders>
            <w:tcMar>
              <w:top w:w="65" w:type="dxa"/>
              <w:left w:w="85" w:type="dxa"/>
              <w:bottom w:w="55" w:type="dxa"/>
              <w:right w:w="85" w:type="dxa"/>
            </w:tcMar>
          </w:tcPr>
          <w:p w:rsidR="00000000" w:rsidRDefault="00000000">
            <w:pPr>
              <w:spacing w:after="20" w:line="221" w:lineRule="auto"/>
            </w:pPr>
            <w:r>
              <w:rPr>
                <w:rFonts w:eastAsia="Arial"/>
                <w:b/>
                <w:color w:val="111111"/>
                <w:sz w:val="20"/>
              </w:rPr>
              <w:t>2. How do you make a ship feel better?</w:t>
            </w:r>
          </w:p>
          <w:p w:rsidR="00000000" w:rsidRDefault="00000000">
            <w:pPr>
              <w:spacing w:after="40" w:line="221" w:lineRule="auto"/>
            </w:pPr>
            <w:r>
              <w:rPr>
                <w:rFonts w:eastAsia="Arial"/>
                <w:i/>
                <w:color w:val="111111"/>
                <w:sz w:val="20"/>
              </w:rPr>
              <w:t>Give it some vitamin sea.</w:t>
            </w:r>
          </w:p>
          <w:p w:rsidR="00000000" w:rsidRDefault="00000000">
            <w:pPr>
              <w:spacing w:before="20" w:line="216" w:lineRule="auto"/>
            </w:pPr>
            <w:r>
              <w:rPr>
                <w:rFonts w:eastAsia="Arial"/>
                <w:color w:val="555555"/>
                <w:sz w:val="20"/>
              </w:rPr>
              <w:t>✎</w:t>
            </w:r>
            <w:r>
              <w:rPr>
                <w:rFonts w:eastAsia="Arial"/>
                <w:b/>
                <w:color w:val="555555"/>
                <w:sz w:val="20"/>
              </w:rPr>
              <w:t xml:space="preserve">  Draw what you pictured in your mind.</w:t>
            </w:r>
          </w:p>
        </w:tc>
      </w:tr>
      <w:tr w:rsidR="00FF4549" w:rsidTr="00823AA3">
        <w:trPr>
          <w:gridAfter w:val="1"/>
          <w:wAfter w:w="245" w:type="dxa"/>
          <w:trHeight w:hRule="exact" w:val="3725"/>
          <w:jc w:val="center"/>
        </w:trPr>
        <w:tc>
          <w:tcPr>
            <w:tcW w:w="5520" w:type="dxa"/>
            <w:tcBorders>
              <w:top w:val="single" w:sz="8" w:space="0" w:color="777777"/>
              <w:left w:val="single" w:sz="8" w:space="0" w:color="777777"/>
              <w:bottom w:val="single" w:sz="8" w:space="0" w:color="777777"/>
              <w:right w:val="single" w:sz="8" w:space="0" w:color="777777"/>
            </w:tcBorders>
            <w:tcMar>
              <w:top w:w="65" w:type="dxa"/>
              <w:left w:w="85" w:type="dxa"/>
              <w:bottom w:w="55" w:type="dxa"/>
              <w:right w:w="85" w:type="dxa"/>
            </w:tcMar>
          </w:tcPr>
          <w:p w:rsidR="00000000" w:rsidRDefault="00000000">
            <w:pPr>
              <w:spacing w:after="20" w:line="221" w:lineRule="auto"/>
            </w:pPr>
            <w:r>
              <w:rPr>
                <w:rFonts w:eastAsia="Arial"/>
                <w:b/>
                <w:color w:val="111111"/>
                <w:sz w:val="20"/>
              </w:rPr>
              <w:t>3. What do you call a train that goes deaf?</w:t>
            </w:r>
          </w:p>
          <w:p w:rsidR="00000000" w:rsidRDefault="00000000">
            <w:pPr>
              <w:spacing w:after="40" w:line="221" w:lineRule="auto"/>
            </w:pPr>
            <w:r>
              <w:rPr>
                <w:rFonts w:eastAsia="Arial"/>
                <w:i/>
                <w:color w:val="111111"/>
                <w:sz w:val="20"/>
              </w:rPr>
              <w:t>It had an engine-ear infection.</w:t>
            </w:r>
          </w:p>
          <w:p w:rsidR="00000000" w:rsidRDefault="00000000">
            <w:pPr>
              <w:spacing w:before="20" w:line="216" w:lineRule="auto"/>
            </w:pPr>
            <w:r>
              <w:rPr>
                <w:rFonts w:eastAsia="Arial"/>
                <w:color w:val="555555"/>
                <w:sz w:val="20"/>
              </w:rPr>
              <w:t>✎</w:t>
            </w:r>
            <w:r>
              <w:rPr>
                <w:rFonts w:eastAsia="Arial"/>
                <w:b/>
                <w:color w:val="555555"/>
                <w:sz w:val="20"/>
              </w:rPr>
              <w:t xml:space="preserve">  Draw what you pictured in your mind.</w:t>
            </w:r>
          </w:p>
        </w:tc>
        <w:tc>
          <w:tcPr>
            <w:tcW w:w="5520" w:type="dxa"/>
            <w:tcBorders>
              <w:top w:val="single" w:sz="8" w:space="0" w:color="777777"/>
              <w:left w:val="single" w:sz="8" w:space="0" w:color="777777"/>
              <w:bottom w:val="single" w:sz="8" w:space="0" w:color="777777"/>
              <w:right w:val="single" w:sz="8" w:space="0" w:color="777777"/>
            </w:tcBorders>
            <w:tcMar>
              <w:top w:w="65" w:type="dxa"/>
              <w:left w:w="85" w:type="dxa"/>
              <w:bottom w:w="55" w:type="dxa"/>
              <w:right w:w="85" w:type="dxa"/>
            </w:tcMar>
          </w:tcPr>
          <w:p w:rsidR="00000000" w:rsidRDefault="00000000">
            <w:pPr>
              <w:spacing w:after="20" w:line="221" w:lineRule="auto"/>
            </w:pPr>
            <w:r>
              <w:rPr>
                <w:rFonts w:eastAsia="Arial"/>
                <w:b/>
                <w:color w:val="111111"/>
                <w:sz w:val="20"/>
              </w:rPr>
              <w:t>4. What do you call a female snowman?</w:t>
            </w:r>
          </w:p>
          <w:p w:rsidR="00000000" w:rsidRDefault="00000000">
            <w:pPr>
              <w:spacing w:after="40" w:line="221" w:lineRule="auto"/>
            </w:pPr>
            <w:r>
              <w:rPr>
                <w:rFonts w:eastAsia="Arial"/>
                <w:i/>
                <w:color w:val="111111"/>
                <w:sz w:val="20"/>
              </w:rPr>
              <w:t>A snow-ma’am.</w:t>
            </w:r>
          </w:p>
          <w:p w:rsidR="00000000" w:rsidRDefault="00000000">
            <w:pPr>
              <w:spacing w:before="20" w:line="216" w:lineRule="auto"/>
            </w:pPr>
            <w:r>
              <w:rPr>
                <w:rFonts w:eastAsia="Arial"/>
                <w:color w:val="555555"/>
                <w:sz w:val="20"/>
              </w:rPr>
              <w:t>✎</w:t>
            </w:r>
            <w:r>
              <w:rPr>
                <w:rFonts w:eastAsia="Arial"/>
                <w:b/>
                <w:color w:val="555555"/>
                <w:sz w:val="20"/>
              </w:rPr>
              <w:t xml:space="preserve">  Draw what you pictured in your mind.</w:t>
            </w:r>
          </w:p>
        </w:tc>
      </w:tr>
      <w:tr w:rsidR="00FF4549">
        <w:tblPrEx>
          <w:jc w:val="left"/>
        </w:tblPrEx>
        <w:tc>
          <w:tcPr>
            <w:tcW w:w="11200" w:type="dxa"/>
            <w:gridSpan w:val="3"/>
            <w:tcBorders>
              <w:top w:val="nil"/>
              <w:left w:val="nil"/>
              <w:bottom w:val="nil"/>
              <w:right w:val="nil"/>
            </w:tcBorders>
            <w:shd w:val="clear" w:color="auto" w:fill="E7E7E7"/>
            <w:tcMar>
              <w:top w:w="12" w:type="dxa"/>
              <w:left w:w="0" w:type="dxa"/>
              <w:bottom w:w="8" w:type="dxa"/>
              <w:right w:w="0" w:type="dxa"/>
            </w:tcMar>
          </w:tcPr>
          <w:p w:rsidR="00000000" w:rsidRDefault="00000000">
            <w:pPr>
              <w:spacing w:line="240" w:lineRule="auto"/>
            </w:pPr>
            <w:r>
              <w:rPr>
                <w:rFonts w:eastAsia="Arial"/>
                <w:b/>
                <w:color w:val="111111"/>
                <w:sz w:val="20"/>
              </w:rPr>
              <w:t>BONUS CHALLENGE</w:t>
            </w:r>
          </w:p>
        </w:tc>
      </w:tr>
    </w:tbl>
    <w:p w:rsidR="00000000" w:rsidRPr="00823AA3" w:rsidRDefault="00000000" w:rsidP="00823AA3">
      <w:pPr>
        <w:spacing w:after="20" w:line="360" w:lineRule="auto"/>
        <w:rPr>
          <w:rFonts w:eastAsia="Arial"/>
          <w:sz w:val="20"/>
          <w:szCs w:val="18"/>
        </w:rPr>
      </w:pPr>
      <w:r w:rsidRPr="00823AA3">
        <w:rPr>
          <w:rFonts w:eastAsia="Arial"/>
          <w:color w:val="111111"/>
          <w:sz w:val="20"/>
          <w:szCs w:val="18"/>
        </w:rPr>
        <w:t>Good readers use visualization with many kinds of books—not just joke books. How could making pictures in your mind while reading science, social studies, math, short stories, chapter books, or other books help you understand and remember what you read?</w:t>
      </w:r>
    </w:p>
    <w:tbl>
      <w:tblPr>
        <w:tblW w:w="11200" w:type="dxa"/>
        <w:tblLayout w:type="fixed"/>
        <w:tblLook w:val="04A0" w:firstRow="1" w:lastRow="0" w:firstColumn="1" w:lastColumn="0" w:noHBand="0" w:noVBand="1"/>
      </w:tblPr>
      <w:tblGrid>
        <w:gridCol w:w="11200"/>
      </w:tblGrid>
      <w:tr w:rsidR="00FF4549">
        <w:trPr>
          <w:trHeight w:hRule="exact" w:val="260"/>
        </w:trPr>
        <w:tc>
          <w:tcPr>
            <w:tcW w:w="11200" w:type="dxa"/>
            <w:tcBorders>
              <w:top w:val="nil"/>
              <w:left w:val="nil"/>
              <w:bottom w:val="single" w:sz="5" w:space="0" w:color="999999"/>
              <w:right w:val="nil"/>
            </w:tcBorders>
            <w:tcMar>
              <w:top w:w="0" w:type="dxa"/>
              <w:left w:w="70" w:type="dxa"/>
              <w:bottom w:w="0" w:type="dxa"/>
              <w:right w:w="70" w:type="dxa"/>
            </w:tcMar>
          </w:tcPr>
          <w:p w:rsidR="00000000" w:rsidRDefault="00000000">
            <w:pPr>
              <w:spacing w:line="168" w:lineRule="auto"/>
            </w:pPr>
          </w:p>
        </w:tc>
      </w:tr>
      <w:tr w:rsidR="00FF4549" w:rsidTr="00823AA3">
        <w:trPr>
          <w:trHeight w:hRule="exact" w:val="432"/>
        </w:trPr>
        <w:tc>
          <w:tcPr>
            <w:tcW w:w="11200" w:type="dxa"/>
            <w:tcBorders>
              <w:top w:val="nil"/>
              <w:left w:val="nil"/>
              <w:bottom w:val="single" w:sz="5" w:space="0" w:color="999999"/>
              <w:right w:val="nil"/>
            </w:tcBorders>
            <w:tcMar>
              <w:top w:w="0" w:type="dxa"/>
              <w:left w:w="70" w:type="dxa"/>
              <w:bottom w:w="0" w:type="dxa"/>
              <w:right w:w="70" w:type="dxa"/>
            </w:tcMar>
          </w:tcPr>
          <w:p w:rsidR="00000000" w:rsidRDefault="00000000" w:rsidP="00823AA3">
            <w:pPr>
              <w:spacing w:line="720" w:lineRule="auto"/>
            </w:pPr>
          </w:p>
          <w:p w:rsidR="00000000" w:rsidRDefault="00000000" w:rsidP="00823AA3">
            <w:pPr>
              <w:spacing w:line="720" w:lineRule="auto"/>
            </w:pPr>
          </w:p>
          <w:p w:rsidR="00000000" w:rsidRDefault="00000000" w:rsidP="00823AA3">
            <w:pPr>
              <w:spacing w:line="720" w:lineRule="auto"/>
            </w:pPr>
          </w:p>
        </w:tc>
      </w:tr>
      <w:tr w:rsidR="00FF4549" w:rsidTr="00823AA3">
        <w:trPr>
          <w:trHeight w:hRule="exact" w:val="432"/>
        </w:trPr>
        <w:tc>
          <w:tcPr>
            <w:tcW w:w="11200" w:type="dxa"/>
            <w:tcBorders>
              <w:top w:val="nil"/>
              <w:left w:val="nil"/>
              <w:bottom w:val="single" w:sz="5" w:space="0" w:color="999999"/>
              <w:right w:val="nil"/>
            </w:tcBorders>
            <w:tcMar>
              <w:top w:w="0" w:type="dxa"/>
              <w:left w:w="70" w:type="dxa"/>
              <w:bottom w:w="0" w:type="dxa"/>
              <w:right w:w="70" w:type="dxa"/>
            </w:tcMar>
          </w:tcPr>
          <w:p w:rsidR="00000000" w:rsidRDefault="00000000">
            <w:pPr>
              <w:spacing w:line="168" w:lineRule="auto"/>
            </w:pPr>
          </w:p>
          <w:p w:rsidR="00000000" w:rsidRDefault="00000000">
            <w:pPr>
              <w:spacing w:line="168" w:lineRule="auto"/>
            </w:pPr>
          </w:p>
          <w:p w:rsidR="00000000" w:rsidRDefault="00000000">
            <w:pPr>
              <w:spacing w:line="168" w:lineRule="auto"/>
            </w:pPr>
          </w:p>
        </w:tc>
      </w:tr>
      <w:tr w:rsidR="00FF4549">
        <w:trPr>
          <w:trHeight w:hRule="exact" w:val="260"/>
        </w:trPr>
        <w:tc>
          <w:tcPr>
            <w:tcW w:w="11200" w:type="dxa"/>
            <w:tcBorders>
              <w:top w:val="nil"/>
              <w:left w:val="nil"/>
              <w:bottom w:val="single" w:sz="5" w:space="0" w:color="999999"/>
              <w:right w:val="nil"/>
            </w:tcBorders>
            <w:tcMar>
              <w:top w:w="0" w:type="dxa"/>
              <w:left w:w="70" w:type="dxa"/>
              <w:bottom w:w="0" w:type="dxa"/>
              <w:right w:w="70" w:type="dxa"/>
            </w:tcMar>
          </w:tcPr>
          <w:p w:rsidR="00000000" w:rsidRDefault="00000000">
            <w:pPr>
              <w:spacing w:line="168" w:lineRule="auto"/>
            </w:pPr>
          </w:p>
        </w:tc>
      </w:tr>
      <w:tr w:rsidR="00FF4549">
        <w:tc>
          <w:tcPr>
            <w:tcW w:w="11200" w:type="dxa"/>
            <w:tcBorders>
              <w:top w:val="single" w:sz="10" w:space="0" w:color="777777"/>
              <w:left w:val="single" w:sz="10" w:space="0" w:color="777777"/>
              <w:bottom w:val="single" w:sz="10" w:space="0" w:color="777777"/>
              <w:right w:val="single" w:sz="10" w:space="0" w:color="777777"/>
            </w:tcBorders>
            <w:shd w:val="clear" w:color="auto" w:fill="E7E7E7"/>
            <w:tcMar>
              <w:top w:w="38" w:type="dxa"/>
              <w:left w:w="70" w:type="dxa"/>
              <w:bottom w:w="34" w:type="dxa"/>
              <w:right w:w="70" w:type="dxa"/>
            </w:tcMar>
          </w:tcPr>
          <w:p w:rsidR="00000000" w:rsidRPr="00823AA3" w:rsidRDefault="00000000" w:rsidP="00823AA3">
            <w:pPr>
              <w:rPr>
                <w:rFonts w:eastAsia="Arial"/>
                <w:sz w:val="20"/>
                <w:szCs w:val="24"/>
              </w:rPr>
            </w:pPr>
            <w:r w:rsidRPr="00823AA3">
              <w:rPr>
                <w:rFonts w:eastAsia="Arial"/>
                <w:b/>
                <w:color w:val="111111"/>
                <w:sz w:val="20"/>
                <w:szCs w:val="24"/>
              </w:rPr>
              <w:t>RALPH'S READING TIP</w:t>
            </w:r>
            <w:r>
              <w:rPr>
                <w:rFonts w:eastAsia="Arial"/>
                <w:b/>
                <w:color w:val="111111"/>
                <w:sz w:val="20"/>
                <w:szCs w:val="24"/>
              </w:rPr>
              <w:t>:</w:t>
            </w:r>
            <w:r w:rsidRPr="00823AA3">
              <w:rPr>
                <w:rFonts w:eastAsia="Arial"/>
                <w:b/>
                <w:color w:val="111111"/>
                <w:sz w:val="20"/>
                <w:szCs w:val="24"/>
              </w:rPr>
              <w:t xml:space="preserve">  When you create a clear picture in your mind, new ideas are easier to understand, connect, and remember.</w:t>
            </w:r>
          </w:p>
        </w:tc>
      </w:tr>
    </w:tbl>
    <w:p w:rsidR="00B63F71" w:rsidRDefault="00000000">
      <w:pPr>
        <w:spacing w:line="20" w:lineRule="exact"/>
      </w:pPr>
      <w:r>
        <w:rPr>
          <w:sz w:val="2"/>
        </w:rPr>
        <w:br w:type="page"/>
      </w:r>
    </w:p>
    <w:tbl>
      <w:tblPr>
        <w:tblW w:w="0" w:type="auto"/>
        <w:jc w:val="center"/>
        <w:tblLayout w:type="fixed"/>
        <w:tblLook w:val="04A0" w:firstRow="1" w:lastRow="0" w:firstColumn="1" w:lastColumn="0" w:noHBand="0" w:noVBand="1"/>
      </w:tblPr>
      <w:tblGrid>
        <w:gridCol w:w="3816"/>
        <w:gridCol w:w="2980"/>
        <w:gridCol w:w="3888"/>
        <w:gridCol w:w="460"/>
      </w:tblGrid>
      <w:tr w:rsidR="000646AD">
        <w:trPr>
          <w:gridAfter w:val="1"/>
          <w:wAfter w:w="29" w:type="dxa"/>
          <w:jc w:val="center"/>
        </w:trPr>
        <w:tc>
          <w:tcPr>
            <w:tcW w:w="6796" w:type="dxa"/>
            <w:gridSpan w:val="2"/>
            <w:tcBorders>
              <w:top w:val="single" w:sz="10" w:space="0" w:color="7A7A7A"/>
              <w:left w:val="single" w:sz="10" w:space="0" w:color="7A7A7A"/>
              <w:bottom w:val="single" w:sz="10" w:space="0" w:color="7A7A7A"/>
              <w:right w:val="single" w:sz="10" w:space="0" w:color="7A7A7A"/>
            </w:tcBorders>
            <w:tcMar>
              <w:top w:w="80" w:type="dxa"/>
              <w:left w:w="90" w:type="dxa"/>
              <w:bottom w:w="80" w:type="dxa"/>
              <w:right w:w="90" w:type="dxa"/>
            </w:tcMar>
            <w:vAlign w:val="center"/>
          </w:tcPr>
          <w:p w:rsidR="00000000" w:rsidRPr="00011A74" w:rsidRDefault="00000000">
            <w:pPr>
              <w:spacing w:line="202" w:lineRule="auto"/>
              <w:rPr>
                <w:sz w:val="24"/>
                <w:szCs w:val="24"/>
              </w:rPr>
            </w:pPr>
          </w:p>
          <w:p w:rsidR="00000000" w:rsidRPr="00011A74" w:rsidRDefault="00000000">
            <w:pPr>
              <w:spacing w:line="202" w:lineRule="auto"/>
              <w:rPr>
                <w:sz w:val="24"/>
                <w:szCs w:val="24"/>
              </w:rPr>
            </w:pPr>
            <w:r w:rsidRPr="00011A74">
              <w:rPr>
                <w:b/>
                <w:color w:val="555555"/>
                <w:sz w:val="24"/>
                <w:szCs w:val="24"/>
              </w:rPr>
              <w:t xml:space="preserve">JOKE DETECTIVE ACTIVITY </w:t>
            </w:r>
            <w:proofErr w:type="gramStart"/>
            <w:r w:rsidRPr="00011A74">
              <w:rPr>
                <w:b/>
                <w:color w:val="555555"/>
                <w:sz w:val="24"/>
                <w:szCs w:val="24"/>
              </w:rPr>
              <w:t xml:space="preserve">SHEET  </w:t>
            </w:r>
            <w:r w:rsidRPr="00011A74">
              <w:rPr>
                <w:b/>
                <w:sz w:val="24"/>
                <w:szCs w:val="24"/>
              </w:rPr>
              <w:t>JBRA</w:t>
            </w:r>
            <w:proofErr w:type="gramEnd"/>
            <w:r w:rsidRPr="00011A74">
              <w:rPr>
                <w:b/>
                <w:sz w:val="24"/>
                <w:szCs w:val="24"/>
              </w:rPr>
              <w:t>-S10</w:t>
            </w:r>
          </w:p>
          <w:p w:rsidR="00000000" w:rsidRDefault="00000000">
            <w:pPr>
              <w:spacing w:line="202" w:lineRule="auto"/>
            </w:pPr>
            <w:r w:rsidRPr="00011A74">
              <w:rPr>
                <w:b/>
                <w:color w:val="111111"/>
                <w:sz w:val="24"/>
                <w:szCs w:val="24"/>
              </w:rPr>
              <w:t>Solve the Joke!</w:t>
            </w:r>
          </w:p>
        </w:tc>
        <w:tc>
          <w:tcPr>
            <w:tcW w:w="3888" w:type="dxa"/>
            <w:tcBorders>
              <w:top w:val="single" w:sz="10" w:space="0" w:color="7A7A7A"/>
              <w:left w:val="single" w:sz="10" w:space="0" w:color="7A7A7A"/>
              <w:bottom w:val="single" w:sz="10" w:space="0" w:color="7A7A7A"/>
              <w:right w:val="single" w:sz="10" w:space="0" w:color="7A7A7A"/>
            </w:tcBorders>
            <w:shd w:val="clear" w:color="auto" w:fill="E7E7E7"/>
            <w:tcMar>
              <w:top w:w="80" w:type="dxa"/>
              <w:left w:w="90" w:type="dxa"/>
              <w:bottom w:w="80" w:type="dxa"/>
              <w:right w:w="90" w:type="dxa"/>
            </w:tcMar>
            <w:vAlign w:val="center"/>
          </w:tcPr>
          <w:p w:rsidR="00000000" w:rsidRPr="00011A74" w:rsidRDefault="00000000">
            <w:pPr>
              <w:spacing w:line="202" w:lineRule="auto"/>
              <w:rPr>
                <w:sz w:val="24"/>
                <w:szCs w:val="24"/>
              </w:rPr>
            </w:pPr>
          </w:p>
          <w:p w:rsidR="00000000" w:rsidRPr="00011A74" w:rsidRDefault="00000000">
            <w:pPr>
              <w:spacing w:line="202" w:lineRule="auto"/>
              <w:jc w:val="center"/>
              <w:rPr>
                <w:sz w:val="24"/>
                <w:szCs w:val="24"/>
              </w:rPr>
            </w:pPr>
            <w:r w:rsidRPr="00011A74">
              <w:rPr>
                <w:b/>
                <w:color w:val="555555"/>
                <w:sz w:val="24"/>
                <w:szCs w:val="24"/>
              </w:rPr>
              <w:t>READING SKILL</w:t>
            </w:r>
          </w:p>
          <w:p w:rsidR="00000000" w:rsidRPr="00011A74" w:rsidRDefault="00000000">
            <w:pPr>
              <w:spacing w:line="202" w:lineRule="auto"/>
              <w:jc w:val="center"/>
              <w:rPr>
                <w:sz w:val="24"/>
                <w:szCs w:val="24"/>
              </w:rPr>
            </w:pPr>
            <w:r w:rsidRPr="00011A74">
              <w:rPr>
                <w:b/>
                <w:color w:val="111111"/>
                <w:sz w:val="24"/>
                <w:szCs w:val="24"/>
              </w:rPr>
              <w:t>Using Everything</w:t>
            </w:r>
            <w:r w:rsidRPr="00011A74">
              <w:rPr>
                <w:b/>
                <w:color w:val="111111"/>
                <w:sz w:val="24"/>
                <w:szCs w:val="24"/>
              </w:rPr>
              <w:br/>
              <w:t>You've Learned</w:t>
            </w:r>
          </w:p>
        </w:tc>
      </w:tr>
      <w:tr w:rsidR="000646AD">
        <w:trPr>
          <w:jc w:val="center"/>
        </w:trPr>
        <w:tc>
          <w:tcPr>
            <w:tcW w:w="3816" w:type="dxa"/>
            <w:tcMar>
              <w:top w:w="30" w:type="dxa"/>
              <w:left w:w="60" w:type="dxa"/>
              <w:bottom w:w="30" w:type="dxa"/>
              <w:right w:w="60" w:type="dxa"/>
            </w:tcMar>
          </w:tcPr>
          <w:p w:rsidR="00000000" w:rsidRDefault="00000000">
            <w:pPr>
              <w:spacing w:line="202" w:lineRule="auto"/>
            </w:pPr>
          </w:p>
          <w:p w:rsidR="00000000" w:rsidRDefault="00000000">
            <w:pPr>
              <w:spacing w:line="202" w:lineRule="auto"/>
            </w:pPr>
            <w:proofErr w:type="gramStart"/>
            <w:r>
              <w:rPr>
                <w:color w:val="111111"/>
                <w:sz w:val="19"/>
              </w:rPr>
              <w:t>Name:</w:t>
            </w:r>
            <w:r w:rsidR="00011A74">
              <w:rPr>
                <w:color w:val="111111"/>
                <w:sz w:val="19"/>
              </w:rPr>
              <w:t>_</w:t>
            </w:r>
            <w:proofErr w:type="gramEnd"/>
            <w:r w:rsidR="00011A74">
              <w:rPr>
                <w:color w:val="111111"/>
                <w:sz w:val="19"/>
              </w:rPr>
              <w:t>__________________________</w:t>
            </w:r>
            <w:r w:rsidR="00011A74">
              <w:rPr>
                <w:color w:val="111111"/>
                <w:sz w:val="19"/>
              </w:rPr>
              <w:softHyphen/>
            </w:r>
            <w:r w:rsidR="00011A74">
              <w:rPr>
                <w:color w:val="111111"/>
                <w:sz w:val="19"/>
              </w:rPr>
              <w:softHyphen/>
            </w:r>
            <w:r w:rsidR="00011A74">
              <w:rPr>
                <w:color w:val="111111"/>
                <w:sz w:val="19"/>
              </w:rPr>
              <w:softHyphen/>
            </w:r>
            <w:r w:rsidR="00011A74">
              <w:rPr>
                <w:color w:val="111111"/>
                <w:sz w:val="19"/>
              </w:rPr>
              <w:softHyphen/>
              <w:t>__</w:t>
            </w:r>
          </w:p>
        </w:tc>
        <w:tc>
          <w:tcPr>
            <w:tcW w:w="2520" w:type="dxa"/>
            <w:tcMar>
              <w:top w:w="30" w:type="dxa"/>
              <w:left w:w="60" w:type="dxa"/>
              <w:bottom w:w="30" w:type="dxa"/>
              <w:right w:w="60" w:type="dxa"/>
            </w:tcMar>
          </w:tcPr>
          <w:p w:rsidR="00000000" w:rsidRDefault="00000000">
            <w:pPr>
              <w:spacing w:line="202" w:lineRule="auto"/>
            </w:pPr>
          </w:p>
          <w:p w:rsidR="00000000" w:rsidRDefault="00000000">
            <w:pPr>
              <w:spacing w:line="202" w:lineRule="auto"/>
            </w:pPr>
            <w:proofErr w:type="gramStart"/>
            <w:r>
              <w:rPr>
                <w:color w:val="111111"/>
                <w:sz w:val="19"/>
              </w:rPr>
              <w:t>Date:_</w:t>
            </w:r>
            <w:proofErr w:type="gramEnd"/>
            <w:r>
              <w:rPr>
                <w:color w:val="111111"/>
                <w:sz w:val="19"/>
              </w:rPr>
              <w:t>___________</w:t>
            </w:r>
            <w:r>
              <w:rPr>
                <w:color w:val="111111"/>
                <w:sz w:val="19"/>
              </w:rPr>
              <w:t>__________</w:t>
            </w:r>
          </w:p>
        </w:tc>
        <w:tc>
          <w:tcPr>
            <w:tcW w:w="4348" w:type="dxa"/>
            <w:gridSpan w:val="2"/>
            <w:tcMar>
              <w:top w:w="30" w:type="dxa"/>
              <w:left w:w="60" w:type="dxa"/>
              <w:bottom w:w="30" w:type="dxa"/>
              <w:right w:w="60" w:type="dxa"/>
            </w:tcMar>
          </w:tcPr>
          <w:p w:rsidR="00000000" w:rsidRDefault="00000000">
            <w:pPr>
              <w:spacing w:line="202" w:lineRule="auto"/>
            </w:pPr>
          </w:p>
          <w:p w:rsidR="00000000" w:rsidRPr="00011A74" w:rsidRDefault="00000000" w:rsidP="00011A74">
            <w:pPr>
              <w:spacing w:after="120" w:line="202" w:lineRule="auto"/>
              <w:rPr>
                <w:color w:val="111111"/>
                <w:sz w:val="19"/>
              </w:rPr>
            </w:pPr>
            <w:r>
              <w:rPr>
                <w:color w:val="111111"/>
                <w:sz w:val="19"/>
              </w:rPr>
              <w:t>Class/Period: _________</w:t>
            </w:r>
            <w:r>
              <w:rPr>
                <w:color w:val="111111"/>
                <w:sz w:val="19"/>
              </w:rPr>
              <w:t>_______</w:t>
            </w:r>
          </w:p>
        </w:tc>
      </w:tr>
      <w:tr w:rsidR="000646AD">
        <w:trPr>
          <w:jc w:val="center"/>
        </w:trPr>
        <w:tc>
          <w:tcPr>
            <w:tcW w:w="10684" w:type="dxa"/>
            <w:gridSpan w:val="4"/>
            <w:shd w:val="clear" w:color="auto" w:fill="E7E7E7"/>
            <w:tcMar>
              <w:top w:w="25" w:type="dxa"/>
              <w:left w:w="60" w:type="dxa"/>
              <w:bottom w:w="20" w:type="dxa"/>
              <w:right w:w="60" w:type="dxa"/>
            </w:tcMar>
          </w:tcPr>
          <w:p w:rsidR="00000000" w:rsidRDefault="00000000">
            <w:pPr>
              <w:spacing w:line="202" w:lineRule="auto"/>
            </w:pPr>
          </w:p>
          <w:p w:rsidR="00000000" w:rsidRDefault="00000000" w:rsidP="00EB3B26">
            <w:pPr>
              <w:spacing w:line="202" w:lineRule="auto"/>
            </w:pPr>
            <w:r>
              <w:rPr>
                <w:b/>
                <w:color w:val="111111"/>
                <w:sz w:val="19"/>
              </w:rPr>
              <w:t>WARM-UP</w:t>
            </w:r>
          </w:p>
        </w:tc>
      </w:tr>
    </w:tbl>
    <w:p w:rsidR="00000000" w:rsidRPr="00011A74" w:rsidRDefault="00000000" w:rsidP="00011A74">
      <w:pPr>
        <w:spacing w:before="120" w:after="120" w:line="202" w:lineRule="auto"/>
        <w:rPr>
          <w:sz w:val="21"/>
          <w:szCs w:val="21"/>
        </w:rPr>
      </w:pPr>
      <w:r w:rsidRPr="00011A74">
        <w:rPr>
          <w:color w:val="111111"/>
          <w:sz w:val="21"/>
          <w:szCs w:val="21"/>
        </w:rPr>
        <w:t>Congratulations! You've practiced many skills good readers use every day. As you solve each joke, think about background knowledge, wordplay, visualization, theme, predicting, and clues. Decide which strategy helped you most.</w:t>
      </w:r>
    </w:p>
    <w:tbl>
      <w:tblPr>
        <w:tblW w:w="0" w:type="auto"/>
        <w:jc w:val="center"/>
        <w:tblLayout w:type="fixed"/>
        <w:tblLook w:val="04A0" w:firstRow="1" w:lastRow="0" w:firstColumn="1" w:lastColumn="0" w:noHBand="0" w:noVBand="1"/>
      </w:tblPr>
      <w:tblGrid>
        <w:gridCol w:w="10684"/>
      </w:tblGrid>
      <w:tr w:rsidR="000646AD">
        <w:trPr>
          <w:jc w:val="center"/>
        </w:trPr>
        <w:tc>
          <w:tcPr>
            <w:tcW w:w="10684" w:type="dxa"/>
            <w:shd w:val="clear" w:color="auto" w:fill="E7E7E7"/>
            <w:tcMar>
              <w:top w:w="25" w:type="dxa"/>
              <w:left w:w="60" w:type="dxa"/>
              <w:bottom w:w="20" w:type="dxa"/>
              <w:right w:w="60" w:type="dxa"/>
            </w:tcMar>
          </w:tcPr>
          <w:p w:rsidR="00000000" w:rsidRDefault="00000000">
            <w:pPr>
              <w:spacing w:line="202" w:lineRule="auto"/>
            </w:pPr>
          </w:p>
          <w:p w:rsidR="00000000" w:rsidRDefault="00000000" w:rsidP="00EB3B26">
            <w:pPr>
              <w:spacing w:line="202" w:lineRule="auto"/>
            </w:pPr>
            <w:r>
              <w:rPr>
                <w:b/>
                <w:color w:val="111111"/>
                <w:sz w:val="19"/>
              </w:rPr>
              <w:t>MASTER JOKE DETECTIVE CHALLENGE</w:t>
            </w:r>
          </w:p>
        </w:tc>
      </w:tr>
    </w:tbl>
    <w:p w:rsidR="00000000" w:rsidRPr="00011A74" w:rsidRDefault="00011A74" w:rsidP="00011A74">
      <w:pPr>
        <w:spacing w:before="120" w:after="120" w:line="202" w:lineRule="auto"/>
        <w:rPr>
          <w:sz w:val="21"/>
          <w:szCs w:val="21"/>
        </w:rPr>
      </w:pPr>
      <w:r>
        <w:rPr>
          <w:color w:val="111111"/>
          <w:sz w:val="21"/>
          <w:szCs w:val="21"/>
        </w:rPr>
        <w:t xml:space="preserve">  </w:t>
      </w:r>
      <w:r w:rsidR="00000000" w:rsidRPr="00011A74">
        <w:rPr>
          <w:color w:val="111111"/>
          <w:sz w:val="21"/>
          <w:szCs w:val="21"/>
        </w:rPr>
        <w:t>Read each joke. Write the letter of the strategy that helped you understand it most, then explain why.</w:t>
      </w:r>
    </w:p>
    <w:tbl>
      <w:tblPr>
        <w:tblW w:w="0" w:type="auto"/>
        <w:jc w:val="center"/>
        <w:tblLayout w:type="fixed"/>
        <w:tblLook w:val="04A0" w:firstRow="1" w:lastRow="0" w:firstColumn="1" w:lastColumn="0" w:noHBand="0" w:noVBand="1"/>
      </w:tblPr>
      <w:tblGrid>
        <w:gridCol w:w="2671"/>
        <w:gridCol w:w="2671"/>
        <w:gridCol w:w="2671"/>
        <w:gridCol w:w="2671"/>
        <w:gridCol w:w="35"/>
      </w:tblGrid>
      <w:tr w:rsidR="000646AD">
        <w:trPr>
          <w:jc w:val="center"/>
        </w:trPr>
        <w:tc>
          <w:tcPr>
            <w:tcW w:w="2671" w:type="dxa"/>
            <w:tcBorders>
              <w:top w:val="single" w:sz="6" w:space="0" w:color="B0B0B0"/>
              <w:left w:val="single" w:sz="6" w:space="0" w:color="B0B0B0"/>
              <w:bottom w:val="single" w:sz="6" w:space="0" w:color="B0B0B0"/>
              <w:right w:val="single" w:sz="6" w:space="0" w:color="B0B0B0"/>
            </w:tcBorders>
            <w:shd w:val="clear" w:color="auto" w:fill="F2F2F2"/>
            <w:tcMar>
              <w:top w:w="30" w:type="dxa"/>
              <w:left w:w="35" w:type="dxa"/>
              <w:bottom w:w="30" w:type="dxa"/>
              <w:right w:w="35" w:type="dxa"/>
            </w:tcMar>
          </w:tcPr>
          <w:p w:rsidR="00000000" w:rsidRDefault="00000000">
            <w:pPr>
              <w:spacing w:line="202" w:lineRule="auto"/>
            </w:pPr>
          </w:p>
          <w:p w:rsidR="00000000" w:rsidRDefault="00000000">
            <w:pPr>
              <w:spacing w:line="202" w:lineRule="auto"/>
              <w:jc w:val="center"/>
            </w:pPr>
            <w:r>
              <w:rPr>
                <w:b/>
                <w:color w:val="111111"/>
                <w:sz w:val="19"/>
              </w:rPr>
              <w:t>A  Background Knowledge</w:t>
            </w:r>
          </w:p>
        </w:tc>
        <w:tc>
          <w:tcPr>
            <w:tcW w:w="2671" w:type="dxa"/>
            <w:tcBorders>
              <w:top w:val="single" w:sz="6" w:space="0" w:color="B0B0B0"/>
              <w:left w:val="single" w:sz="6" w:space="0" w:color="B0B0B0"/>
              <w:bottom w:val="single" w:sz="6" w:space="0" w:color="B0B0B0"/>
              <w:right w:val="single" w:sz="6" w:space="0" w:color="B0B0B0"/>
            </w:tcBorders>
            <w:shd w:val="clear" w:color="auto" w:fill="F2F2F2"/>
            <w:tcMar>
              <w:top w:w="30" w:type="dxa"/>
              <w:left w:w="35" w:type="dxa"/>
              <w:bottom w:w="30" w:type="dxa"/>
              <w:right w:w="35" w:type="dxa"/>
            </w:tcMar>
          </w:tcPr>
          <w:p w:rsidR="00000000" w:rsidRDefault="00000000">
            <w:pPr>
              <w:spacing w:line="202" w:lineRule="auto"/>
            </w:pPr>
          </w:p>
          <w:p w:rsidR="00000000" w:rsidRDefault="00000000">
            <w:pPr>
              <w:spacing w:line="202" w:lineRule="auto"/>
              <w:jc w:val="center"/>
            </w:pPr>
            <w:r>
              <w:rPr>
                <w:b/>
                <w:color w:val="111111"/>
                <w:sz w:val="19"/>
              </w:rPr>
              <w:t>B  Wordplay</w:t>
            </w:r>
          </w:p>
        </w:tc>
        <w:tc>
          <w:tcPr>
            <w:tcW w:w="2671" w:type="dxa"/>
            <w:tcBorders>
              <w:top w:val="single" w:sz="6" w:space="0" w:color="B0B0B0"/>
              <w:left w:val="single" w:sz="6" w:space="0" w:color="B0B0B0"/>
              <w:bottom w:val="single" w:sz="6" w:space="0" w:color="B0B0B0"/>
              <w:right w:val="single" w:sz="6" w:space="0" w:color="B0B0B0"/>
            </w:tcBorders>
            <w:shd w:val="clear" w:color="auto" w:fill="F2F2F2"/>
            <w:tcMar>
              <w:top w:w="30" w:type="dxa"/>
              <w:left w:w="35" w:type="dxa"/>
              <w:bottom w:w="30" w:type="dxa"/>
              <w:right w:w="35" w:type="dxa"/>
            </w:tcMar>
          </w:tcPr>
          <w:p w:rsidR="00000000" w:rsidRDefault="00000000">
            <w:pPr>
              <w:spacing w:line="202" w:lineRule="auto"/>
            </w:pPr>
          </w:p>
          <w:p w:rsidR="00000000" w:rsidRDefault="00000000">
            <w:pPr>
              <w:spacing w:line="202" w:lineRule="auto"/>
              <w:jc w:val="center"/>
            </w:pPr>
            <w:r>
              <w:rPr>
                <w:b/>
                <w:color w:val="111111"/>
                <w:sz w:val="19"/>
              </w:rPr>
              <w:t>C  Visualization</w:t>
            </w:r>
          </w:p>
        </w:tc>
        <w:tc>
          <w:tcPr>
            <w:tcW w:w="2671" w:type="dxa"/>
            <w:gridSpan w:val="2"/>
            <w:tcBorders>
              <w:top w:val="single" w:sz="6" w:space="0" w:color="B0B0B0"/>
              <w:left w:val="single" w:sz="6" w:space="0" w:color="B0B0B0"/>
              <w:bottom w:val="single" w:sz="6" w:space="0" w:color="B0B0B0"/>
              <w:right w:val="single" w:sz="6" w:space="0" w:color="B0B0B0"/>
            </w:tcBorders>
            <w:shd w:val="clear" w:color="auto" w:fill="F2F2F2"/>
            <w:tcMar>
              <w:top w:w="30" w:type="dxa"/>
              <w:left w:w="35" w:type="dxa"/>
              <w:bottom w:w="30" w:type="dxa"/>
              <w:right w:w="35" w:type="dxa"/>
            </w:tcMar>
          </w:tcPr>
          <w:p w:rsidR="00000000" w:rsidRDefault="00000000">
            <w:pPr>
              <w:spacing w:line="202" w:lineRule="auto"/>
            </w:pPr>
          </w:p>
          <w:p w:rsidR="00000000" w:rsidRDefault="00000000">
            <w:pPr>
              <w:spacing w:line="202" w:lineRule="auto"/>
              <w:jc w:val="center"/>
            </w:pPr>
            <w:r>
              <w:rPr>
                <w:b/>
                <w:color w:val="111111"/>
                <w:sz w:val="19"/>
              </w:rPr>
              <w:t>D  Theme</w:t>
            </w:r>
          </w:p>
        </w:tc>
      </w:tr>
      <w:tr w:rsidR="000646AD">
        <w:trPr>
          <w:gridAfter w:val="1"/>
          <w:wAfter w:w="35" w:type="dxa"/>
          <w:jc w:val="center"/>
        </w:trPr>
        <w:tc>
          <w:tcPr>
            <w:tcW w:w="5342" w:type="dxa"/>
            <w:gridSpan w:val="2"/>
            <w:tcBorders>
              <w:top w:val="single" w:sz="10" w:space="0" w:color="7A7A7A"/>
              <w:left w:val="single" w:sz="10" w:space="0" w:color="7A7A7A"/>
              <w:bottom w:val="single" w:sz="10" w:space="0" w:color="7A7A7A"/>
              <w:right w:val="single" w:sz="10" w:space="0" w:color="7A7A7A"/>
            </w:tcBorders>
            <w:tcMar>
              <w:top w:w="55" w:type="dxa"/>
              <w:left w:w="70" w:type="dxa"/>
              <w:bottom w:w="45" w:type="dxa"/>
              <w:right w:w="70" w:type="dxa"/>
            </w:tcMar>
          </w:tcPr>
          <w:p w:rsidR="00000000" w:rsidRDefault="00000000">
            <w:pPr>
              <w:spacing w:line="202" w:lineRule="auto"/>
            </w:pPr>
          </w:p>
          <w:p w:rsidR="00000000" w:rsidRDefault="00000000">
            <w:pPr>
              <w:spacing w:line="202" w:lineRule="auto"/>
            </w:pPr>
            <w:r>
              <w:rPr>
                <w:b/>
                <w:color w:val="111111"/>
                <w:sz w:val="19"/>
              </w:rPr>
              <w:t>1. What airline do ghosts fly?</w:t>
            </w:r>
          </w:p>
          <w:p w:rsidR="00000000" w:rsidRDefault="00000000">
            <w:pPr>
              <w:spacing w:line="202" w:lineRule="auto"/>
            </w:pPr>
            <w:r>
              <w:rPr>
                <w:i/>
                <w:color w:val="111111"/>
                <w:sz w:val="19"/>
              </w:rPr>
              <w:t>Boonited Scarelines.</w:t>
            </w:r>
          </w:p>
          <w:p w:rsidR="00000000" w:rsidRDefault="00000000">
            <w:pPr>
              <w:spacing w:line="202" w:lineRule="auto"/>
              <w:jc w:val="center"/>
            </w:pPr>
            <w:r>
              <w:rPr>
                <w:noProof/>
                <w:sz w:val="19"/>
              </w:rPr>
              <w:drawing>
                <wp:inline distT="0" distB="0" distL="0" distR="0">
                  <wp:extent cx="1234440" cy="123444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host-plane.png"/>
                          <pic:cNvPicPr/>
                        </pic:nvPicPr>
                        <pic:blipFill>
                          <a:blip r:embed="rId42"/>
                          <a:stretch>
                            <a:fillRect/>
                          </a:stretch>
                        </pic:blipFill>
                        <pic:spPr>
                          <a:xfrm>
                            <a:off x="0" y="0"/>
                            <a:ext cx="1234440" cy="1234440"/>
                          </a:xfrm>
                          <a:prstGeom prst="rect">
                            <a:avLst/>
                          </a:prstGeom>
                        </pic:spPr>
                      </pic:pic>
                    </a:graphicData>
                  </a:graphic>
                </wp:inline>
              </w:drawing>
            </w:r>
          </w:p>
          <w:p w:rsidR="00000000" w:rsidRDefault="00000000" w:rsidP="00EB3B26">
            <w:pPr>
              <w:spacing w:line="202" w:lineRule="auto"/>
            </w:pPr>
            <w:r>
              <w:rPr>
                <w:b/>
                <w:color w:val="111111"/>
                <w:sz w:val="19"/>
              </w:rPr>
              <w:t>Strategy letter: ____   Why?</w:t>
            </w:r>
          </w:p>
          <w:p w:rsidR="00000000" w:rsidRDefault="00000000">
            <w:pPr>
              <w:spacing w:line="202" w:lineRule="auto"/>
            </w:pPr>
            <w:r>
              <w:rPr>
                <w:color w:val="777777"/>
                <w:sz w:val="19"/>
              </w:rPr>
              <w:t>______________________________________________</w:t>
            </w:r>
            <w:r>
              <w:rPr>
                <w:color w:val="777777"/>
                <w:sz w:val="19"/>
              </w:rPr>
              <w:t>__________</w:t>
            </w:r>
          </w:p>
        </w:tc>
        <w:tc>
          <w:tcPr>
            <w:tcW w:w="5342" w:type="dxa"/>
            <w:gridSpan w:val="2"/>
            <w:tcBorders>
              <w:top w:val="single" w:sz="10" w:space="0" w:color="7A7A7A"/>
              <w:left w:val="single" w:sz="10" w:space="0" w:color="7A7A7A"/>
              <w:bottom w:val="single" w:sz="10" w:space="0" w:color="7A7A7A"/>
              <w:right w:val="single" w:sz="10" w:space="0" w:color="7A7A7A"/>
            </w:tcBorders>
            <w:tcMar>
              <w:top w:w="55" w:type="dxa"/>
              <w:left w:w="70" w:type="dxa"/>
              <w:bottom w:w="45" w:type="dxa"/>
              <w:right w:w="70" w:type="dxa"/>
            </w:tcMar>
          </w:tcPr>
          <w:p w:rsidR="00000000" w:rsidRDefault="00000000">
            <w:pPr>
              <w:spacing w:line="202" w:lineRule="auto"/>
            </w:pPr>
          </w:p>
          <w:p w:rsidR="00000000" w:rsidRDefault="00000000">
            <w:pPr>
              <w:spacing w:line="202" w:lineRule="auto"/>
            </w:pPr>
            <w:r>
              <w:rPr>
                <w:b/>
                <w:color w:val="111111"/>
                <w:sz w:val="19"/>
              </w:rPr>
              <w:t>2. When Oxygen and Magnesium started dating, I was all like…</w:t>
            </w:r>
          </w:p>
          <w:p w:rsidR="00000000" w:rsidRDefault="00000000">
            <w:pPr>
              <w:spacing w:line="202" w:lineRule="auto"/>
            </w:pPr>
            <w:r>
              <w:rPr>
                <w:i/>
                <w:color w:val="111111"/>
                <w:sz w:val="19"/>
              </w:rPr>
              <w:t>“OMg!”</w:t>
            </w:r>
          </w:p>
          <w:p w:rsidR="00000000" w:rsidRDefault="00000000">
            <w:pPr>
              <w:spacing w:line="202" w:lineRule="auto"/>
              <w:jc w:val="center"/>
            </w:pPr>
            <w:r>
              <w:rPr>
                <w:noProof/>
                <w:sz w:val="19"/>
              </w:rPr>
              <w:drawing>
                <wp:inline distT="0" distB="0" distL="0" distR="0">
                  <wp:extent cx="1234440" cy="123444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xygen-magnesium.png"/>
                          <pic:cNvPicPr/>
                        </pic:nvPicPr>
                        <pic:blipFill>
                          <a:blip r:embed="rId43"/>
                          <a:stretch>
                            <a:fillRect/>
                          </a:stretch>
                        </pic:blipFill>
                        <pic:spPr>
                          <a:xfrm>
                            <a:off x="0" y="0"/>
                            <a:ext cx="1234440" cy="1234440"/>
                          </a:xfrm>
                          <a:prstGeom prst="rect">
                            <a:avLst/>
                          </a:prstGeom>
                        </pic:spPr>
                      </pic:pic>
                    </a:graphicData>
                  </a:graphic>
                </wp:inline>
              </w:drawing>
            </w:r>
          </w:p>
          <w:p w:rsidR="00000000" w:rsidRDefault="00000000" w:rsidP="00EB3B26">
            <w:pPr>
              <w:spacing w:line="202" w:lineRule="auto"/>
            </w:pPr>
            <w:r>
              <w:rPr>
                <w:b/>
                <w:color w:val="111111"/>
                <w:sz w:val="19"/>
              </w:rPr>
              <w:t>Strategy letter: ____   Why?</w:t>
            </w:r>
          </w:p>
          <w:p w:rsidR="00000000" w:rsidRDefault="00000000" w:rsidP="00EB3B26">
            <w:pPr>
              <w:spacing w:line="202" w:lineRule="auto"/>
            </w:pPr>
            <w:r>
              <w:rPr>
                <w:color w:val="777777"/>
                <w:sz w:val="19"/>
              </w:rPr>
              <w:t>____________________________________________</w:t>
            </w:r>
            <w:r>
              <w:rPr>
                <w:color w:val="777777"/>
                <w:sz w:val="19"/>
              </w:rPr>
              <w:softHyphen/>
            </w:r>
            <w:r>
              <w:rPr>
                <w:color w:val="777777"/>
                <w:sz w:val="19"/>
              </w:rPr>
              <w:softHyphen/>
            </w:r>
            <w:r>
              <w:rPr>
                <w:color w:val="777777"/>
                <w:sz w:val="19"/>
              </w:rPr>
              <w:softHyphen/>
              <w:t>___________</w:t>
            </w:r>
          </w:p>
        </w:tc>
      </w:tr>
      <w:tr w:rsidR="000646AD">
        <w:trPr>
          <w:gridAfter w:val="1"/>
          <w:wAfter w:w="35" w:type="dxa"/>
          <w:jc w:val="center"/>
        </w:trPr>
        <w:tc>
          <w:tcPr>
            <w:tcW w:w="5342" w:type="dxa"/>
            <w:gridSpan w:val="2"/>
            <w:tcBorders>
              <w:top w:val="single" w:sz="10" w:space="0" w:color="7A7A7A"/>
              <w:left w:val="single" w:sz="10" w:space="0" w:color="7A7A7A"/>
              <w:bottom w:val="single" w:sz="10" w:space="0" w:color="7A7A7A"/>
              <w:right w:val="single" w:sz="10" w:space="0" w:color="7A7A7A"/>
            </w:tcBorders>
            <w:tcMar>
              <w:top w:w="55" w:type="dxa"/>
              <w:left w:w="70" w:type="dxa"/>
              <w:bottom w:w="45" w:type="dxa"/>
              <w:right w:w="70" w:type="dxa"/>
            </w:tcMar>
          </w:tcPr>
          <w:p w:rsidR="00000000" w:rsidRDefault="00000000">
            <w:pPr>
              <w:spacing w:line="202" w:lineRule="auto"/>
            </w:pPr>
          </w:p>
          <w:p w:rsidR="00000000" w:rsidRDefault="00000000">
            <w:pPr>
              <w:spacing w:line="202" w:lineRule="auto"/>
            </w:pPr>
            <w:r>
              <w:rPr>
                <w:b/>
                <w:color w:val="111111"/>
                <w:sz w:val="19"/>
              </w:rPr>
              <w:t>3. What did one canoe say to the other?</w:t>
            </w:r>
          </w:p>
          <w:p w:rsidR="00000000" w:rsidRDefault="00000000">
            <w:pPr>
              <w:spacing w:line="202" w:lineRule="auto"/>
            </w:pPr>
            <w:r>
              <w:rPr>
                <w:i/>
                <w:color w:val="111111"/>
                <w:sz w:val="19"/>
              </w:rPr>
              <w:t>Are you up for a little row-mance?</w:t>
            </w:r>
          </w:p>
          <w:p w:rsidR="00000000" w:rsidRDefault="00000000">
            <w:pPr>
              <w:spacing w:line="202" w:lineRule="auto"/>
              <w:jc w:val="center"/>
            </w:pPr>
            <w:r>
              <w:rPr>
                <w:noProof/>
                <w:sz w:val="19"/>
              </w:rPr>
              <w:drawing>
                <wp:inline distT="0" distB="0" distL="0" distR="0">
                  <wp:extent cx="1234440" cy="1234440"/>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noes.png"/>
                          <pic:cNvPicPr/>
                        </pic:nvPicPr>
                        <pic:blipFill>
                          <a:blip r:embed="rId44"/>
                          <a:stretch>
                            <a:fillRect/>
                          </a:stretch>
                        </pic:blipFill>
                        <pic:spPr>
                          <a:xfrm>
                            <a:off x="0" y="0"/>
                            <a:ext cx="1234440" cy="1234440"/>
                          </a:xfrm>
                          <a:prstGeom prst="rect">
                            <a:avLst/>
                          </a:prstGeom>
                        </pic:spPr>
                      </pic:pic>
                    </a:graphicData>
                  </a:graphic>
                </wp:inline>
              </w:drawing>
            </w:r>
          </w:p>
          <w:p w:rsidR="00000000" w:rsidRDefault="00000000">
            <w:pPr>
              <w:spacing w:line="202" w:lineRule="auto"/>
            </w:pPr>
            <w:r>
              <w:rPr>
                <w:b/>
                <w:color w:val="111111"/>
                <w:sz w:val="19"/>
              </w:rPr>
              <w:t>Strategy letter: ____   Why?</w:t>
            </w:r>
          </w:p>
          <w:p w:rsidR="00000000" w:rsidRDefault="00000000" w:rsidP="00EB3B26">
            <w:pPr>
              <w:spacing w:line="202" w:lineRule="auto"/>
            </w:pPr>
            <w:r>
              <w:rPr>
                <w:color w:val="777777"/>
                <w:sz w:val="19"/>
              </w:rPr>
              <w:t>_______________________________________________</w:t>
            </w:r>
            <w:r>
              <w:rPr>
                <w:color w:val="777777"/>
                <w:sz w:val="19"/>
              </w:rPr>
              <w:t>_________</w:t>
            </w:r>
          </w:p>
        </w:tc>
        <w:tc>
          <w:tcPr>
            <w:tcW w:w="5342" w:type="dxa"/>
            <w:gridSpan w:val="2"/>
            <w:tcBorders>
              <w:top w:val="single" w:sz="10" w:space="0" w:color="7A7A7A"/>
              <w:left w:val="single" w:sz="10" w:space="0" w:color="7A7A7A"/>
              <w:bottom w:val="single" w:sz="10" w:space="0" w:color="7A7A7A"/>
              <w:right w:val="single" w:sz="10" w:space="0" w:color="7A7A7A"/>
            </w:tcBorders>
            <w:tcMar>
              <w:top w:w="55" w:type="dxa"/>
              <w:left w:w="70" w:type="dxa"/>
              <w:bottom w:w="45" w:type="dxa"/>
              <w:right w:w="70" w:type="dxa"/>
            </w:tcMar>
          </w:tcPr>
          <w:p w:rsidR="00000000" w:rsidRDefault="00000000">
            <w:pPr>
              <w:spacing w:line="202" w:lineRule="auto"/>
            </w:pPr>
          </w:p>
          <w:p w:rsidR="00000000" w:rsidRDefault="00000000">
            <w:pPr>
              <w:spacing w:line="202" w:lineRule="auto"/>
            </w:pPr>
            <w:r>
              <w:rPr>
                <w:b/>
                <w:color w:val="111111"/>
                <w:sz w:val="19"/>
              </w:rPr>
              <w:t>4. What's the Easter Bunny's favorite story?</w:t>
            </w:r>
          </w:p>
          <w:p w:rsidR="00000000" w:rsidRDefault="00000000">
            <w:pPr>
              <w:spacing w:line="202" w:lineRule="auto"/>
            </w:pPr>
            <w:r>
              <w:rPr>
                <w:i/>
                <w:color w:val="111111"/>
                <w:sz w:val="19"/>
              </w:rPr>
              <w:t>A Cotton Tale.</w:t>
            </w:r>
          </w:p>
          <w:p w:rsidR="00000000" w:rsidRDefault="00000000">
            <w:pPr>
              <w:spacing w:line="202" w:lineRule="auto"/>
              <w:jc w:val="center"/>
            </w:pPr>
            <w:r>
              <w:rPr>
                <w:noProof/>
                <w:sz w:val="19"/>
              </w:rPr>
              <w:drawing>
                <wp:inline distT="0" distB="0" distL="0" distR="0">
                  <wp:extent cx="1234440" cy="1234440"/>
                  <wp:effectExtent l="0" t="0" r="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aster-bunny.png"/>
                          <pic:cNvPicPr/>
                        </pic:nvPicPr>
                        <pic:blipFill>
                          <a:blip r:embed="rId45"/>
                          <a:stretch>
                            <a:fillRect/>
                          </a:stretch>
                        </pic:blipFill>
                        <pic:spPr>
                          <a:xfrm>
                            <a:off x="0" y="0"/>
                            <a:ext cx="1234440" cy="1234440"/>
                          </a:xfrm>
                          <a:prstGeom prst="rect">
                            <a:avLst/>
                          </a:prstGeom>
                        </pic:spPr>
                      </pic:pic>
                    </a:graphicData>
                  </a:graphic>
                </wp:inline>
              </w:drawing>
            </w:r>
          </w:p>
          <w:p w:rsidR="00000000" w:rsidRDefault="00000000">
            <w:pPr>
              <w:spacing w:line="202" w:lineRule="auto"/>
            </w:pPr>
            <w:r>
              <w:rPr>
                <w:b/>
                <w:color w:val="111111"/>
                <w:sz w:val="19"/>
              </w:rPr>
              <w:t>Strategy letter: ____   Why?</w:t>
            </w:r>
          </w:p>
          <w:p w:rsidR="00000000" w:rsidRDefault="00000000">
            <w:pPr>
              <w:spacing w:line="202" w:lineRule="auto"/>
            </w:pPr>
            <w:r>
              <w:rPr>
                <w:color w:val="777777"/>
                <w:sz w:val="19"/>
              </w:rPr>
              <w:t>________________________________________</w:t>
            </w:r>
            <w:r>
              <w:rPr>
                <w:color w:val="777777"/>
                <w:sz w:val="19"/>
              </w:rPr>
              <w:t>________________</w:t>
            </w:r>
          </w:p>
        </w:tc>
      </w:tr>
      <w:tr w:rsidR="000646AD">
        <w:trPr>
          <w:gridAfter w:val="1"/>
          <w:wAfter w:w="25" w:type="dxa"/>
          <w:jc w:val="center"/>
        </w:trPr>
        <w:tc>
          <w:tcPr>
            <w:tcW w:w="10684" w:type="dxa"/>
            <w:gridSpan w:val="4"/>
            <w:shd w:val="clear" w:color="auto" w:fill="E7E7E7"/>
            <w:tcMar>
              <w:top w:w="25" w:type="dxa"/>
              <w:left w:w="60" w:type="dxa"/>
              <w:bottom w:w="20" w:type="dxa"/>
              <w:right w:w="60" w:type="dxa"/>
            </w:tcMar>
          </w:tcPr>
          <w:p w:rsidR="00000000" w:rsidRDefault="00000000">
            <w:pPr>
              <w:spacing w:line="202" w:lineRule="auto"/>
            </w:pPr>
          </w:p>
          <w:p w:rsidR="00000000" w:rsidRDefault="00000000">
            <w:pPr>
              <w:spacing w:line="202" w:lineRule="auto"/>
            </w:pPr>
            <w:r>
              <w:rPr>
                <w:b/>
                <w:color w:val="111111"/>
                <w:sz w:val="19"/>
              </w:rPr>
              <w:t>CONNECTING TO OTHER READING</w:t>
            </w:r>
          </w:p>
        </w:tc>
      </w:tr>
    </w:tbl>
    <w:p w:rsidR="00000000" w:rsidRPr="00011A74" w:rsidRDefault="00000000">
      <w:pPr>
        <w:spacing w:line="202" w:lineRule="auto"/>
        <w:rPr>
          <w:sz w:val="21"/>
          <w:szCs w:val="21"/>
        </w:rPr>
      </w:pPr>
      <w:r w:rsidRPr="00011A74">
        <w:rPr>
          <w:color w:val="111111"/>
          <w:sz w:val="21"/>
          <w:szCs w:val="21"/>
        </w:rPr>
        <w:t>Think about a chapter book, short story, science lesson, or social studies assignment. Did you predict, picture ideas, use background knowledge, notice clues, or figure out a word from context? Those are the same strategies you practiced with joke books.</w:t>
      </w:r>
    </w:p>
    <w:tbl>
      <w:tblPr>
        <w:tblW w:w="0" w:type="auto"/>
        <w:jc w:val="center"/>
        <w:tblLayout w:type="fixed"/>
        <w:tblLook w:val="04A0" w:firstRow="1" w:lastRow="0" w:firstColumn="1" w:lastColumn="0" w:noHBand="0" w:noVBand="1"/>
      </w:tblPr>
      <w:tblGrid>
        <w:gridCol w:w="10684"/>
      </w:tblGrid>
      <w:tr w:rsidR="000646AD">
        <w:trPr>
          <w:jc w:val="center"/>
        </w:trPr>
        <w:tc>
          <w:tcPr>
            <w:tcW w:w="10684" w:type="dxa"/>
            <w:shd w:val="clear" w:color="auto" w:fill="E7E7E7"/>
            <w:tcMar>
              <w:top w:w="25" w:type="dxa"/>
              <w:left w:w="60" w:type="dxa"/>
              <w:bottom w:w="20" w:type="dxa"/>
              <w:right w:w="60" w:type="dxa"/>
            </w:tcMar>
          </w:tcPr>
          <w:p w:rsidR="00000000" w:rsidRDefault="00000000">
            <w:pPr>
              <w:spacing w:line="202" w:lineRule="auto"/>
            </w:pPr>
          </w:p>
          <w:p w:rsidR="00000000" w:rsidRDefault="00000000">
            <w:pPr>
              <w:spacing w:line="202" w:lineRule="auto"/>
            </w:pPr>
            <w:r>
              <w:rPr>
                <w:b/>
                <w:color w:val="111111"/>
                <w:sz w:val="19"/>
              </w:rPr>
              <w:t>BONUS CHALLENGE</w:t>
            </w:r>
          </w:p>
        </w:tc>
      </w:tr>
    </w:tbl>
    <w:p w:rsidR="00000000" w:rsidRPr="00011A74" w:rsidRDefault="00000000">
      <w:pPr>
        <w:spacing w:line="202" w:lineRule="auto"/>
        <w:rPr>
          <w:sz w:val="21"/>
          <w:szCs w:val="21"/>
        </w:rPr>
      </w:pPr>
      <w:r w:rsidRPr="00011A74">
        <w:rPr>
          <w:color w:val="111111"/>
          <w:sz w:val="21"/>
          <w:szCs w:val="21"/>
        </w:rPr>
        <w:t>Which reading strategy has helped you the most? Why do you think it will help you become a better reader?</w:t>
      </w:r>
    </w:p>
    <w:p w:rsidR="00000000" w:rsidRDefault="00000000" w:rsidP="00011A74">
      <w:pPr>
        <w:spacing w:before="120" w:after="240" w:line="202" w:lineRule="auto"/>
      </w:pPr>
      <w:r>
        <w:rPr>
          <w:color w:val="888888"/>
          <w:sz w:val="19"/>
        </w:rPr>
        <w:t>____________________________________________________________________________________________________</w:t>
      </w:r>
    </w:p>
    <w:p w:rsidR="00000000" w:rsidRDefault="00000000" w:rsidP="00011A74">
      <w:pPr>
        <w:spacing w:after="240" w:line="202" w:lineRule="auto"/>
      </w:pPr>
      <w:r>
        <w:rPr>
          <w:color w:val="888888"/>
          <w:sz w:val="19"/>
        </w:rPr>
        <w:t>____________________________________________________________________________________________________</w:t>
      </w:r>
    </w:p>
    <w:p w:rsidR="00000000" w:rsidRDefault="00000000" w:rsidP="00011A74">
      <w:pPr>
        <w:spacing w:after="240" w:line="202" w:lineRule="auto"/>
      </w:pPr>
      <w:r>
        <w:rPr>
          <w:color w:val="888888"/>
          <w:sz w:val="19"/>
        </w:rPr>
        <w:t>____________________________________________________________________________________________________</w:t>
      </w:r>
    </w:p>
    <w:tbl>
      <w:tblPr>
        <w:tblW w:w="0" w:type="auto"/>
        <w:jc w:val="center"/>
        <w:tblLayout w:type="fixed"/>
        <w:tblLook w:val="04A0" w:firstRow="1" w:lastRow="0" w:firstColumn="1" w:lastColumn="0" w:noHBand="0" w:noVBand="1"/>
      </w:tblPr>
      <w:tblGrid>
        <w:gridCol w:w="10684"/>
      </w:tblGrid>
      <w:tr w:rsidR="000646AD">
        <w:trPr>
          <w:jc w:val="center"/>
        </w:trPr>
        <w:tc>
          <w:tcPr>
            <w:tcW w:w="10684" w:type="dxa"/>
            <w:tcBorders>
              <w:top w:val="single" w:sz="10" w:space="0" w:color="7A7A7A"/>
              <w:left w:val="single" w:sz="10" w:space="0" w:color="7A7A7A"/>
              <w:bottom w:val="single" w:sz="10" w:space="0" w:color="7A7A7A"/>
              <w:right w:val="single" w:sz="10" w:space="0" w:color="7A7A7A"/>
            </w:tcBorders>
            <w:shd w:val="clear" w:color="auto" w:fill="E7E7E7"/>
            <w:tcMar>
              <w:top w:w="55" w:type="dxa"/>
              <w:left w:w="65" w:type="dxa"/>
              <w:bottom w:w="55" w:type="dxa"/>
              <w:right w:w="65" w:type="dxa"/>
            </w:tcMar>
          </w:tcPr>
          <w:p w:rsidR="00000000" w:rsidRPr="00011A74" w:rsidRDefault="00000000">
            <w:pPr>
              <w:spacing w:line="202" w:lineRule="auto"/>
              <w:rPr>
                <w:sz w:val="21"/>
                <w:szCs w:val="21"/>
              </w:rPr>
            </w:pPr>
          </w:p>
          <w:p w:rsidR="00000000" w:rsidRPr="00011A74" w:rsidRDefault="00000000">
            <w:pPr>
              <w:spacing w:line="202" w:lineRule="auto"/>
              <w:rPr>
                <w:sz w:val="21"/>
                <w:szCs w:val="21"/>
              </w:rPr>
            </w:pPr>
            <w:r w:rsidRPr="00011A74">
              <w:rPr>
                <w:b/>
                <w:color w:val="111111"/>
                <w:sz w:val="21"/>
                <w:szCs w:val="21"/>
              </w:rPr>
              <w:t xml:space="preserve">RALPH'S READING </w:t>
            </w:r>
            <w:proofErr w:type="gramStart"/>
            <w:r w:rsidRPr="00011A74">
              <w:rPr>
                <w:b/>
                <w:color w:val="111111"/>
                <w:sz w:val="21"/>
                <w:szCs w:val="21"/>
              </w:rPr>
              <w:t xml:space="preserve">TIP  </w:t>
            </w:r>
            <w:r w:rsidRPr="00011A74">
              <w:rPr>
                <w:b/>
                <w:sz w:val="21"/>
                <w:szCs w:val="21"/>
              </w:rPr>
              <w:t>Every</w:t>
            </w:r>
            <w:proofErr w:type="gramEnd"/>
            <w:r w:rsidRPr="00011A74">
              <w:rPr>
                <w:b/>
                <w:sz w:val="21"/>
                <w:szCs w:val="21"/>
              </w:rPr>
              <w:t xml:space="preserve"> great reader has a toolbox full of strategies. The more tools you learn to use, the easier—and more enjoyable—reading becomes!</w:t>
            </w:r>
          </w:p>
        </w:tc>
      </w:tr>
    </w:tbl>
    <w:p w:rsidR="00B63F71" w:rsidRDefault="00000000">
      <w:pPr>
        <w:spacing w:line="20" w:lineRule="exact"/>
      </w:pPr>
      <w:r>
        <w:rPr>
          <w:sz w:val="2"/>
        </w:rPr>
        <w:br w:type="page"/>
      </w:r>
    </w:p>
    <w:tbl>
      <w:tblPr>
        <w:tblW w:w="9840" w:type="dxa"/>
        <w:jc w:val="center"/>
        <w:tblLayout w:type="fixed"/>
        <w:tblLook w:val="04A0" w:firstRow="1" w:lastRow="0" w:firstColumn="1" w:lastColumn="0" w:noHBand="0" w:noVBand="1"/>
      </w:tblPr>
      <w:tblGrid>
        <w:gridCol w:w="5100"/>
        <w:gridCol w:w="4740"/>
      </w:tblGrid>
      <w:tr w:rsidR="00F66D99">
        <w:trPr>
          <w:jc w:val="center"/>
        </w:trPr>
        <w:tc>
          <w:tcPr>
            <w:tcW w:w="5100" w:type="dxa"/>
            <w:tcBorders>
              <w:top w:val="single" w:sz="8" w:space="0" w:color="808080"/>
              <w:left w:val="single" w:sz="8" w:space="0" w:color="808080"/>
              <w:bottom w:val="single" w:sz="8" w:space="0" w:color="808080"/>
              <w:right w:val="single" w:sz="8" w:space="0" w:color="808080"/>
            </w:tcBorders>
            <w:tcMar>
              <w:top w:w="105" w:type="dxa"/>
              <w:left w:w="85" w:type="dxa"/>
              <w:bottom w:w="90" w:type="dxa"/>
              <w:right w:w="85" w:type="dxa"/>
            </w:tcMar>
            <w:vAlign w:val="center"/>
          </w:tcPr>
          <w:p w:rsidR="00000000" w:rsidRPr="00011A74" w:rsidRDefault="00000000">
            <w:pPr>
              <w:spacing w:line="202" w:lineRule="auto"/>
              <w:rPr>
                <w:sz w:val="24"/>
                <w:szCs w:val="24"/>
              </w:rPr>
            </w:pPr>
            <w:r w:rsidRPr="00011A74">
              <w:rPr>
                <w:b/>
                <w:color w:val="666666"/>
                <w:sz w:val="24"/>
                <w:szCs w:val="24"/>
              </w:rPr>
              <w:lastRenderedPageBreak/>
              <w:t>JOKE BOOK READING ADVENTURE</w:t>
            </w:r>
          </w:p>
          <w:p w:rsidR="00000000" w:rsidRPr="00011A74" w:rsidRDefault="00000000">
            <w:pPr>
              <w:spacing w:line="202" w:lineRule="auto"/>
              <w:rPr>
                <w:sz w:val="24"/>
                <w:szCs w:val="24"/>
              </w:rPr>
            </w:pPr>
            <w:r w:rsidRPr="00011A74">
              <w:rPr>
                <w:b/>
                <w:color w:val="111111"/>
                <w:sz w:val="24"/>
                <w:szCs w:val="24"/>
              </w:rPr>
              <w:t>Keep Reading!</w:t>
            </w:r>
          </w:p>
        </w:tc>
        <w:tc>
          <w:tcPr>
            <w:tcW w:w="4740" w:type="dxa"/>
            <w:tcBorders>
              <w:top w:val="single" w:sz="8" w:space="0" w:color="808080"/>
              <w:left w:val="single" w:sz="8" w:space="0" w:color="808080"/>
              <w:bottom w:val="single" w:sz="8" w:space="0" w:color="808080"/>
              <w:right w:val="single" w:sz="8" w:space="0" w:color="808080"/>
            </w:tcBorders>
            <w:shd w:val="clear" w:color="auto" w:fill="E7E7E7"/>
            <w:tcMar>
              <w:top w:w="105" w:type="dxa"/>
              <w:left w:w="85" w:type="dxa"/>
              <w:bottom w:w="90" w:type="dxa"/>
              <w:right w:w="85" w:type="dxa"/>
            </w:tcMar>
            <w:vAlign w:val="center"/>
          </w:tcPr>
          <w:p w:rsidR="00000000" w:rsidRPr="00011A74" w:rsidRDefault="00000000">
            <w:pPr>
              <w:spacing w:line="202" w:lineRule="auto"/>
              <w:jc w:val="center"/>
              <w:rPr>
                <w:sz w:val="24"/>
                <w:szCs w:val="24"/>
              </w:rPr>
            </w:pPr>
            <w:r w:rsidRPr="00011A74">
              <w:rPr>
                <w:b/>
                <w:color w:val="666666"/>
                <w:sz w:val="24"/>
                <w:szCs w:val="24"/>
              </w:rPr>
              <w:t>CONGRATULATIONS,</w:t>
            </w:r>
            <w:r w:rsidRPr="00011A74">
              <w:rPr>
                <w:sz w:val="24"/>
                <w:szCs w:val="24"/>
              </w:rPr>
              <w:br/>
            </w:r>
            <w:r w:rsidRPr="00011A74">
              <w:rPr>
                <w:b/>
                <w:color w:val="111111"/>
                <w:sz w:val="24"/>
                <w:szCs w:val="24"/>
              </w:rPr>
              <w:t>Joke Detective!</w:t>
            </w:r>
          </w:p>
        </w:tc>
      </w:tr>
    </w:tbl>
    <w:p w:rsidR="00000000" w:rsidRPr="00011A74" w:rsidRDefault="00000000" w:rsidP="00363D90">
      <w:pPr>
        <w:spacing w:before="120" w:after="120" w:line="202" w:lineRule="auto"/>
      </w:pPr>
      <w:r w:rsidRPr="00011A74">
        <w:rPr>
          <w:color w:val="111111"/>
        </w:rPr>
        <w:t>You've learned that great readers use lots of different strategies. The more you practice them, the easier it becomes to understand stories, solve jokes, and enjoy reading.</w:t>
      </w:r>
    </w:p>
    <w:tbl>
      <w:tblPr>
        <w:tblW w:w="9840" w:type="dxa"/>
        <w:jc w:val="center"/>
        <w:tblLayout w:type="fixed"/>
        <w:tblLook w:val="04A0" w:firstRow="1" w:lastRow="0" w:firstColumn="1" w:lastColumn="0" w:noHBand="0" w:noVBand="1"/>
      </w:tblPr>
      <w:tblGrid>
        <w:gridCol w:w="4876"/>
        <w:gridCol w:w="4875"/>
        <w:gridCol w:w="89"/>
      </w:tblGrid>
      <w:tr w:rsidR="00F66D99">
        <w:trPr>
          <w:jc w:val="center"/>
        </w:trPr>
        <w:tc>
          <w:tcPr>
            <w:tcW w:w="9840" w:type="dxa"/>
            <w:gridSpan w:val="3"/>
            <w:tcBorders>
              <w:top w:val="nil"/>
              <w:left w:val="nil"/>
              <w:bottom w:val="nil"/>
              <w:right w:val="nil"/>
            </w:tcBorders>
            <w:shd w:val="clear" w:color="auto" w:fill="E7E7E7"/>
            <w:tcMar>
              <w:top w:w="58" w:type="dxa"/>
              <w:left w:w="70" w:type="dxa"/>
              <w:bottom w:w="48" w:type="dxa"/>
              <w:right w:w="70" w:type="dxa"/>
            </w:tcMar>
          </w:tcPr>
          <w:p w:rsidR="00000000" w:rsidRDefault="00000000" w:rsidP="00363D90">
            <w:pPr>
              <w:spacing w:before="120" w:after="120" w:line="202" w:lineRule="auto"/>
              <w:jc w:val="center"/>
            </w:pPr>
            <w:r>
              <w:rPr>
                <w:b/>
                <w:color w:val="111111"/>
                <w:sz w:val="20"/>
              </w:rPr>
              <w:t>READING STRATEGIES YOU'VE PRACTICED</w:t>
            </w:r>
          </w:p>
        </w:tc>
      </w:tr>
      <w:tr w:rsidR="00F66D99">
        <w:trPr>
          <w:gridAfter w:val="1"/>
          <w:wAfter w:w="90" w:type="dxa"/>
          <w:jc w:val="center"/>
        </w:trPr>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Making predictions</w:t>
            </w:r>
          </w:p>
        </w:tc>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Recognizing themes</w:t>
            </w:r>
          </w:p>
        </w:tc>
      </w:tr>
      <w:tr w:rsidR="00F66D99">
        <w:trPr>
          <w:gridAfter w:val="1"/>
          <w:wAfter w:w="90" w:type="dxa"/>
          <w:jc w:val="center"/>
        </w:trPr>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Looking for clues</w:t>
            </w:r>
          </w:p>
        </w:tc>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Comparing ideas</w:t>
            </w:r>
          </w:p>
        </w:tc>
      </w:tr>
      <w:tr w:rsidR="00F66D99">
        <w:trPr>
          <w:gridAfter w:val="1"/>
          <w:wAfter w:w="90" w:type="dxa"/>
          <w:jc w:val="center"/>
        </w:trPr>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Understanding wordplay</w:t>
            </w:r>
          </w:p>
        </w:tc>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Visualizing what you read</w:t>
            </w:r>
          </w:p>
        </w:tc>
      </w:tr>
      <w:tr w:rsidR="00F66D99">
        <w:trPr>
          <w:gridAfter w:val="1"/>
          <w:wAfter w:w="90" w:type="dxa"/>
          <w:jc w:val="center"/>
        </w:trPr>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Using background knowledge</w:t>
            </w:r>
          </w:p>
        </w:tc>
        <w:tc>
          <w:tcPr>
            <w:tcW w:w="4920" w:type="dxa"/>
            <w:tcBorders>
              <w:top w:val="nil"/>
              <w:left w:val="nil"/>
              <w:bottom w:val="nil"/>
              <w:right w:val="nil"/>
            </w:tcBorders>
            <w:tcMar>
              <w:top w:w="25" w:type="dxa"/>
              <w:left w:w="160" w:type="dxa"/>
              <w:bottom w:w="25" w:type="dxa"/>
              <w:right w:w="100" w:type="dxa"/>
            </w:tcMar>
          </w:tcPr>
          <w:p w:rsidR="00000000" w:rsidRDefault="00000000">
            <w:pPr>
              <w:spacing w:line="202" w:lineRule="auto"/>
            </w:pPr>
            <w:r>
              <w:rPr>
                <w:b/>
                <w:color w:val="111111"/>
                <w:sz w:val="20"/>
              </w:rPr>
              <w:t>✓  Paying attention to illustrations</w:t>
            </w:r>
          </w:p>
        </w:tc>
      </w:tr>
    </w:tbl>
    <w:p w:rsidR="00000000" w:rsidRDefault="00000000" w:rsidP="00363D90">
      <w:pPr>
        <w:spacing w:before="120" w:after="120" w:line="202" w:lineRule="auto"/>
        <w:jc w:val="center"/>
      </w:pPr>
      <w:r>
        <w:rPr>
          <w:b/>
          <w:i/>
          <w:color w:val="111111"/>
          <w:sz w:val="20"/>
        </w:rPr>
        <w:t>Every joke is a tiny reading adventure. Keep reading, keep thinking, and keep laughing!</w:t>
      </w:r>
    </w:p>
    <w:tbl>
      <w:tblPr>
        <w:tblW w:w="9840" w:type="dxa"/>
        <w:jc w:val="center"/>
        <w:tblLayout w:type="fixed"/>
        <w:tblLook w:val="04A0" w:firstRow="1" w:lastRow="0" w:firstColumn="1" w:lastColumn="0" w:noHBand="0" w:noVBand="1"/>
      </w:tblPr>
      <w:tblGrid>
        <w:gridCol w:w="9840"/>
      </w:tblGrid>
      <w:tr w:rsidR="00F66D99">
        <w:trPr>
          <w:jc w:val="center"/>
        </w:trPr>
        <w:tc>
          <w:tcPr>
            <w:tcW w:w="9840" w:type="dxa"/>
            <w:tcBorders>
              <w:top w:val="nil"/>
              <w:left w:val="nil"/>
              <w:bottom w:val="nil"/>
              <w:right w:val="nil"/>
            </w:tcBorders>
            <w:shd w:val="clear" w:color="auto" w:fill="E7E7E7"/>
            <w:tcMar>
              <w:top w:w="58" w:type="dxa"/>
              <w:left w:w="70" w:type="dxa"/>
              <w:bottom w:w="48" w:type="dxa"/>
              <w:right w:w="70" w:type="dxa"/>
            </w:tcMar>
          </w:tcPr>
          <w:p w:rsidR="00000000" w:rsidRDefault="00000000" w:rsidP="006C39DE">
            <w:pPr>
              <w:spacing w:line="202" w:lineRule="auto"/>
              <w:jc w:val="center"/>
            </w:pPr>
            <w:r>
              <w:rPr>
                <w:b/>
                <w:color w:val="111111"/>
                <w:sz w:val="20"/>
              </w:rPr>
              <w:t>CONTINUE YOUR JOKE BOOK ADVENTURE</w:t>
            </w:r>
          </w:p>
        </w:tc>
      </w:tr>
    </w:tbl>
    <w:p w:rsidR="00363D90" w:rsidRDefault="00000000" w:rsidP="00363D90">
      <w:pPr>
        <w:spacing w:before="120" w:after="120" w:line="202" w:lineRule="auto"/>
        <w:jc w:val="center"/>
        <w:rPr>
          <w:color w:val="111111"/>
        </w:rPr>
      </w:pPr>
      <w:r w:rsidRPr="00363D90">
        <w:rPr>
          <w:color w:val="111111"/>
        </w:rPr>
        <w:t>Looking for another great joke book? Try one of these fun themed books by Ralph Lane.</w:t>
      </w:r>
    </w:p>
    <w:p w:rsidR="00363D90" w:rsidRPr="00363D90" w:rsidRDefault="00363D90" w:rsidP="006C39DE">
      <w:pPr>
        <w:spacing w:line="202" w:lineRule="auto"/>
        <w:jc w:val="center"/>
      </w:pPr>
    </w:p>
    <w:tbl>
      <w:tblPr>
        <w:tblW w:w="9840" w:type="dxa"/>
        <w:jc w:val="center"/>
        <w:tblLayout w:type="fixed"/>
        <w:tblLook w:val="04A0" w:firstRow="1" w:lastRow="0" w:firstColumn="1" w:lastColumn="0" w:noHBand="0" w:noVBand="1"/>
      </w:tblPr>
      <w:tblGrid>
        <w:gridCol w:w="590"/>
        <w:gridCol w:w="4330"/>
        <w:gridCol w:w="590"/>
        <w:gridCol w:w="4330"/>
      </w:tblGrid>
      <w:tr w:rsidR="00F66D99">
        <w:trPr>
          <w:jc w:val="center"/>
        </w:trPr>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ad.png"/>
                          <pic:cNvPicPr/>
                        </pic:nvPicPr>
                        <pic:blipFill>
                          <a:blip r:embed="rId46"/>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Dad Jokes Gift Book</w:t>
            </w:r>
          </w:p>
        </w:tc>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hristmas.png"/>
                          <pic:cNvPicPr/>
                        </pic:nvPicPr>
                        <pic:blipFill>
                          <a:blip r:embed="rId47"/>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Christmas Jokes Gift Book</w:t>
            </w:r>
          </w:p>
        </w:tc>
      </w:tr>
      <w:tr w:rsidR="00F66D99">
        <w:trPr>
          <w:jc w:val="center"/>
        </w:trPr>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rthday.png"/>
                          <pic:cNvPicPr/>
                        </pic:nvPicPr>
                        <pic:blipFill>
                          <a:blip r:embed="rId48"/>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Birthday Jokes Gift Book</w:t>
            </w:r>
          </w:p>
        </w:tc>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easter.png"/>
                          <pic:cNvPicPr/>
                        </pic:nvPicPr>
                        <pic:blipFill>
                          <a:blip r:embed="rId49"/>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Easter Jokes Gift Book</w:t>
            </w:r>
          </w:p>
        </w:tc>
      </w:tr>
      <w:tr w:rsidR="00F66D99">
        <w:trPr>
          <w:jc w:val="center"/>
        </w:trPr>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alloween.png"/>
                          <pic:cNvPicPr/>
                        </pic:nvPicPr>
                        <pic:blipFill>
                          <a:blip r:embed="rId50"/>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Halloween Jokes Gift Book</w:t>
            </w:r>
          </w:p>
        </w:tc>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alentine.png"/>
                          <pic:cNvPicPr/>
                        </pic:nvPicPr>
                        <pic:blipFill>
                          <a:blip r:embed="rId51"/>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Valentine's Day Gift Book</w:t>
            </w:r>
          </w:p>
        </w:tc>
      </w:tr>
      <w:tr w:rsidR="00F66D99">
        <w:trPr>
          <w:jc w:val="center"/>
        </w:trPr>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th.png"/>
                          <pic:cNvPicPr/>
                        </pic:nvPicPr>
                        <pic:blipFill>
                          <a:blip r:embed="rId52"/>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Math Jokes Gift Book</w:t>
            </w:r>
          </w:p>
        </w:tc>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ience.png"/>
                          <pic:cNvPicPr/>
                        </pic:nvPicPr>
                        <pic:blipFill>
                          <a:blip r:embed="rId53"/>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Science Jokes Gift Book</w:t>
            </w:r>
          </w:p>
        </w:tc>
      </w:tr>
      <w:tr w:rsidR="00F66D99">
        <w:trPr>
          <w:jc w:val="center"/>
        </w:trPr>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ports.png"/>
                          <pic:cNvPicPr/>
                        </pic:nvPicPr>
                        <pic:blipFill>
                          <a:blip r:embed="rId54"/>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Sports Jokes Gift Book</w:t>
            </w:r>
          </w:p>
        </w:tc>
        <w:tc>
          <w:tcPr>
            <w:tcW w:w="59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jc w:val="center"/>
            </w:pPr>
            <w:r>
              <w:rPr>
                <w:noProof/>
                <w:sz w:val="20"/>
              </w:rPr>
              <w:drawing>
                <wp:inline distT="0" distB="0" distL="0" distR="0">
                  <wp:extent cx="283464" cy="283464"/>
                  <wp:effectExtent l="0" t="0" r="0"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ravel.png"/>
                          <pic:cNvPicPr/>
                        </pic:nvPicPr>
                        <pic:blipFill>
                          <a:blip r:embed="rId55"/>
                          <a:stretch>
                            <a:fillRect/>
                          </a:stretch>
                        </pic:blipFill>
                        <pic:spPr>
                          <a:xfrm>
                            <a:off x="0" y="0"/>
                            <a:ext cx="283464" cy="283464"/>
                          </a:xfrm>
                          <a:prstGeom prst="rect">
                            <a:avLst/>
                          </a:prstGeom>
                        </pic:spPr>
                      </pic:pic>
                    </a:graphicData>
                  </a:graphic>
                </wp:inline>
              </w:drawing>
            </w:r>
          </w:p>
        </w:tc>
        <w:tc>
          <w:tcPr>
            <w:tcW w:w="4330" w:type="dxa"/>
            <w:tcBorders>
              <w:top w:val="single" w:sz="4" w:space="0" w:color="B5B5B5"/>
              <w:left w:val="single" w:sz="4" w:space="0" w:color="B5B5B5"/>
              <w:bottom w:val="single" w:sz="4" w:space="0" w:color="B5B5B5"/>
              <w:right w:val="single" w:sz="4" w:space="0" w:color="B5B5B5"/>
            </w:tcBorders>
            <w:tcMar>
              <w:top w:w="35" w:type="dxa"/>
              <w:left w:w="45" w:type="dxa"/>
              <w:bottom w:w="35" w:type="dxa"/>
              <w:right w:w="45" w:type="dxa"/>
            </w:tcMar>
            <w:vAlign w:val="center"/>
          </w:tcPr>
          <w:p w:rsidR="00000000" w:rsidRDefault="00000000">
            <w:pPr>
              <w:spacing w:line="202" w:lineRule="auto"/>
            </w:pPr>
            <w:r>
              <w:rPr>
                <w:b/>
                <w:color w:val="111111"/>
                <w:sz w:val="20"/>
              </w:rPr>
              <w:t>Travel Jokes Gift Book</w:t>
            </w:r>
          </w:p>
        </w:tc>
      </w:tr>
    </w:tbl>
    <w:p w:rsidR="00000000" w:rsidRDefault="00000000" w:rsidP="006C39DE">
      <w:pPr>
        <w:spacing w:line="202" w:lineRule="auto"/>
        <w:jc w:val="center"/>
        <w:rPr>
          <w:b/>
          <w:color w:val="111111"/>
          <w:sz w:val="20"/>
          <w:szCs w:val="19"/>
        </w:rPr>
      </w:pPr>
      <w:r w:rsidRPr="006C39DE">
        <w:rPr>
          <w:b/>
          <w:color w:val="111111"/>
          <w:sz w:val="20"/>
          <w:szCs w:val="19"/>
        </w:rPr>
        <w:t>Which one would you like to read next?</w:t>
      </w:r>
    </w:p>
    <w:p w:rsidR="00000000" w:rsidRPr="006C39DE" w:rsidRDefault="00000000" w:rsidP="006C39DE">
      <w:pPr>
        <w:spacing w:line="202" w:lineRule="auto"/>
        <w:jc w:val="center"/>
        <w:rPr>
          <w:sz w:val="20"/>
          <w:szCs w:val="19"/>
        </w:rPr>
      </w:pPr>
    </w:p>
    <w:tbl>
      <w:tblPr>
        <w:tblW w:w="9756" w:type="dxa"/>
        <w:jc w:val="center"/>
        <w:tblLayout w:type="fixed"/>
        <w:tblLook w:val="04A0" w:firstRow="1" w:lastRow="0" w:firstColumn="1" w:lastColumn="0" w:noHBand="0" w:noVBand="1"/>
      </w:tblPr>
      <w:tblGrid>
        <w:gridCol w:w="9756"/>
      </w:tblGrid>
      <w:tr w:rsidR="00F66D99" w:rsidTr="006C39DE">
        <w:trPr>
          <w:jc w:val="center"/>
        </w:trPr>
        <w:tc>
          <w:tcPr>
            <w:tcW w:w="9756" w:type="dxa"/>
            <w:tcBorders>
              <w:top w:val="single" w:sz="8" w:space="0" w:color="808080"/>
              <w:left w:val="single" w:sz="8" w:space="0" w:color="808080"/>
              <w:bottom w:val="single" w:sz="8" w:space="0" w:color="808080"/>
              <w:right w:val="single" w:sz="8" w:space="0" w:color="808080"/>
            </w:tcBorders>
            <w:shd w:val="clear" w:color="auto" w:fill="F5F5F5"/>
            <w:tcMar>
              <w:top w:w="55" w:type="dxa"/>
              <w:left w:w="100" w:type="dxa"/>
              <w:bottom w:w="48" w:type="dxa"/>
              <w:right w:w="100" w:type="dxa"/>
            </w:tcMar>
          </w:tcPr>
          <w:p w:rsidR="00000000" w:rsidRDefault="00000000">
            <w:pPr>
              <w:spacing w:line="202" w:lineRule="auto"/>
            </w:pPr>
            <w:r>
              <w:rPr>
                <w:b/>
                <w:color w:val="111111"/>
                <w:sz w:val="20"/>
              </w:rPr>
              <w:t>JOKE BOOKS I'D LIKE TO READ</w:t>
            </w:r>
          </w:p>
          <w:p w:rsidR="00000000" w:rsidRDefault="00000000">
            <w:pPr>
              <w:spacing w:line="202" w:lineRule="auto"/>
            </w:pPr>
            <w:r>
              <w:rPr>
                <w:color w:val="111111"/>
                <w:sz w:val="20"/>
              </w:rPr>
              <w:t>Write down books from the list above—or any other joke books you'd like to read.</w:t>
            </w:r>
          </w:p>
          <w:p w:rsidR="00000000" w:rsidRDefault="00000000" w:rsidP="00011A74">
            <w:pPr>
              <w:spacing w:before="120" w:after="120" w:line="202" w:lineRule="auto"/>
            </w:pPr>
            <w:r>
              <w:rPr>
                <w:color w:val="999999"/>
                <w:sz w:val="20"/>
              </w:rPr>
              <w:t>_____________________________________________________________________________________</w:t>
            </w:r>
          </w:p>
          <w:p w:rsidR="00000000" w:rsidRDefault="00000000">
            <w:pPr>
              <w:spacing w:line="202" w:lineRule="auto"/>
            </w:pPr>
            <w:r>
              <w:rPr>
                <w:color w:val="999999"/>
                <w:sz w:val="20"/>
              </w:rPr>
              <w:t>_____________________________________________________________________________________</w:t>
            </w:r>
          </w:p>
          <w:p w:rsidR="00000000" w:rsidRDefault="00000000" w:rsidP="00011A74">
            <w:pPr>
              <w:spacing w:before="120" w:after="120" w:line="202" w:lineRule="auto"/>
            </w:pPr>
            <w:r>
              <w:rPr>
                <w:color w:val="999999"/>
                <w:sz w:val="20"/>
              </w:rPr>
              <w:t>_____________________________________________________________________________________</w:t>
            </w:r>
          </w:p>
          <w:p w:rsidR="00000000" w:rsidRDefault="00000000">
            <w:pPr>
              <w:spacing w:line="202" w:lineRule="auto"/>
            </w:pPr>
            <w:r>
              <w:rPr>
                <w:color w:val="999999"/>
                <w:sz w:val="20"/>
              </w:rPr>
              <w:t>_____________________________________________________________________________________</w:t>
            </w:r>
          </w:p>
          <w:p w:rsidR="00000000" w:rsidRDefault="00000000" w:rsidP="00011A74">
            <w:pPr>
              <w:spacing w:before="120" w:line="202" w:lineRule="auto"/>
            </w:pPr>
            <w:r>
              <w:rPr>
                <w:color w:val="999999"/>
                <w:sz w:val="20"/>
              </w:rPr>
              <w:t>_____________________________________________________________________________________</w:t>
            </w:r>
          </w:p>
        </w:tc>
      </w:tr>
      <w:tr w:rsidR="00F66D99" w:rsidTr="006C39DE">
        <w:trPr>
          <w:jc w:val="center"/>
        </w:trPr>
        <w:tc>
          <w:tcPr>
            <w:tcW w:w="9756" w:type="dxa"/>
            <w:tcBorders>
              <w:top w:val="single" w:sz="8" w:space="0" w:color="808080"/>
              <w:left w:val="single" w:sz="8" w:space="0" w:color="808080"/>
              <w:bottom w:val="single" w:sz="8" w:space="0" w:color="808080"/>
              <w:right w:val="single" w:sz="8" w:space="0" w:color="808080"/>
            </w:tcBorders>
            <w:shd w:val="clear" w:color="auto" w:fill="F5F5F5"/>
            <w:tcMar>
              <w:top w:w="55" w:type="dxa"/>
              <w:left w:w="100" w:type="dxa"/>
              <w:bottom w:w="48" w:type="dxa"/>
              <w:right w:w="100" w:type="dxa"/>
            </w:tcMar>
          </w:tcPr>
          <w:p w:rsidR="00000000" w:rsidRDefault="00000000">
            <w:pPr>
              <w:spacing w:line="202" w:lineRule="auto"/>
            </w:pPr>
            <w:r>
              <w:rPr>
                <w:b/>
                <w:color w:val="111111"/>
                <w:sz w:val="20"/>
              </w:rPr>
              <w:t>MY FAVORITE JOKES</w:t>
            </w:r>
          </w:p>
          <w:p w:rsidR="00000000" w:rsidRDefault="00000000" w:rsidP="00363D90">
            <w:pPr>
              <w:spacing w:after="360" w:line="202" w:lineRule="auto"/>
            </w:pPr>
            <w:r>
              <w:rPr>
                <w:color w:val="111111"/>
                <w:sz w:val="20"/>
              </w:rPr>
              <w:t>Write down a favorite joke so you can remember it and share it later.</w:t>
            </w:r>
          </w:p>
          <w:p w:rsidR="00363D90" w:rsidRDefault="00363D90" w:rsidP="00363D90">
            <w:pPr>
              <w:pBdr>
                <w:top w:val="single" w:sz="12" w:space="1" w:color="auto"/>
                <w:bottom w:val="single" w:sz="12" w:space="1" w:color="auto"/>
              </w:pBdr>
              <w:spacing w:before="240" w:line="202" w:lineRule="auto"/>
              <w:rPr>
                <w:color w:val="999999"/>
                <w:sz w:val="20"/>
              </w:rPr>
            </w:pPr>
          </w:p>
          <w:p w:rsidR="00363D90" w:rsidRDefault="00363D90" w:rsidP="00363D90">
            <w:pPr>
              <w:pBdr>
                <w:top w:val="single" w:sz="12" w:space="1" w:color="auto"/>
                <w:bottom w:val="single" w:sz="12" w:space="1" w:color="auto"/>
              </w:pBdr>
              <w:spacing w:line="202" w:lineRule="auto"/>
              <w:rPr>
                <w:color w:val="999999"/>
                <w:sz w:val="20"/>
              </w:rPr>
            </w:pPr>
          </w:p>
          <w:p w:rsidR="00363D90" w:rsidRDefault="00363D90">
            <w:pPr>
              <w:spacing w:line="202" w:lineRule="auto"/>
              <w:rPr>
                <w:color w:val="999999"/>
                <w:sz w:val="20"/>
              </w:rPr>
            </w:pPr>
          </w:p>
          <w:p w:rsidR="00363D90" w:rsidRDefault="00363D90">
            <w:pPr>
              <w:pBdr>
                <w:bottom w:val="single" w:sz="12" w:space="1" w:color="auto"/>
              </w:pBdr>
              <w:spacing w:line="202" w:lineRule="auto"/>
              <w:rPr>
                <w:color w:val="999999"/>
                <w:sz w:val="20"/>
              </w:rPr>
            </w:pPr>
          </w:p>
          <w:p w:rsidR="00363D90" w:rsidRDefault="00363D90">
            <w:pPr>
              <w:spacing w:line="202" w:lineRule="auto"/>
              <w:rPr>
                <w:color w:val="999999"/>
                <w:sz w:val="20"/>
              </w:rPr>
            </w:pPr>
          </w:p>
          <w:p w:rsidR="00363D90" w:rsidRDefault="00363D90">
            <w:pPr>
              <w:pBdr>
                <w:bottom w:val="single" w:sz="12" w:space="1" w:color="auto"/>
              </w:pBdr>
              <w:spacing w:line="202" w:lineRule="auto"/>
              <w:rPr>
                <w:color w:val="999999"/>
                <w:sz w:val="20"/>
              </w:rPr>
            </w:pPr>
          </w:p>
          <w:p w:rsidR="00363D90" w:rsidRDefault="00363D90">
            <w:pPr>
              <w:spacing w:line="202" w:lineRule="auto"/>
              <w:rPr>
                <w:color w:val="999999"/>
                <w:sz w:val="20"/>
              </w:rPr>
            </w:pPr>
          </w:p>
          <w:p w:rsidR="00363D90" w:rsidRDefault="00363D90">
            <w:pPr>
              <w:pBdr>
                <w:bottom w:val="single" w:sz="12" w:space="1" w:color="auto"/>
              </w:pBdr>
              <w:spacing w:line="202" w:lineRule="auto"/>
              <w:rPr>
                <w:color w:val="999999"/>
                <w:sz w:val="20"/>
              </w:rPr>
            </w:pPr>
          </w:p>
          <w:p w:rsidR="00363D90" w:rsidRDefault="00363D90">
            <w:pPr>
              <w:spacing w:line="202" w:lineRule="auto"/>
            </w:pPr>
          </w:p>
        </w:tc>
      </w:tr>
      <w:tr w:rsidR="00F66D99" w:rsidTr="006C39DE">
        <w:trPr>
          <w:jc w:val="center"/>
        </w:trPr>
        <w:tc>
          <w:tcPr>
            <w:tcW w:w="9756" w:type="dxa"/>
            <w:tcBorders>
              <w:top w:val="single" w:sz="8" w:space="0" w:color="808080"/>
              <w:left w:val="single" w:sz="8" w:space="0" w:color="808080"/>
              <w:bottom w:val="single" w:sz="8" w:space="0" w:color="808080"/>
              <w:right w:val="single" w:sz="8" w:space="0" w:color="808080"/>
            </w:tcBorders>
            <w:shd w:val="clear" w:color="auto" w:fill="E7E7E7"/>
            <w:tcMar>
              <w:top w:w="80" w:type="dxa"/>
              <w:left w:w="105" w:type="dxa"/>
              <w:bottom w:w="75" w:type="dxa"/>
              <w:right w:w="105" w:type="dxa"/>
            </w:tcMar>
          </w:tcPr>
          <w:p w:rsidR="00000000" w:rsidRPr="00363D90" w:rsidRDefault="00000000">
            <w:pPr>
              <w:spacing w:line="202" w:lineRule="auto"/>
            </w:pPr>
            <w:r w:rsidRPr="00363D90">
              <w:rPr>
                <w:b/>
                <w:color w:val="111111"/>
              </w:rPr>
              <w:t xml:space="preserve">RALPH'S FINAL READING </w:t>
            </w:r>
            <w:proofErr w:type="gramStart"/>
            <w:r w:rsidRPr="00363D90">
              <w:rPr>
                <w:b/>
                <w:color w:val="111111"/>
              </w:rPr>
              <w:t>TIP  The</w:t>
            </w:r>
            <w:proofErr w:type="gramEnd"/>
            <w:r w:rsidRPr="00363D90">
              <w:rPr>
                <w:b/>
                <w:color w:val="111111"/>
              </w:rPr>
              <w:t xml:space="preserve"> best readers never stop being curious. Keep reading, keep laughing, and keep discovering new jokes—and new books!</w:t>
            </w:r>
          </w:p>
        </w:tc>
      </w:tr>
    </w:tbl>
    <w:p w:rsidR="00776A69" w:rsidRDefault="00776A69"/>
    <w:sectPr w:rsidR="00776A69" w:rsidSect="00034616">
      <w:footerReference w:type="default" r:id="rId56"/>
      <w:pgSz w:w="12240" w:h="15840"/>
      <w:pgMar w:top="360" w:right="562" w:bottom="216" w:left="562" w:header="173"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6A69" w:rsidRDefault="00776A69">
      <w:pPr>
        <w:spacing w:line="240" w:lineRule="auto"/>
      </w:pPr>
      <w:r>
        <w:separator/>
      </w:r>
    </w:p>
  </w:endnote>
  <w:endnote w:type="continuationSeparator" w:id="0">
    <w:p w:rsidR="00776A69" w:rsidRDefault="00776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3F71" w:rsidRDefault="00B63F71">
    <w:pPr>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3F71" w:rsidRDefault="00B63F71">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6A69" w:rsidRDefault="00776A69">
      <w:pPr>
        <w:spacing w:line="240" w:lineRule="auto"/>
      </w:pPr>
      <w:r>
        <w:separator/>
      </w:r>
    </w:p>
  </w:footnote>
  <w:footnote w:type="continuationSeparator" w:id="0">
    <w:p w:rsidR="00776A69" w:rsidRDefault="00776A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A3E15F"/>
    <w:multiLevelType w:val="hybridMultilevel"/>
    <w:tmpl w:val="EF0A05E4"/>
    <w:lvl w:ilvl="0" w:tplc="A6D6F5A8">
      <w:start w:val="4"/>
      <w:numFmt w:val="upperLetter"/>
      <w:lvlText w:val="%1."/>
      <w:lvlJc w:val="left"/>
      <w:pPr>
        <w:ind w:left="720" w:hanging="360"/>
      </w:pPr>
      <w:rPr>
        <w:rFonts w:hint="default"/>
        <w:b/>
        <w:color w:val="111111"/>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01AC11"/>
    <w:multiLevelType w:val="hybridMultilevel"/>
    <w:tmpl w:val="C7106B52"/>
    <w:lvl w:ilvl="0" w:tplc="E2BE20BA">
      <w:start w:val="4"/>
      <w:numFmt w:val="upperLetter"/>
      <w:lvlText w:val="%1."/>
      <w:lvlJc w:val="left"/>
      <w:pPr>
        <w:ind w:left="720" w:hanging="360"/>
      </w:pPr>
      <w:rPr>
        <w:rFonts w:hint="default"/>
        <w:b/>
        <w:color w:val="111111"/>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5210186">
    <w:abstractNumId w:val="8"/>
  </w:num>
  <w:num w:numId="2" w16cid:durableId="1170951525">
    <w:abstractNumId w:val="6"/>
  </w:num>
  <w:num w:numId="3" w16cid:durableId="393434744">
    <w:abstractNumId w:val="5"/>
  </w:num>
  <w:num w:numId="4" w16cid:durableId="264113241">
    <w:abstractNumId w:val="4"/>
  </w:num>
  <w:num w:numId="5" w16cid:durableId="1295719539">
    <w:abstractNumId w:val="7"/>
  </w:num>
  <w:num w:numId="6" w16cid:durableId="296034275">
    <w:abstractNumId w:val="3"/>
  </w:num>
  <w:num w:numId="7" w16cid:durableId="1524051959">
    <w:abstractNumId w:val="2"/>
  </w:num>
  <w:num w:numId="8" w16cid:durableId="1598322148">
    <w:abstractNumId w:val="1"/>
  </w:num>
  <w:num w:numId="9" w16cid:durableId="322247259">
    <w:abstractNumId w:val="10"/>
  </w:num>
  <w:num w:numId="10" w16cid:durableId="343671440">
    <w:abstractNumId w:val="10"/>
  </w:num>
  <w:num w:numId="11" w16cid:durableId="322247259">
    <w:abstractNumId w:val="10"/>
    <w:lvlOverride w:ilvl="0">
      <w:startOverride w:val="1"/>
    </w:lvlOverride>
  </w:num>
  <w:num w:numId="12" w16cid:durableId="1906144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A74"/>
    <w:rsid w:val="00034616"/>
    <w:rsid w:val="00046563"/>
    <w:rsid w:val="00056B81"/>
    <w:rsid w:val="0006063C"/>
    <w:rsid w:val="0015074B"/>
    <w:rsid w:val="001C40A5"/>
    <w:rsid w:val="0029639D"/>
    <w:rsid w:val="00326F90"/>
    <w:rsid w:val="00363D90"/>
    <w:rsid w:val="00776A69"/>
    <w:rsid w:val="007A26BB"/>
    <w:rsid w:val="009F0DFD"/>
    <w:rsid w:val="00AA1D8D"/>
    <w:rsid w:val="00B47730"/>
    <w:rsid w:val="00B63F71"/>
    <w:rsid w:val="00CB0664"/>
    <w:rsid w:val="00CD0442"/>
    <w:rsid w:val="00E21F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DE1C03"/>
  <w14:defaultImageDpi w14:val="300"/>
  <w15:docId w15:val="{63474848-5D9E-2F4E-AD65-58DFF9C2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hAnsi="Arial"/>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11">
    <w:name w:val="heading 1_1"/>
    <w:next w:val="Normal"/>
    <w:uiPriority w:val="9"/>
    <w:qFormat/>
    <w:pPr>
      <w:keepNext/>
      <w:keepLines/>
      <w:spacing w:line="259" w:lineRule="auto"/>
      <w:ind w:left="10" w:hanging="10"/>
      <w:outlineLvl w:val="0"/>
    </w:pPr>
    <w:rPr>
      <w:rFonts w:ascii="Arial" w:eastAsia="Arial" w:hAnsi="Arial" w:cs="Arial"/>
      <w:b/>
      <w:color w:val="000000"/>
      <w:sz w:val="29"/>
    </w:rPr>
  </w:style>
  <w:style w:type="table" w:customStyle="1" w:styleId="TableGrid1">
    <w:name w:val="TableGrid_1"/>
    <w:tblPr>
      <w:tblCellMar>
        <w:top w:w="0" w:type="dxa"/>
        <w:left w:w="0" w:type="dxa"/>
        <w:bottom w:w="0" w:type="dxa"/>
        <w:right w:w="0" w:type="dxa"/>
      </w:tblCellMar>
    </w:tblPr>
  </w:style>
  <w:style w:type="paragraph" w:customStyle="1" w:styleId="p1">
    <w:name w:val="p1"/>
    <w:basedOn w:val="Normal"/>
    <w:rsid w:val="00CD59ED"/>
    <w:rPr>
      <w:rFonts w:ascii="Helvetica" w:eastAsia="Times New Roman" w:hAnsi="Helvetica" w:cs="Times New Roman"/>
      <w:color w:val="0E0E0E"/>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jp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3209</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Joke Book Reading Adventure</vt:lpstr>
    </vt:vector>
  </TitlesOfParts>
  <Manager/>
  <Company/>
  <LinksUpToDate>false</LinksUpToDate>
  <CharactersWithSpaces>21459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Joke Book Reading Adventure</dc:title>
  <dc:subject>Student Activity Guide cover</dc:subject>
  <dc:creator>Kevin Purdy</dc:creator>
  <cp:keywords>reading, jokes, detective, student activity guide</cp:keywords>
  <dc:description>generated by python-docx</dc:description>
  <cp:lastModifiedBy>Kevin Purdy</cp:lastModifiedBy>
  <cp:revision>2</cp:revision>
  <dcterms:created xsi:type="dcterms:W3CDTF">2026-08-15T13:43:00Z</dcterms:created>
  <dcterms:modified xsi:type="dcterms:W3CDTF">2026-08-15T13:43:00Z</dcterms:modified>
  <cp:category/>
</cp:coreProperties>
</file>